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1158d9d320b00dce4efbaf3d43ca43fcfca2a6"/>
    <w:p>
      <w:pPr>
        <w:pStyle w:val="Heading1"/>
      </w:pPr>
      <w:r>
        <w:rPr>
          <w:b/>
          <w:bCs/>
        </w:rPr>
        <w:t xml:space="preserve">Carrie</w:t>
      </w:r>
      <w:r>
        <w:br/>
      </w:r>
      <w:r>
        <w:rPr>
          <w:i/>
          <w:iCs/>
        </w:rPr>
        <w:t xml:space="preserve">Stephen King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Carrie stood among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stolidly</w:t>
      </w:r>
      <w:r>
        <w:rPr>
          <w:b/>
          <w:bCs/>
        </w:rPr>
        <w:t xml:space="preserve">, a frog among swans.</w:t>
      </w:r>
      <w:r>
        <w:br/>
      </w:r>
      <w:r>
        <w:t xml:space="preserve">    (a) intentionally</w:t>
      </w:r>
      <w:r>
        <w:br/>
      </w:r>
      <w:r>
        <w:t xml:space="preserve">    (b) unemotionally</w:t>
      </w:r>
      <w:r>
        <w:br/>
      </w:r>
      <w:r>
        <w:t xml:space="preserve">    (c) with distaste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the laughter, disgusted,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contemptuous</w:t>
      </w:r>
      <w:r>
        <w:rPr>
          <w:b/>
          <w:bCs/>
        </w:rPr>
        <w:t xml:space="preserve">, horrified, seemed to rise and bloom into something jagged and ugly,</w:t>
      </w:r>
      <w:r>
        <w:br/>
      </w:r>
      <w:r>
        <w:t xml:space="preserve">    (a) not tending to find fault</w:t>
      </w:r>
      <w:r>
        <w:br/>
      </w:r>
      <w:r>
        <w:t xml:space="preserve">    (b) able to be disagreed with</w:t>
      </w:r>
      <w:r>
        <w:br/>
      </w:r>
      <w:r>
        <w:t xml:space="preserve">    (c) showing a lack of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Miss Snell, this body is empowered to cite you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 </w:t>
      </w:r>
      <w:r>
        <w:rPr>
          <w:b/>
          <w:bCs/>
        </w:rPr>
        <w:t xml:space="preserve">if you refuse to answer on any other grounds than Constitutional ones.</w:t>
      </w:r>
      <w:r>
        <w:br/>
      </w:r>
      <w:r>
        <w:t xml:space="preserve">    (a) the crime of willful disobedience to or disrespect for the authority of a court</w:t>
      </w:r>
      <w:r>
        <w:br/>
      </w:r>
      <w:r>
        <w:t xml:space="preserve">    (b) gland located near the base of the neck that, amongst other things, regulates growth and metabolism</w:t>
      </w:r>
      <w:r>
        <w:br/>
      </w:r>
      <w:r>
        <w:t xml:space="preserve">    (c) growth hormone -- a hormone produced by the anterior pituitary gland that promotes growth in humans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approximately</w:t>
      </w:r>
      <w:r>
        <w:rPr>
          <w:b/>
          <w:bCs/>
        </w:rPr>
        <w:t xml:space="preserve"> </w:t>
      </w:r>
      <w:r>
        <w:rPr>
          <w:b/>
          <w:bCs/>
        </w:rPr>
        <w:t xml:space="preserve">1:30 P.M. on September 21, the neighbors on Carlin Street began to hear screams from the White bungalow.</w:t>
      </w:r>
      <w:r>
        <w:br/>
      </w:r>
      <w:r>
        <w:t xml:space="preserve">    (a) relating to the outside</w:t>
      </w:r>
      <w:r>
        <w:br/>
      </w:r>
      <w:r>
        <w:t xml:space="preserve">    (b) about (but not exactly)</w:t>
      </w:r>
      <w:r>
        <w:br/>
      </w:r>
      <w:r>
        <w:t xml:space="preserve">    (c) cheerfully and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staggers both imagination and belief to advance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hypothesis</w:t>
      </w:r>
      <w:r>
        <w:rPr>
          <w:b/>
          <w:bCs/>
        </w:rPr>
        <w:t xml:space="preserve"> </w:t>
      </w:r>
      <w:r>
        <w:rPr>
          <w:b/>
          <w:bCs/>
        </w:rPr>
        <w:t xml:space="preserve">that Mrs. Margaret White did not know she was pregnant, or even understand what the word entails,</w:t>
      </w:r>
      <w:r>
        <w:br/>
      </w:r>
      <w:r>
        <w:t xml:space="preserve">    (a) unproven idea</w:t>
      </w:r>
      <w:r>
        <w:br/>
      </w:r>
      <w:r>
        <w:t xml:space="preserve">    (b) the quality of appropriateness in size, amount, or degree</w:t>
      </w:r>
      <w:r>
        <w:br/>
      </w:r>
      <w:r>
        <w:t xml:space="preserve">    (c) feels or expresses regret for having done something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overt TK ability occurs as a part of puberty, and if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hypothetical</w:t>
      </w:r>
      <w:r>
        <w:rPr>
          <w:b/>
          <w:bCs/>
        </w:rPr>
        <w:t xml:space="preserve"> </w:t>
      </w:r>
      <w:r>
        <w:rPr>
          <w:b/>
          <w:bCs/>
        </w:rPr>
        <w:t xml:space="preserve">TK test is performed on children entering the first grade, we shall certainly be forewarned.</w:t>
      </w:r>
      <w:r>
        <w:br/>
      </w:r>
      <w:r>
        <w:t xml:space="preserve">    (a) nervousness or discomfort felt by someone due to concern about what others will think of them</w:t>
      </w:r>
      <w:r>
        <w:br/>
      </w:r>
      <w:r>
        <w:t xml:space="preserve">    (b) relating to the threadlike structures in the cell nucleus that carry genes in a linear order</w:t>
      </w:r>
      <w:r>
        <w:br/>
      </w:r>
      <w:r>
        <w:t xml:space="preserve">    (c) of something temporarily treated as existing to advance a discussion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she's always been a group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scapegoat</w:t>
      </w:r>
      <w:r>
        <w:rPr>
          <w:b/>
          <w:bCs/>
        </w:rPr>
        <w:t xml:space="preserve">.</w:t>
      </w:r>
      <w:r>
        <w:br/>
      </w:r>
      <w:r>
        <w:t xml:space="preserve">    (a) to begin communication with someone about something</w:t>
      </w:r>
      <w:r>
        <w:br/>
      </w:r>
      <w:r>
        <w:t xml:space="preserve">    (b) someone blamed or punished for the errors of others</w:t>
      </w:r>
      <w:r>
        <w:br/>
      </w:r>
      <w:r>
        <w:t xml:space="preserve">    (c) did not find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Just lately these dreams had evolved into something less understandable but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.</w:t>
      </w:r>
      <w:r>
        <w:br/>
      </w:r>
      <w:r>
        <w:t xml:space="preserve">    (a) evil, harmful, or frightening</w:t>
      </w:r>
      <w:r>
        <w:br/>
      </w:r>
      <w:r>
        <w:t xml:space="preserve">    (b) not able to be disagreed with</w:t>
      </w:r>
      <w:r>
        <w:br/>
      </w:r>
      <w:r>
        <w:t xml:space="preserve">    (c) not thoughtful about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phenomenon</w:t>
      </w:r>
      <w:r>
        <w:rPr>
          <w:b/>
          <w:bCs/>
        </w:rPr>
        <w:t xml:space="preserve"> </w:t>
      </w:r>
      <w:r>
        <w:rPr>
          <w:b/>
          <w:bCs/>
        </w:rPr>
        <w:t xml:space="preserve">has most reliably been reported in times of crisis or in stress situations,</w:t>
      </w:r>
      <w:r>
        <w:br/>
      </w:r>
      <w:r>
        <w:t xml:space="preserve">    (a) something that was once small, but is getting very large</w:t>
      </w:r>
      <w:r>
        <w:br/>
      </w:r>
      <w:r>
        <w:t xml:space="preserve">    (b) something important that is hard to see or sense</w:t>
      </w:r>
      <w:r>
        <w:br/>
      </w:r>
      <w:r>
        <w:t xml:space="preserve">    (c) something seen that is considered extraordinary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following Cain, Eve gave birth to Abel, having not yet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repented</w:t>
      </w:r>
      <w:r>
        <w:rPr>
          <w:b/>
          <w:bCs/>
        </w:rPr>
        <w:t xml:space="preserve"> </w:t>
      </w:r>
      <w:r>
        <w:rPr>
          <w:b/>
          <w:bCs/>
        </w:rPr>
        <w:t xml:space="preserve">of the Sin of Intercourse.</w:t>
      </w:r>
      <w:r>
        <w:br/>
      </w:r>
      <w:r>
        <w:t xml:space="preserve">    (a) gave an opinion of what was wrong with something</w:t>
      </w:r>
      <w:r>
        <w:br/>
      </w:r>
      <w:r>
        <w:t xml:space="preserve">    (b) moved out of an interacting position; or stopped</w:t>
      </w:r>
      <w:r>
        <w:br/>
      </w:r>
      <w:r>
        <w:t xml:space="preserve">    (c) expressed regret for having done something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found her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eminently</w:t>
      </w:r>
      <w:r>
        <w:rPr>
          <w:b/>
          <w:bCs/>
        </w:rPr>
        <w:t xml:space="preserve"> </w:t>
      </w:r>
      <w:r>
        <w:rPr>
          <w:b/>
          <w:bCs/>
        </w:rPr>
        <w:t xml:space="preserve">satisfactory.</w:t>
      </w:r>
      <w:r>
        <w:br/>
      </w:r>
      <w:r>
        <w:t xml:space="preserve">    (a) with high standing</w:t>
      </w:r>
      <w:r>
        <w:br/>
      </w:r>
      <w:r>
        <w:t xml:space="preserve">    (b) with strong desire</w:t>
      </w:r>
      <w:r>
        <w:br/>
      </w:r>
      <w:r>
        <w:t xml:space="preserve">    (c) in a sloped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Those who oppose this story, most lately led by George Jerome of Harvard, claim that this is either a highly romantic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distortion</w:t>
      </w:r>
      <w:r>
        <w:rPr>
          <w:b/>
          <w:bCs/>
        </w:rPr>
        <w:t xml:space="preserve"> </w:t>
      </w:r>
      <w:r>
        <w:rPr>
          <w:b/>
          <w:bCs/>
        </w:rPr>
        <w:t xml:space="preserve">or an outright lie.</w:t>
      </w:r>
      <w:r>
        <w:br/>
      </w:r>
      <w:r>
        <w:t xml:space="preserve">    (a) to alter something in an unnatural or untrue way</w:t>
      </w:r>
      <w:r>
        <w:br/>
      </w:r>
      <w:r>
        <w:t xml:space="preserve">    (b) the act, process, or instance of telling a story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face bore a half-mad expression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</w:t>
      </w:r>
      <w:r>
        <w:rPr>
          <w:b/>
          <w:bCs/>
        </w:rPr>
        <w:t xml:space="preserve"> </w:t>
      </w:r>
      <w:r>
        <w:rPr>
          <w:b/>
          <w:bCs/>
        </w:rPr>
        <w:t xml:space="preserve">mixed with hate.</w:t>
      </w:r>
      <w:r>
        <w:br/>
      </w:r>
      <w:r>
        <w:t xml:space="preserve">    (a) sympathy for another's suffering and wanting to help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"Yes," Sue said, and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</w:t>
      </w:r>
      <w:r>
        <w:rPr>
          <w:b/>
          <w:bCs/>
        </w:rPr>
        <w:t xml:space="preserve">.</w:t>
      </w:r>
      <w:r>
        <w:br/>
      </w:r>
      <w:r>
        <w:t xml:space="preserve">    (a) add details</w:t>
      </w:r>
      <w:r>
        <w:br/>
      </w:r>
      <w:r>
        <w:t xml:space="preserve">    (b) interact again or interest again</w:t>
      </w:r>
      <w:r>
        <w:br/>
      </w:r>
      <w:r>
        <w:t xml:space="preserve">    (c) genetic change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it was all just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</w:t>
      </w:r>
      <w:r>
        <w:rPr>
          <w:b/>
          <w:bCs/>
        </w:rPr>
        <w:t xml:space="preserve"> </w:t>
      </w:r>
      <w:r>
        <w:rPr>
          <w:b/>
          <w:bCs/>
        </w:rPr>
        <w:t xml:space="preserve">joke, the final crusher, the ultimate punch line.</w:t>
      </w:r>
      <w:r>
        <w:br/>
      </w:r>
      <w:r>
        <w:t xml:space="preserve">    (a) having details and complexity</w:t>
      </w:r>
      <w:r>
        <w:br/>
      </w:r>
      <w:r>
        <w:t xml:space="preserve">    (b) overly unhappy and unsociable</w:t>
      </w:r>
      <w:r>
        <w:br/>
      </w:r>
      <w:r>
        <w:t xml:space="preserve">    (c) without gender classification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 sows dropped dead with its tongue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protruding</w:t>
      </w:r>
      <w:r>
        <w:rPr>
          <w:b/>
          <w:bCs/>
        </w:rPr>
        <w:t xml:space="preserve">, eyes still open, potato chip crumbs around its snout.</w:t>
      </w:r>
      <w:r>
        <w:br/>
      </w:r>
      <w:r>
        <w:t xml:space="preserve">    (a) hiring again</w:t>
      </w:r>
      <w:r>
        <w:br/>
      </w:r>
      <w:r>
        <w:t xml:space="preserve">    (b) getting near</w:t>
      </w:r>
      <w:r>
        <w:br/>
      </w:r>
      <w:r>
        <w:t xml:space="preserve">    (c) sticking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know that she possessed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telekinetic talent, commonly referred to as TK.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the characteristic of tending to think back about things</w:t>
      </w:r>
      <w:r>
        <w:br/>
      </w:r>
      <w:r>
        <w:t xml:space="preserve">    (c) potentially existing but not presently active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air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redolent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odor of flowers; the nose was constantly amazed by it.</w:t>
      </w:r>
      <w:r>
        <w:br/>
      </w:r>
      <w:r>
        <w:t xml:space="preserve">    (a) having an odor that brings something to mind; or having a strong pleasant odor</w:t>
      </w:r>
      <w:r>
        <w:br/>
      </w:r>
      <w:r>
        <w:t xml:space="preserve">    (b) a mental disorder characterized by alternating episodes of major depression and abnormally elevated mood</w:t>
      </w:r>
      <w:r>
        <w:br/>
      </w:r>
      <w:r>
        <w:t xml:space="preserve">    (c) acts to tendency to engage in acts that resist government authority or attempt to overthrow a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remainder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testimony</w:t>
      </w:r>
      <w:r>
        <w:rPr>
          <w:b/>
          <w:bCs/>
        </w:rPr>
        <w:t xml:space="preserve">, I wish you would stick to what you saw, Mr. Quillan.</w:t>
      </w:r>
      <w:r>
        <w:br/>
      </w:r>
      <w:r>
        <w:t xml:space="preserve">    (a) an atom that has acquired an electrical charge by the loss or gain of an electron</w:t>
      </w:r>
      <w:r>
        <w:br/>
      </w:r>
      <w:r>
        <w:t xml:space="preserve">    (b) statement (evidence)</w:t>
      </w:r>
      <w:r>
        <w:br/>
      </w:r>
      <w:r>
        <w:t xml:space="preserve">    (c) an organ attached to the wall of the uterus to nourish the fetus during pregnancy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music came to a crashing,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halt,</w:t>
      </w:r>
      <w:r>
        <w:br/>
      </w:r>
      <w:r>
        <w:t xml:space="preserve">    (a) likely to change</w:t>
      </w:r>
      <w:r>
        <w:br/>
      </w:r>
      <w:r>
        <w:t xml:space="preserve">    (b) able to be found</w:t>
      </w:r>
      <w:r>
        <w:br/>
      </w:r>
      <w:r>
        <w:t xml:space="preserve">    (c) unpleasant sounding (probably because the musicians did not all stop at the same time)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2026-07-31T16:13:03Z</dcterms:created>
  <dcterms:modified xsi:type="dcterms:W3CDTF">2026-07-31T16:13:03Z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