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023356d8599e7085d8d0d1f30aaffd162f5cc6"/>
    <w:p>
      <w:pPr>
        <w:pStyle w:val="Heading1"/>
      </w:pPr>
      <w:r>
        <w:rPr>
          <w:b/>
          <w:bCs/>
        </w:rPr>
        <w:t xml:space="preserve">Candide</w:t>
      </w:r>
      <w:r>
        <w:br/>
      </w:r>
      <w:r>
        <w:rPr>
          <w:i/>
          <w:iCs/>
        </w:rPr>
        <w:t xml:space="preserve">Voltaire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honey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adulterated</w:t>
      </w:r>
      <w:r>
        <w:rPr>
          <w:b/>
          <w:bCs/>
        </w:rPr>
        <w:t xml:space="preserve">.</w:t>
      </w:r>
      <w:r>
        <w:br/>
      </w:r>
      <w:r>
        <w:t xml:space="preserve">    (a) inexpensive</w:t>
      </w:r>
      <w:r>
        <w:br/>
      </w:r>
      <w:r>
        <w:t xml:space="preserve">    (b) organic</w:t>
      </w:r>
      <w:r>
        <w:br/>
      </w:r>
      <w:r>
        <w:t xml:space="preserve">    (c) not pure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doesn't think of him in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amorous</w:t>
      </w:r>
      <w:r>
        <w:rPr>
          <w:b/>
          <w:bCs/>
        </w:rPr>
        <w:t xml:space="preserve"> </w:t>
      </w:r>
      <w:r>
        <w:rPr>
          <w:b/>
          <w:bCs/>
        </w:rPr>
        <w:t xml:space="preserve">way.</w:t>
      </w:r>
      <w:r>
        <w:br/>
      </w:r>
      <w:r>
        <w:t xml:space="preserve">    (a) romantic or sexual</w:t>
      </w:r>
      <w:r>
        <w:br/>
      </w:r>
      <w:r>
        <w:t xml:space="preserve">    (b) logical or analytical</w:t>
      </w:r>
      <w:r>
        <w:br/>
      </w:r>
      <w:r>
        <w:t xml:space="preserve">    (c) light-hearted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innovative approach to solving problems earned her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approbation</w:t>
      </w:r>
      <w:r>
        <w:rPr>
          <w:b/>
          <w:bCs/>
        </w:rPr>
        <w:t xml:space="preserve"> </w:t>
      </w:r>
      <w:r>
        <w:rPr>
          <w:b/>
          <w:bCs/>
        </w:rPr>
        <w:t xml:space="preserve">of her peers.</w:t>
      </w:r>
      <w:r>
        <w:br/>
      </w:r>
      <w:r>
        <w:t xml:space="preserve">    (a) approval</w:t>
      </w:r>
      <w:r>
        <w:br/>
      </w:r>
      <w:r>
        <w:t xml:space="preserve">    (b) sympathy</w:t>
      </w:r>
      <w:r>
        <w:br/>
      </w:r>
      <w:r>
        <w:t xml:space="preserve">    (c) distrust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can expect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calumny</w:t>
      </w:r>
      <w:r>
        <w:rPr>
          <w:b/>
          <w:bCs/>
        </w:rPr>
        <w:t xml:space="preserve"> </w:t>
      </w:r>
      <w:r>
        <w:rPr>
          <w:b/>
          <w:bCs/>
        </w:rPr>
        <w:t xml:space="preserve">from our critics.</w:t>
      </w:r>
      <w:r>
        <w:br/>
      </w:r>
      <w:r>
        <w:t xml:space="preserve">    (a) false accusations</w:t>
      </w:r>
      <w:r>
        <w:br/>
      </w:r>
      <w:r>
        <w:t xml:space="preserve">    (b) criticism</w:t>
      </w:r>
      <w:r>
        <w:br/>
      </w:r>
      <w:r>
        <w:t xml:space="preserve">    (c) foolish mistakes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is too much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</w:t>
      </w:r>
      <w:r>
        <w:rPr>
          <w:b/>
          <w:bCs/>
        </w:rPr>
        <w:t xml:space="preserve"> </w:t>
      </w:r>
      <w:r>
        <w:rPr>
          <w:b/>
          <w:bCs/>
        </w:rPr>
        <w:t xml:space="preserve">in their home.</w:t>
      </w:r>
      <w:r>
        <w:br/>
      </w:r>
      <w:r>
        <w:t xml:space="preserve">    (a) uncritical agreement</w:t>
      </w:r>
      <w:r>
        <w:br/>
      </w:r>
      <w:r>
        <w:t xml:space="preserve">    (b) conflict</w:t>
      </w:r>
      <w:r>
        <w:br/>
      </w:r>
      <w:r>
        <w:t xml:space="preserve">    (c) loud noise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comedian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droll</w:t>
      </w:r>
      <w:r>
        <w:rPr>
          <w:b/>
          <w:bCs/>
        </w:rPr>
        <w:t xml:space="preserve"> </w:t>
      </w:r>
      <w:r>
        <w:rPr>
          <w:b/>
          <w:bCs/>
        </w:rPr>
        <w:t xml:space="preserve">way of describing everyday life.</w:t>
      </w:r>
      <w:r>
        <w:br/>
      </w:r>
      <w:r>
        <w:t xml:space="preserve">    (a) harsh and bitter</w:t>
      </w:r>
      <w:r>
        <w:br/>
      </w:r>
      <w:r>
        <w:t xml:space="preserve">    (b) quirky and funny</w:t>
      </w:r>
      <w:r>
        <w:br/>
      </w:r>
      <w:r>
        <w:t xml:space="preserve">    (c) dull and serious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Their offices are housed in an imposing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edifice</w:t>
      </w:r>
      <w:r>
        <w:rPr>
          <w:b/>
          <w:bCs/>
        </w:rPr>
        <w:t xml:space="preserve">.</w:t>
      </w:r>
      <w:r>
        <w:br/>
      </w:r>
      <w:r>
        <w:t xml:space="preserve">    (a) building</w:t>
      </w:r>
      <w:r>
        <w:br/>
      </w:r>
      <w:r>
        <w:t xml:space="preserve">    (b) neighborhood</w:t>
      </w:r>
      <w:r>
        <w:br/>
      </w:r>
      <w:r>
        <w:t xml:space="preserve">    (c) color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Armed with too much confidence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effrontery</w:t>
      </w:r>
      <w:r>
        <w:rPr>
          <w:b/>
          <w:bCs/>
        </w:rPr>
        <w:t xml:space="preserve">, she made a lot of enemies.</w:t>
      </w:r>
      <w:r>
        <w:br/>
      </w:r>
      <w:r>
        <w:t xml:space="preserve">    (a) disrespectful behavior</w:t>
      </w:r>
      <w:r>
        <w:br/>
      </w:r>
      <w:r>
        <w:t xml:space="preserve">    (b) misunderstanding</w:t>
      </w:r>
      <w:r>
        <w:br/>
      </w:r>
      <w:r>
        <w:t xml:space="preserve">    (c) pressure to rush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prophet warned the villagers against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idolatry</w:t>
      </w:r>
      <w:r>
        <w:rPr>
          <w:b/>
          <w:bCs/>
        </w:rPr>
        <w:t xml:space="preserve"> </w:t>
      </w:r>
      <w:r>
        <w:rPr>
          <w:b/>
          <w:bCs/>
        </w:rPr>
        <w:t xml:space="preserve">and worship of false gods.</w:t>
      </w:r>
      <w:r>
        <w:br/>
      </w:r>
      <w:r>
        <w:t xml:space="preserve">    (a) rejection of all beliefs</w:t>
      </w:r>
      <w:r>
        <w:br/>
      </w:r>
      <w:r>
        <w:t xml:space="preserve">    (b) doubt about religion</w:t>
      </w:r>
      <w:r>
        <w:br/>
      </w:r>
      <w:r>
        <w:t xml:space="preserve">    (c) worship of physical idols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incident led to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ignominious</w:t>
      </w:r>
      <w:r>
        <w:rPr>
          <w:b/>
          <w:bCs/>
        </w:rPr>
        <w:t xml:space="preserve"> </w:t>
      </w:r>
      <w:r>
        <w:rPr>
          <w:b/>
          <w:bCs/>
        </w:rPr>
        <w:t xml:space="preserve">departure from political office.</w:t>
      </w:r>
      <w:r>
        <w:br/>
      </w:r>
      <w:r>
        <w:t xml:space="preserve">    (a) quick</w:t>
      </w:r>
      <w:r>
        <w:br/>
      </w:r>
      <w:r>
        <w:t xml:space="preserve">    (b) eventual</w:t>
      </w:r>
      <w:r>
        <w:br/>
      </w:r>
      <w:r>
        <w:t xml:space="preserve">    (c) disgraceful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imbued</w:t>
      </w:r>
      <w:r>
        <w:rPr>
          <w:b/>
          <w:bCs/>
        </w:rPr>
        <w:t xml:space="preserve"> </w:t>
      </w:r>
      <w:r>
        <w:rPr>
          <w:b/>
          <w:bCs/>
        </w:rPr>
        <w:t xml:space="preserve">from infancy with a sense that life should be fair.</w:t>
      </w:r>
      <w:r>
        <w:br/>
      </w:r>
      <w:r>
        <w:t xml:space="preserve">    (a) misled</w:t>
      </w:r>
      <w:r>
        <w:br/>
      </w:r>
      <w:r>
        <w:t xml:space="preserve">    (b) filled</w:t>
      </w:r>
      <w:r>
        <w:br/>
      </w:r>
      <w:r>
        <w:t xml:space="preserve">    (c) discouraged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legal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jargon</w:t>
      </w:r>
      <w:r>
        <w:rPr>
          <w:b/>
          <w:bCs/>
        </w:rPr>
        <w:t xml:space="preserve"> </w:t>
      </w:r>
      <w:r>
        <w:rPr>
          <w:b/>
          <w:bCs/>
        </w:rPr>
        <w:t xml:space="preserve">in the contract was so complex that the client had to hire a lawyer to interpret it.</w:t>
      </w:r>
      <w:r>
        <w:br/>
      </w:r>
      <w:r>
        <w:t xml:space="preserve">    (a) underlying philosophy</w:t>
      </w:r>
      <w:r>
        <w:br/>
      </w:r>
      <w:r>
        <w:t xml:space="preserve">    (b) special vocabulary</w:t>
      </w:r>
      <w:r>
        <w:br/>
      </w:r>
      <w:r>
        <w:t xml:space="preserve">    (c) complex ideas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actions conflict with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maxim</w:t>
      </w:r>
      <w:r>
        <w:rPr>
          <w:b/>
          <w:bCs/>
        </w:rPr>
        <w:t xml:space="preserve"> </w:t>
      </w:r>
      <w:r>
        <w:rPr>
          <w:b/>
          <w:bCs/>
        </w:rPr>
        <w:t xml:space="preserve">that we don't negotiate with terrorists.</w:t>
      </w:r>
      <w:r>
        <w:br/>
      </w:r>
      <w:r>
        <w:t xml:space="preserve">    (a) goal</w:t>
      </w:r>
      <w:r>
        <w:br/>
      </w:r>
      <w:r>
        <w:t xml:space="preserve">    (b) observation</w:t>
      </w:r>
      <w:r>
        <w:br/>
      </w:r>
      <w:r>
        <w:t xml:space="preserve">    (c) saying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project turned into a bureaucratic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morass</w:t>
      </w:r>
      <w:r>
        <w:rPr>
          <w:b/>
          <w:bCs/>
        </w:rPr>
        <w:t xml:space="preserve"> </w:t>
      </w:r>
      <w:r>
        <w:rPr>
          <w:b/>
          <w:bCs/>
        </w:rPr>
        <w:t xml:space="preserve">of paperwork and approvals.</w:t>
      </w:r>
      <w:r>
        <w:br/>
      </w:r>
      <w:r>
        <w:t xml:space="preserve">    (a) surgical interruption of nerve tracts to and from the frontal lobe of the brain</w:t>
      </w:r>
      <w:r>
        <w:br/>
      </w:r>
      <w:r>
        <w:t xml:space="preserve">    (b) difficult situation that frustrates progress</w:t>
      </w:r>
      <w:r>
        <w:br/>
      </w:r>
      <w:r>
        <w:t xml:space="preserve">    (c) a right that is naturally due because of human nature and the natural condition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months of planning, the day of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nuptials</w:t>
      </w:r>
      <w:r>
        <w:rPr>
          <w:b/>
          <w:bCs/>
        </w:rPr>
        <w:t xml:space="preserve"> </w:t>
      </w:r>
      <w:r>
        <w:rPr>
          <w:b/>
          <w:bCs/>
        </w:rPr>
        <w:t xml:space="preserve">finally arrived.</w:t>
      </w:r>
      <w:r>
        <w:br/>
      </w:r>
      <w:r>
        <w:t xml:space="preserve">    (a) vacation</w:t>
      </w:r>
      <w:r>
        <w:br/>
      </w:r>
      <w:r>
        <w:t xml:space="preserve">    (b) wedding</w:t>
      </w:r>
      <w:r>
        <w:br/>
      </w:r>
      <w:r>
        <w:t xml:space="preserve">    (c) move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agency recommended against taking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precipitate</w:t>
      </w:r>
      <w:r>
        <w:rPr>
          <w:b/>
          <w:bCs/>
        </w:rPr>
        <w:t xml:space="preserve"> </w:t>
      </w:r>
      <w:r>
        <w:rPr>
          <w:b/>
          <w:bCs/>
        </w:rPr>
        <w:t xml:space="preserve">action.</w:t>
      </w:r>
      <w:r>
        <w:br/>
      </w:r>
      <w:r>
        <w:t xml:space="preserve">    (a) dramatic</w:t>
      </w:r>
      <w:r>
        <w:br/>
      </w:r>
      <w:r>
        <w:t xml:space="preserve">    (b) quick</w:t>
      </w:r>
      <w:r>
        <w:br/>
      </w:r>
      <w:r>
        <w:t xml:space="preserve">    (c) hidden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visited every art museum in New York City, and she still wasn't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satiated</w:t>
      </w:r>
      <w:r>
        <w:rPr>
          <w:b/>
          <w:bCs/>
        </w:rPr>
        <w:t xml:space="preserve">.</w:t>
      </w:r>
      <w:r>
        <w:br/>
      </w:r>
      <w:r>
        <w:t xml:space="preserve">    (a) knowledgeable</w:t>
      </w:r>
      <w:r>
        <w:br/>
      </w:r>
      <w:r>
        <w:t xml:space="preserve">    (b) tired</w:t>
      </w:r>
      <w:r>
        <w:br/>
      </w:r>
      <w:r>
        <w:t xml:space="preserve">    (c) satisfied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vivacious</w:t>
      </w:r>
      <w:r>
        <w:rPr>
          <w:b/>
          <w:bCs/>
        </w:rPr>
        <w:t xml:space="preserve"> </w:t>
      </w:r>
      <w:r>
        <w:rPr>
          <w:b/>
          <w:bCs/>
        </w:rPr>
        <w:t xml:space="preserve">high school senior who has captured the nations heart.</w:t>
      </w:r>
      <w:r>
        <w:br/>
      </w:r>
      <w:r>
        <w:t xml:space="preserve">    (a) engaging and lively</w:t>
      </w:r>
      <w:r>
        <w:br/>
      </w:r>
      <w:r>
        <w:t xml:space="preserve">    (b) kind and attractive</w:t>
      </w:r>
      <w:r>
        <w:br/>
      </w:r>
      <w:r>
        <w:t xml:space="preserve">    (c) smart and well-spoken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2026-07-31T15:08:36Z</dcterms:created>
  <dcterms:modified xsi:type="dcterms:W3CDTF">2026-07-31T15:08:36Z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