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candide-voltaire-vocabulary-in-context"/>
    <w:p>
      <w:pPr>
        <w:pStyle w:val="Heading1"/>
      </w:pPr>
      <w:r>
        <w:rPr>
          <w:b/>
          <w:bCs/>
        </w:rPr>
        <w:t xml:space="preserve">Candide</w:t>
      </w:r>
      <w:r>
        <w:br/>
      </w:r>
      <w:r>
        <w:rPr>
          <w:i/>
          <w:iCs/>
        </w:rPr>
        <w:t xml:space="preserve">Voltaire</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...he</w:t>
      </w:r>
      <w:r>
        <w:rPr>
          <w:b/>
          <w:bCs/>
        </w:rPr>
        <w:t xml:space="preserve"> </w:t>
      </w:r>
      <w:r>
        <w:rPr>
          <w:b/>
          <w:bCs/>
          <w:u w:val="single"/>
        </w:rPr>
        <w:t xml:space="preserve">accorded</w:t>
      </w:r>
      <w:r>
        <w:rPr>
          <w:b/>
          <w:bCs/>
        </w:rPr>
        <w:t xml:space="preserve"> </w:t>
      </w:r>
      <w:r>
        <w:rPr>
          <w:b/>
          <w:bCs/>
        </w:rPr>
        <w:t xml:space="preserve">him his pardon with a clemency which...</w:t>
      </w:r>
      <w:r>
        <w:br/>
      </w:r>
      <w:r>
        <w:t xml:space="preserve">    (a) not judged in a negative way</w:t>
      </w:r>
      <w:r>
        <w:br/>
      </w:r>
      <w:r>
        <w:t xml:space="preserve">    (b) found, sought, or researched</w:t>
      </w:r>
      <w:r>
        <w:br/>
      </w:r>
      <w:r>
        <w:t xml:space="preserve">    (c) gave (as a special privilege)</w:t>
      </w:r>
    </w:p>
    <w:p>
      <w:pPr>
        <w:pStyle w:val="Compact"/>
        <w:numPr>
          <w:ilvl w:val="0"/>
          <w:numId w:val="1001"/>
        </w:numPr>
      </w:pPr>
      <w:r>
        <w:rPr>
          <w:b/>
          <w:bCs/>
        </w:rPr>
        <w:t xml:space="preserve">But</w:t>
      </w:r>
      <w:r>
        <w:rPr>
          <w:b/>
          <w:bCs/>
        </w:rPr>
        <w:t xml:space="preserve"> </w:t>
      </w:r>
      <w:r>
        <w:rPr>
          <w:b/>
          <w:bCs/>
          <w:u w:val="single"/>
        </w:rPr>
        <w:t xml:space="preserve">according to</w:t>
      </w:r>
      <w:r>
        <w:rPr>
          <w:b/>
          <w:bCs/>
        </w:rPr>
        <w:t xml:space="preserve"> </w:t>
      </w:r>
      <w:r>
        <w:rPr>
          <w:b/>
          <w:bCs/>
        </w:rPr>
        <w:t xml:space="preserve">these principles the Grey Friar ought to have left us enough to carry us through our journey.</w:t>
      </w:r>
      <w:r>
        <w:br/>
      </w:r>
      <w:r>
        <w:t xml:space="preserve">    (a) U.S. history:  pre-Civil War period</w:t>
      </w:r>
      <w:r>
        <w:br/>
      </w:r>
      <w:r>
        <w:t xml:space="preserve">    (b) as stated by; or in agreement with</w:t>
      </w:r>
      <w:r>
        <w:br/>
      </w:r>
      <w:r>
        <w:t xml:space="preserve">    (c) idiom meaning</w:t>
      </w:r>
      <w:r>
        <w:t xml:space="preserve"> </w:t>
      </w:r>
      <w:r>
        <w:rPr>
          <w:i/>
          <w:iCs/>
        </w:rPr>
        <w:t xml:space="preserve">"won the day"</w:t>
      </w:r>
    </w:p>
    <w:p>
      <w:pPr>
        <w:pStyle w:val="Compact"/>
        <w:numPr>
          <w:ilvl w:val="0"/>
          <w:numId w:val="1001"/>
        </w:numPr>
      </w:pPr>
      <w:r>
        <w:rPr>
          <w:b/>
          <w:bCs/>
        </w:rPr>
        <w:t xml:space="preserve">How could this beautiful cause produce in you an effect so</w:t>
      </w:r>
      <w:r>
        <w:rPr>
          <w:b/>
          <w:bCs/>
        </w:rPr>
        <w:t xml:space="preserve"> </w:t>
      </w:r>
      <w:r>
        <w:rPr>
          <w:b/>
          <w:bCs/>
          <w:u w:val="single"/>
        </w:rPr>
        <w:t xml:space="preserve">abominable</w:t>
      </w:r>
      <w:r>
        <w:rPr>
          <w:b/>
          <w:bCs/>
        </w:rPr>
        <w:t xml:space="preserve">?</w:t>
      </w:r>
      <w:r>
        <w:br/>
      </w:r>
      <w:r>
        <w:t xml:space="preserve">    (a) exceptionally bad or detestable</w:t>
      </w:r>
      <w:r>
        <w:br/>
      </w:r>
      <w:r>
        <w:t xml:space="preserve">    (b) poor ability to make a decision</w:t>
      </w:r>
      <w:r>
        <w:br/>
      </w:r>
      <w:r>
        <w:t xml:space="preserve">    (c) non-traditional or non-standard</w:t>
      </w:r>
    </w:p>
    <w:p>
      <w:pPr>
        <w:pStyle w:val="Compact"/>
        <w:numPr>
          <w:ilvl w:val="0"/>
          <w:numId w:val="1001"/>
        </w:numPr>
      </w:pPr>
      <w:r>
        <w:rPr>
          <w:b/>
          <w:bCs/>
        </w:rPr>
        <w:t xml:space="preserve">After the earthquake had destroyed three-fourths of Lisbon, the sages of that country could think of no means more effectual to prevent utter ruin than to give the people a beautiful</w:t>
      </w:r>
      <w:r>
        <w:rPr>
          <w:b/>
          <w:bCs/>
        </w:rPr>
        <w:t xml:space="preserve"> </w:t>
      </w:r>
      <w:r>
        <w:rPr>
          <w:b/>
          <w:bCs/>
          <w:i/>
          <w:iCs/>
        </w:rPr>
        <w:t xml:space="preserve">auto-da-fe</w:t>
      </w:r>
      <w:r>
        <w:rPr>
          <w:b/>
          <w:bCs/>
        </w:rPr>
        <w:t xml:space="preserve">[6]; for it had been decided by the University of Coimbra, that the burning of a few people alive by a slow fire, and with great ceremony, is an infallible secret to</w:t>
      </w:r>
      <w:r>
        <w:rPr>
          <w:b/>
          <w:bCs/>
        </w:rPr>
        <w:t xml:space="preserve"> </w:t>
      </w:r>
      <w:r>
        <w:rPr>
          <w:b/>
          <w:bCs/>
          <w:u w:val="single"/>
        </w:rPr>
        <w:t xml:space="preserve">hinder</w:t>
      </w:r>
      <w:r>
        <w:rPr>
          <w:b/>
          <w:bCs/>
        </w:rPr>
        <w:t xml:space="preserve"> </w:t>
      </w:r>
      <w:r>
        <w:rPr>
          <w:b/>
          <w:bCs/>
        </w:rPr>
        <w:t xml:space="preserve">the earth from quaking.</w:t>
      </w:r>
      <w:r>
        <w:br/>
      </w:r>
      <w:r>
        <w:t xml:space="preserve">    (a) make different; or show difference</w:t>
      </w:r>
      <w:r>
        <w:br/>
      </w:r>
      <w:r>
        <w:t xml:space="preserve">    (b) to cause something to move forward</w:t>
      </w:r>
      <w:r>
        <w:br/>
      </w:r>
      <w:r>
        <w:t xml:space="preserve">    (c) slowed down or caused problems for</w:t>
      </w:r>
    </w:p>
    <w:p>
      <w:pPr>
        <w:pStyle w:val="Compact"/>
        <w:numPr>
          <w:ilvl w:val="0"/>
          <w:numId w:val="1001"/>
        </w:numPr>
      </w:pPr>
      <w:r>
        <w:rPr>
          <w:b/>
          <w:bCs/>
        </w:rPr>
        <w:t xml:space="preserve">...he would give us good counsel in this emergency, for he was a</w:t>
      </w:r>
      <w:r>
        <w:rPr>
          <w:b/>
          <w:bCs/>
        </w:rPr>
        <w:t xml:space="preserve"> </w:t>
      </w:r>
      <w:r>
        <w:rPr>
          <w:b/>
          <w:bCs/>
          <w:u w:val="single"/>
        </w:rPr>
        <w:t xml:space="preserve">profound</w:t>
      </w:r>
      <w:r>
        <w:rPr>
          <w:b/>
          <w:bCs/>
        </w:rPr>
        <w:t xml:space="preserve"> </w:t>
      </w:r>
      <w:r>
        <w:rPr>
          <w:b/>
          <w:bCs/>
        </w:rPr>
        <w:t xml:space="preserve">philosopher.</w:t>
      </w:r>
      <w:r>
        <w:br/>
      </w:r>
      <w:r>
        <w:t xml:space="preserve">    (a) quick or efficient</w:t>
      </w:r>
      <w:r>
        <w:br/>
      </w:r>
      <w:r>
        <w:t xml:space="preserve">    (b) deep or far-reaching in insight</w:t>
      </w:r>
      <w:r>
        <w:br/>
      </w:r>
      <w:r>
        <w:t xml:space="preserve">    (c) foolish or showing ignorance of important circumstances</w:t>
      </w:r>
    </w:p>
    <w:p>
      <w:pPr>
        <w:pStyle w:val="Compact"/>
        <w:numPr>
          <w:ilvl w:val="0"/>
          <w:numId w:val="1001"/>
        </w:numPr>
      </w:pPr>
      <w:r>
        <w:rPr>
          <w:b/>
          <w:bCs/>
        </w:rPr>
        <w:t xml:space="preserve">...presented it to her with a</w:t>
      </w:r>
      <w:r>
        <w:rPr>
          <w:b/>
          <w:bCs/>
        </w:rPr>
        <w:t xml:space="preserve"> </w:t>
      </w:r>
      <w:r>
        <w:rPr>
          <w:b/>
          <w:bCs/>
          <w:u w:val="single"/>
        </w:rPr>
        <w:t xml:space="preserve">profound</w:t>
      </w:r>
      <w:r>
        <w:rPr>
          <w:b/>
          <w:bCs/>
        </w:rPr>
        <w:t xml:space="preserve"> </w:t>
      </w:r>
      <w:r>
        <w:rPr>
          <w:b/>
          <w:bCs/>
        </w:rPr>
        <w:t xml:space="preserve">reverence.</w:t>
      </w:r>
      <w:r>
        <w:br/>
      </w:r>
      <w:r>
        <w:t xml:space="preserve">    (a) without a tendency to be full of thought</w:t>
      </w:r>
      <w:r>
        <w:br/>
      </w:r>
      <w:r>
        <w:t xml:space="preserve">    (b) lacking a tendency to be full of thought</w:t>
      </w:r>
      <w:r>
        <w:br/>
      </w:r>
      <w:r>
        <w:t xml:space="preserve">    (c) greatest intensity of</w:t>
      </w:r>
    </w:p>
    <w:p>
      <w:pPr>
        <w:pStyle w:val="Compact"/>
        <w:numPr>
          <w:ilvl w:val="0"/>
          <w:numId w:val="1001"/>
        </w:numPr>
      </w:pPr>
      <w:r>
        <w:rPr>
          <w:b/>
          <w:bCs/>
        </w:rPr>
        <w:t xml:space="preserve">I fell, oppressed with fright, fatigue, horror,</w:t>
      </w:r>
      <w:r>
        <w:rPr>
          <w:b/>
          <w:bCs/>
        </w:rPr>
        <w:t xml:space="preserve"> </w:t>
      </w:r>
      <w:r>
        <w:rPr>
          <w:b/>
          <w:bCs/>
          <w:u w:val="single"/>
        </w:rPr>
        <w:t xml:space="preserve">despair</w:t>
      </w:r>
      <w:r>
        <w:rPr>
          <w:b/>
          <w:bCs/>
        </w:rPr>
        <w:t xml:space="preserve">, and hunger.</w:t>
      </w:r>
      <w:r>
        <w:br/>
      </w:r>
      <w:r>
        <w:t xml:space="preserve">    (a) not creating disagreement or struggle</w:t>
      </w:r>
      <w:r>
        <w:br/>
      </w:r>
      <w:r>
        <w:t xml:space="preserve">    (b) adjusts a lens to make an image clear</w:t>
      </w:r>
      <w:r>
        <w:br/>
      </w:r>
      <w:r>
        <w:t xml:space="preserve">    (c) hopelessness</w:t>
      </w:r>
    </w:p>
    <w:p>
      <w:pPr>
        <w:pStyle w:val="Compact"/>
        <w:numPr>
          <w:ilvl w:val="0"/>
          <w:numId w:val="1001"/>
        </w:numPr>
      </w:pPr>
      <w:r>
        <w:rPr>
          <w:b/>
          <w:bCs/>
        </w:rPr>
        <w:t xml:space="preserve">I should have been burnt, but you may remember it rained exceedingly hard when they were going to roast me; the storm was so violent that they</w:t>
      </w:r>
      <w:r>
        <w:rPr>
          <w:b/>
          <w:bCs/>
        </w:rPr>
        <w:t xml:space="preserve"> </w:t>
      </w:r>
      <w:r>
        <w:rPr>
          <w:b/>
          <w:bCs/>
          <w:u w:val="single"/>
        </w:rPr>
        <w:t xml:space="preserve">despaired</w:t>
      </w:r>
      <w:r>
        <w:rPr>
          <w:b/>
          <w:bCs/>
        </w:rPr>
        <w:t xml:space="preserve"> </w:t>
      </w:r>
      <w:r>
        <w:rPr>
          <w:b/>
          <w:bCs/>
        </w:rPr>
        <w:t xml:space="preserve">of lighting the fire, so I was hanged because they could do no better.</w:t>
      </w:r>
      <w:r>
        <w:br/>
      </w:r>
      <w:r>
        <w:t xml:space="preserve">    (a) stuck out</w:t>
      </w:r>
      <w:r>
        <w:br/>
      </w:r>
      <w:r>
        <w:t xml:space="preserve">    (b) disagreed</w:t>
      </w:r>
      <w:r>
        <w:br/>
      </w:r>
      <w:r>
        <w:t xml:space="preserve">    (c) lost hope</w:t>
      </w:r>
    </w:p>
    <w:p>
      <w:pPr>
        <w:pStyle w:val="Compact"/>
        <w:numPr>
          <w:ilvl w:val="0"/>
          <w:numId w:val="1001"/>
        </w:numPr>
      </w:pPr>
      <w:r>
        <w:rPr>
          <w:b/>
          <w:bCs/>
        </w:rPr>
        <w:t xml:space="preserve">I did not die, however, but my eunuch, and the Dey, and almost the whole seraglio of Algiers</w:t>
      </w:r>
      <w:r>
        <w:rPr>
          <w:b/>
          <w:bCs/>
        </w:rPr>
        <w:t xml:space="preserve"> </w:t>
      </w:r>
      <w:r>
        <w:rPr>
          <w:b/>
          <w:bCs/>
          <w:u w:val="single"/>
        </w:rPr>
        <w:t xml:space="preserve">perished</w:t>
      </w:r>
      <w:r>
        <w:rPr>
          <w:b/>
          <w:bCs/>
        </w:rPr>
        <w:t xml:space="preserve">.</w:t>
      </w:r>
      <w:r>
        <w:br/>
      </w:r>
      <w:r>
        <w:t xml:space="preserve">    (a) examined in detail to better understand</w:t>
      </w:r>
      <w:r>
        <w:br/>
      </w:r>
      <w:r>
        <w:t xml:space="preserve">    (b) moved into position to work; or started</w:t>
      </w:r>
      <w:r>
        <w:br/>
      </w:r>
      <w:r>
        <w:t xml:space="preserve">    (c) died, was destroyed, or ceased to exist</w:t>
      </w:r>
    </w:p>
    <w:p>
      <w:pPr>
        <w:pStyle w:val="Compact"/>
        <w:numPr>
          <w:ilvl w:val="0"/>
          <w:numId w:val="1001"/>
        </w:numPr>
      </w:pPr>
      <w:r>
        <w:rPr>
          <w:b/>
          <w:bCs/>
        </w:rPr>
        <w:t xml:space="preserve">And at the end of a few days they</w:t>
      </w:r>
      <w:r>
        <w:rPr>
          <w:b/>
          <w:bCs/>
        </w:rPr>
        <w:t xml:space="preserve"> </w:t>
      </w:r>
      <w:r>
        <w:rPr>
          <w:b/>
          <w:bCs/>
          <w:u w:val="single"/>
        </w:rPr>
        <w:t xml:space="preserve">resolved</w:t>
      </w:r>
      <w:r>
        <w:rPr>
          <w:b/>
          <w:bCs/>
        </w:rPr>
        <w:t xml:space="preserve"> </w:t>
      </w:r>
      <w:r>
        <w:rPr>
          <w:b/>
          <w:bCs/>
        </w:rPr>
        <w:t xml:space="preserve">also to devour the women.</w:t>
      </w:r>
      <w:r>
        <w:br/>
      </w:r>
      <w:r>
        <w:t xml:space="preserve">    (a) changed</w:t>
      </w:r>
      <w:r>
        <w:br/>
      </w:r>
      <w:r>
        <w:t xml:space="preserve">    (b) definitely decided</w:t>
      </w:r>
      <w:r>
        <w:br/>
      </w:r>
      <w:r>
        <w:t xml:space="preserve">    (c) adapted</w:t>
      </w:r>
    </w:p>
    <w:p>
      <w:pPr>
        <w:pStyle w:val="Compact"/>
        <w:numPr>
          <w:ilvl w:val="0"/>
          <w:numId w:val="1001"/>
        </w:numPr>
      </w:pPr>
      <w:r>
        <w:rPr>
          <w:b/>
          <w:bCs/>
        </w:rPr>
        <w:t xml:space="preserve">I own, that if I were in your place, I should have no</w:t>
      </w:r>
      <w:r>
        <w:rPr>
          <w:b/>
          <w:bCs/>
        </w:rPr>
        <w:t xml:space="preserve"> </w:t>
      </w:r>
      <w:r>
        <w:rPr>
          <w:b/>
          <w:bCs/>
          <w:u w:val="single"/>
        </w:rPr>
        <w:t xml:space="preserve">scruple</w:t>
      </w:r>
      <w:r>
        <w:rPr>
          <w:b/>
          <w:bCs/>
        </w:rPr>
        <w:t xml:space="preserve"> </w:t>
      </w:r>
      <w:r>
        <w:rPr>
          <w:b/>
          <w:bCs/>
        </w:rPr>
        <w:t xml:space="preserve">in marrying the Governor and in making the fortune of Captain Candide.</w:t>
      </w:r>
      <w:r>
        <w:br/>
      </w:r>
      <w:r>
        <w:t xml:space="preserve">    (a) speak in a manner that does not clearly express an opinion or decision</w:t>
      </w:r>
      <w:r>
        <w:br/>
      </w:r>
      <w:r>
        <w:t xml:space="preserve">    (b) an ethical or moral principle that discourages certain kinds of action</w:t>
      </w:r>
      <w:r>
        <w:br/>
      </w:r>
      <w:r>
        <w:t xml:space="preserve">    (c) to stick out, attract more attention than desired, or impose on others</w:t>
      </w:r>
    </w:p>
    <w:p>
      <w:pPr>
        <w:pStyle w:val="Compact"/>
        <w:numPr>
          <w:ilvl w:val="0"/>
          <w:numId w:val="1001"/>
        </w:numPr>
      </w:pPr>
      <w:r>
        <w:rPr>
          <w:b/>
          <w:bCs/>
        </w:rPr>
        <w:t xml:space="preserve">The</w:t>
      </w:r>
      <w:r>
        <w:rPr>
          <w:b/>
          <w:bCs/>
        </w:rPr>
        <w:t xml:space="preserve"> </w:t>
      </w:r>
      <w:r>
        <w:rPr>
          <w:b/>
          <w:bCs/>
          <w:u w:val="single"/>
        </w:rPr>
        <w:t xml:space="preserve">prudent</w:t>
      </w:r>
      <w:r>
        <w:rPr>
          <w:b/>
          <w:bCs/>
        </w:rPr>
        <w:t xml:space="preserve"> </w:t>
      </w:r>
      <w:r>
        <w:rPr>
          <w:b/>
          <w:bCs/>
        </w:rPr>
        <w:t xml:space="preserve">old woman saw at once what was to be done.</w:t>
      </w:r>
      <w:r>
        <w:br/>
      </w:r>
      <w:r>
        <w:t xml:space="preserve">    (a) sincerity (realness)</w:t>
      </w:r>
      <w:r>
        <w:br/>
      </w:r>
      <w:r>
        <w:t xml:space="preserve">    (b) not demonstrative of</w:t>
      </w:r>
      <w:r>
        <w:br/>
      </w:r>
      <w:r>
        <w:t xml:space="preserve">    (c) sensible and careful</w:t>
      </w:r>
    </w:p>
    <w:p>
      <w:pPr>
        <w:pStyle w:val="Compact"/>
        <w:numPr>
          <w:ilvl w:val="0"/>
          <w:numId w:val="1001"/>
        </w:numPr>
      </w:pPr>
      <w:r>
        <w:rPr>
          <w:b/>
          <w:bCs/>
        </w:rPr>
        <w:t xml:space="preserve">The country was</w:t>
      </w:r>
      <w:r>
        <w:rPr>
          <w:b/>
          <w:bCs/>
        </w:rPr>
        <w:t xml:space="preserve"> </w:t>
      </w:r>
      <w:r>
        <w:rPr>
          <w:b/>
          <w:bCs/>
          <w:u w:val="single"/>
        </w:rPr>
        <w:t xml:space="preserve">cultivated</w:t>
      </w:r>
      <w:r>
        <w:rPr>
          <w:b/>
          <w:bCs/>
        </w:rPr>
        <w:t xml:space="preserve"> </w:t>
      </w:r>
      <w:r>
        <w:rPr>
          <w:b/>
          <w:bCs/>
        </w:rPr>
        <w:t xml:space="preserve">as much for pleasure as for necessity.</w:t>
      </w:r>
      <w:r>
        <w:br/>
      </w:r>
      <w:r>
        <w:t xml:space="preserve">    (a) developed, grown, or prepared for growing crops</w:t>
      </w:r>
      <w:r>
        <w:br/>
      </w:r>
      <w:r>
        <w:t xml:space="preserve">    (b) not found guilty or forced into a bad situation</w:t>
      </w:r>
      <w:r>
        <w:br/>
      </w:r>
      <w:r>
        <w:t xml:space="preserve">    (c) a non-doctor who assisted a women in childbirth</w:t>
      </w:r>
    </w:p>
    <w:p>
      <w:pPr>
        <w:pStyle w:val="Compact"/>
        <w:numPr>
          <w:ilvl w:val="0"/>
          <w:numId w:val="1001"/>
        </w:numPr>
      </w:pPr>
      <w:r>
        <w:rPr>
          <w:b/>
          <w:bCs/>
        </w:rPr>
        <w:t xml:space="preserve">"I will be your</w:t>
      </w:r>
      <w:r>
        <w:rPr>
          <w:b/>
          <w:bCs/>
        </w:rPr>
        <w:t xml:space="preserve"> </w:t>
      </w:r>
      <w:r>
        <w:rPr>
          <w:b/>
          <w:bCs/>
          <w:u w:val="single"/>
        </w:rPr>
        <w:t xml:space="preserve">interpreter</w:t>
      </w:r>
      <w:r>
        <w:rPr>
          <w:b/>
          <w:bCs/>
        </w:rPr>
        <w:t xml:space="preserve"> </w:t>
      </w:r>
      <w:r>
        <w:rPr>
          <w:b/>
          <w:bCs/>
        </w:rPr>
        <w:t xml:space="preserve">here," said he to Candide; "let us go in, it is a public-house."</w:t>
      </w:r>
      <w:r>
        <w:br/>
      </w:r>
      <w:r>
        <w:t xml:space="preserve">    (a) someone who translates language</w:t>
      </w:r>
      <w:r>
        <w:br/>
      </w:r>
      <w:r>
        <w:t xml:space="preserve">    (b) people who criticize or condemn</w:t>
      </w:r>
      <w:r>
        <w:br/>
      </w:r>
      <w:r>
        <w:t xml:space="preserve">    (c) someone who extensively damages</w:t>
      </w:r>
    </w:p>
    <w:p>
      <w:pPr>
        <w:pStyle w:val="Compact"/>
        <w:numPr>
          <w:ilvl w:val="0"/>
          <w:numId w:val="1001"/>
        </w:numPr>
      </w:pPr>
      <w:r>
        <w:rPr>
          <w:b/>
          <w:bCs/>
        </w:rPr>
        <w:t xml:space="preserve">What! have you no monks who teach, who</w:t>
      </w:r>
      <w:r>
        <w:rPr>
          <w:b/>
          <w:bCs/>
        </w:rPr>
        <w:t xml:space="preserve"> </w:t>
      </w:r>
      <w:r>
        <w:rPr>
          <w:b/>
          <w:bCs/>
          <w:u w:val="single"/>
        </w:rPr>
        <w:t xml:space="preserve">dispute</w:t>
      </w:r>
      <w:r>
        <w:rPr>
          <w:b/>
          <w:bCs/>
        </w:rPr>
        <w:t xml:space="preserve">, who govern, who cabal, and who burn people that are not of their opinion?</w:t>
      </w:r>
      <w:r>
        <w:br/>
      </w:r>
      <w:r>
        <w:t xml:space="preserve">    (a) a basic building block for proteins</w:t>
      </w:r>
      <w:r>
        <w:br/>
      </w:r>
      <w:r>
        <w:t xml:space="preserve">    (b) someone who believe in a single God</w:t>
      </w:r>
      <w:r>
        <w:br/>
      </w:r>
      <w:r>
        <w:t xml:space="preserve">    (c) argue or debate</w:t>
      </w:r>
    </w:p>
    <w:p>
      <w:pPr>
        <w:pStyle w:val="Compact"/>
        <w:numPr>
          <w:ilvl w:val="0"/>
          <w:numId w:val="1001"/>
        </w:numPr>
      </w:pPr>
      <w:r>
        <w:rPr>
          <w:b/>
          <w:bCs/>
        </w:rPr>
        <w:t xml:space="preserve">"Let us work," said Martin, "without</w:t>
      </w:r>
      <w:r>
        <w:rPr>
          <w:b/>
          <w:bCs/>
        </w:rPr>
        <w:t xml:space="preserve"> </w:t>
      </w:r>
      <w:r>
        <w:rPr>
          <w:b/>
          <w:bCs/>
          <w:u w:val="single"/>
        </w:rPr>
        <w:t xml:space="preserve">disputing</w:t>
      </w:r>
      <w:r>
        <w:rPr>
          <w:b/>
          <w:bCs/>
        </w:rPr>
        <w:t xml:space="preserve">; it is the only way to render life tolerable."</w:t>
      </w:r>
      <w:r>
        <w:br/>
      </w:r>
      <w:r>
        <w:t xml:space="preserve">    (a) a non-doctor assisting a women in childbirth</w:t>
      </w:r>
      <w:r>
        <w:br/>
      </w:r>
      <w:r>
        <w:t xml:space="preserve">    (b) emphasizing (drawing attention to something)</w:t>
      </w:r>
      <w:r>
        <w:br/>
      </w:r>
      <w:r>
        <w:t xml:space="preserve">    (c) arguing</w:t>
      </w:r>
    </w:p>
    <w:p>
      <w:pPr>
        <w:pStyle w:val="Compact"/>
        <w:numPr>
          <w:ilvl w:val="0"/>
          <w:numId w:val="1001"/>
        </w:numPr>
      </w:pPr>
      <w:r>
        <w:rPr>
          <w:b/>
          <w:bCs/>
        </w:rPr>
        <w:t xml:space="preserve">I am not a</w:t>
      </w:r>
      <w:r>
        <w:rPr>
          <w:b/>
          <w:bCs/>
        </w:rPr>
        <w:t xml:space="preserve"> </w:t>
      </w:r>
      <w:r>
        <w:rPr>
          <w:b/>
          <w:bCs/>
          <w:u w:val="single"/>
        </w:rPr>
        <w:t xml:space="preserve">genealogist</w:t>
      </w:r>
      <w:r>
        <w:rPr>
          <w:b/>
          <w:bCs/>
        </w:rPr>
        <w:t xml:space="preserve">, but if these preachers tell truth, we are all second cousins.</w:t>
      </w:r>
      <w:r>
        <w:br/>
      </w:r>
      <w:r>
        <w:t xml:space="preserve">    (a) job, reservation, booking, or activity</w:t>
      </w:r>
      <w:r>
        <w:br/>
      </w:r>
      <w:r>
        <w:t xml:space="preserve">    (b) a person who studies family ancestries</w:t>
      </w:r>
      <w:r>
        <w:br/>
      </w:r>
      <w:r>
        <w:t xml:space="preserve">    (c) thing that affects a result or outcome</w:t>
      </w:r>
    </w:p>
    <w:p>
      <w:pPr>
        <w:pStyle w:val="Compact"/>
        <w:numPr>
          <w:ilvl w:val="0"/>
          <w:numId w:val="1001"/>
        </w:numPr>
      </w:pPr>
      <w:r>
        <w:rPr>
          <w:b/>
          <w:bCs/>
        </w:rPr>
        <w:t xml:space="preserve">"Yes," said the Abbe, "but it means nothing, for they complain of everything with great fits of laughter; they even do the most</w:t>
      </w:r>
      <w:r>
        <w:rPr>
          <w:b/>
          <w:bCs/>
        </w:rPr>
        <w:t xml:space="preserve"> </w:t>
      </w:r>
      <w:r>
        <w:rPr>
          <w:b/>
          <w:bCs/>
          <w:u w:val="single"/>
        </w:rPr>
        <w:t xml:space="preserve">detestable</w:t>
      </w:r>
      <w:r>
        <w:rPr>
          <w:b/>
          <w:bCs/>
        </w:rPr>
        <w:t xml:space="preserve"> </w:t>
      </w:r>
      <w:r>
        <w:rPr>
          <w:b/>
          <w:bCs/>
        </w:rPr>
        <w:t xml:space="preserve">things while laughing."</w:t>
      </w:r>
      <w:r>
        <w:br/>
      </w:r>
      <w:r>
        <w:t xml:space="preserve">    (a) able to be disagreed with</w:t>
      </w:r>
      <w:r>
        <w:br/>
      </w:r>
      <w:r>
        <w:t xml:space="preserve">    (b) deserving intense dislike</w:t>
      </w:r>
      <w:r>
        <w:br/>
      </w:r>
      <w:r>
        <w:t xml:space="preserve">    (c) not able to be translated</w:t>
      </w:r>
    </w:p>
    <w:p>
      <w:pPr>
        <w:pStyle w:val="Compact"/>
        <w:numPr>
          <w:ilvl w:val="0"/>
          <w:numId w:val="1001"/>
        </w:numPr>
      </w:pPr>
      <w:r>
        <w:rPr>
          <w:b/>
          <w:bCs/>
        </w:rPr>
        <w:t xml:space="preserve">I make them lie with me sometimes, for I am very tired of the ladies of the town, of their coquetries, of their jealousies, of their quarrels, of their humours, of their pettinesses, of their prides, of their follies, and of the</w:t>
      </w:r>
      <w:r>
        <w:rPr>
          <w:b/>
          <w:bCs/>
        </w:rPr>
        <w:t xml:space="preserve"> </w:t>
      </w:r>
      <w:r>
        <w:rPr>
          <w:b/>
          <w:bCs/>
          <w:u w:val="single"/>
        </w:rPr>
        <w:t xml:space="preserve">sonnets</w:t>
      </w:r>
      <w:r>
        <w:rPr>
          <w:b/>
          <w:bCs/>
        </w:rPr>
        <w:t xml:space="preserve"> </w:t>
      </w:r>
      <w:r>
        <w:rPr>
          <w:b/>
          <w:bCs/>
        </w:rPr>
        <w:t xml:space="preserve">which one must make, or have made, for them.</w:t>
      </w:r>
      <w:r>
        <w:br/>
      </w:r>
      <w:r>
        <w:t xml:space="preserve">    (a) a poem consisting of 14 lines with a fixed rhyme scheme</w:t>
      </w:r>
      <w:r>
        <w:br/>
      </w:r>
      <w:r>
        <w:t xml:space="preserve">    (b) members of Nazi organization for children aged 10 to 18</w:t>
      </w:r>
      <w:r>
        <w:br/>
      </w:r>
      <w:r>
        <w:t xml:space="preserve">    (c) extremely dense collapsed stars made mostly of neutrons</w:t>
      </w:r>
    </w:p>
    <w:p>
      <w:pPr>
        <w:pStyle w:val="Compact"/>
        <w:numPr>
          <w:ilvl w:val="0"/>
          <w:numId w:val="1001"/>
        </w:numPr>
      </w:pPr>
      <w:r>
        <w:rPr>
          <w:b/>
          <w:bCs/>
        </w:rPr>
        <w:t xml:space="preserve">The executioner of the Holy</w:t>
      </w:r>
      <w:r>
        <w:rPr>
          <w:b/>
          <w:bCs/>
        </w:rPr>
        <w:t xml:space="preserve"> </w:t>
      </w:r>
      <w:r>
        <w:rPr>
          <w:b/>
          <w:bCs/>
          <w:u w:val="single"/>
        </w:rPr>
        <w:t xml:space="preserve">Inquisition</w:t>
      </w:r>
      <w:r>
        <w:rPr>
          <w:b/>
          <w:bCs/>
        </w:rPr>
        <w:t xml:space="preserve"> </w:t>
      </w:r>
      <w:r>
        <w:rPr>
          <w:b/>
          <w:bCs/>
        </w:rPr>
        <w:t xml:space="preserve">was a sub-deacon, and knew how to burn people marvellously well, but he was not accustomed to hanging.</w:t>
      </w:r>
      <w:r>
        <w:br/>
      </w:r>
      <w:r>
        <w:t xml:space="preserve">    (a) secret political organization of spies and soldiers</w:t>
      </w:r>
      <w:r>
        <w:br/>
      </w:r>
      <w:r>
        <w:t xml:space="preserve">    (b) military court in a country ruled by the military</w:t>
      </w:r>
      <w:r>
        <w:br/>
      </w:r>
      <w:r>
        <w:t xml:space="preserve">    (c) former heresy-seeking tribunal of the Roman Catholic Church</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2026-07-31T15:08:35Z</dcterms:created>
  <dcterms:modified xsi:type="dcterms:W3CDTF">2026-07-31T15:08:35Z</dcterms:modified>
</cp:coreProperties>
</file>

<file path=docProps/custom.xml><?xml version="1.0" encoding="utf-8"?>
<Properties xmlns="http://schemas.openxmlformats.org/officeDocument/2006/custom-properties" xmlns:vt="http://schemas.openxmlformats.org/officeDocument/2006/docPropsVTypes"/>
</file>