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06577047e6ace59da06311f43fb515ff113bc3"/>
    <w:p>
      <w:pPr>
        <w:pStyle w:val="Heading1"/>
      </w:pPr>
      <w:r>
        <w:rPr>
          <w:b/>
          <w:bCs/>
        </w:rPr>
        <w:t xml:space="preserve">Brisingr</w:t>
      </w:r>
      <w:r>
        <w:br/>
      </w:r>
      <w:r>
        <w:rPr>
          <w:i/>
          <w:iCs/>
        </w:rPr>
        <w:t xml:space="preserve">Christopher Paolini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collect</w:t>
      </w:r>
      <w:r>
        <w:br/>
      </w:r>
      <w:r>
        <w:t xml:space="preserve">    (b) understand</w:t>
      </w:r>
      <w:r>
        <w:br/>
      </w:r>
      <w:r>
        <w:t xml:space="preserve">    (c) send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speak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manager.</w:t>
      </w:r>
      <w:r>
        <w:br/>
      </w:r>
      <w:r>
        <w:t xml:space="preserve">    (a) personally</w:t>
      </w:r>
      <w:r>
        <w:br/>
      </w:r>
      <w:r>
        <w:t xml:space="preserve">    (b) when convenient</w:t>
      </w:r>
      <w:r>
        <w:br/>
      </w:r>
      <w:r>
        <w:t xml:space="preserve">    (c) formally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straightforward</w:t>
      </w:r>
      <w:r>
        <w:br/>
      </w:r>
      <w:r>
        <w:t xml:space="preserve">    (b) considerate</w:t>
      </w:r>
      <w:r>
        <w:br/>
      </w:r>
      <w:r>
        <w:t xml:space="preserve">    (c) humble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conflict</w:t>
      </w:r>
      <w:r>
        <w:br/>
      </w:r>
      <w:r>
        <w:t xml:space="preserve">    (b) loud noise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loud sound</w:t>
      </w:r>
      <w:r>
        <w:br/>
      </w:r>
      <w:r>
        <w:t xml:space="preserve">    (b) attractive sound</w:t>
      </w:r>
      <w:r>
        <w:br/>
      </w:r>
      <w:r>
        <w:t xml:space="preserve">    (c) unpleasant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elegant</w:t>
      </w:r>
      <w:r>
        <w:rPr>
          <w:b/>
          <w:bCs/>
        </w:rPr>
        <w:t xml:space="preserve"> </w:t>
      </w:r>
      <w:r>
        <w:rPr>
          <w:b/>
          <w:bCs/>
        </w:rPr>
        <w:t xml:space="preserve">dinner party.</w:t>
      </w:r>
      <w:r>
        <w:br/>
      </w:r>
      <w:r>
        <w:t xml:space="preserve">    (a) refined and tasteful</w:t>
      </w:r>
      <w:r>
        <w:br/>
      </w:r>
      <w:r>
        <w:t xml:space="preserve">    (b) unsuitable (not fitting) for a particular situation</w:t>
      </w:r>
      <w:r>
        <w:br/>
      </w:r>
      <w:r>
        <w:t xml:space="preserve">    (c) feeling or showing sympathy for another's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Einstein's Theory of Relativity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elegant</w:t>
      </w:r>
      <w:r>
        <w:rPr>
          <w:b/>
          <w:bCs/>
        </w:rPr>
        <w:t xml:space="preserve"> </w:t>
      </w:r>
      <w:r>
        <w:rPr>
          <w:b/>
          <w:bCs/>
        </w:rPr>
        <w:t xml:space="preserve">solution to the contradiction that a constant speed of light created within Newtonian physics.</w:t>
      </w:r>
      <w:r>
        <w:br/>
      </w:r>
      <w:r>
        <w:t xml:space="preserve">    (a) simple (and often more comprehensive) than most would anticipate</w:t>
      </w:r>
      <w:r>
        <w:br/>
      </w:r>
      <w:r>
        <w:t xml:space="preserve">    (b) showing a gloomy or bad mood -- often by not interacting with others in a friendly way</w:t>
      </w:r>
      <w:r>
        <w:br/>
      </w:r>
      <w:r>
        <w:t xml:space="preserve">    (c) related to single segments of DNA which when combined determine inherited traits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create</w:t>
      </w:r>
      <w:r>
        <w:br/>
      </w:r>
      <w:r>
        <w:t xml:space="preserve">    (b) avoid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exaggerating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stop (taking)</w:t>
      </w:r>
      <w:r>
        <w:br/>
      </w:r>
      <w:r>
        <w:t xml:space="preserve">    (b) make public</w:t>
      </w:r>
      <w:r>
        <w:br/>
      </w:r>
      <w:r>
        <w:t xml:space="preserve">    (c) take advantage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and</w:t>
      </w:r>
      <w:r>
        <w:br/>
      </w:r>
      <w:r>
        <w:t xml:space="preserve">    (b) also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on-the-other-hand</w:t>
      </w:r>
      <w:r>
        <w:br/>
      </w:r>
      <w:r>
        <w:t xml:space="preserve">    (c) no matter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even if in a non-standard manner</w:t>
      </w:r>
      <w:r>
        <w:br/>
      </w:r>
      <w:r>
        <w:t xml:space="preserve">    (b) to whatever degree</w:t>
      </w:r>
      <w:r>
        <w:br/>
      </w:r>
      <w:r>
        <w:t xml:space="preserve">    (c) whatever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imbued</w:t>
      </w:r>
      <w:r>
        <w:rPr>
          <w:b/>
          <w:bCs/>
        </w:rPr>
        <w:t xml:space="preserve"> </w:t>
      </w:r>
      <w:r>
        <w:rPr>
          <w:b/>
          <w:bCs/>
        </w:rPr>
        <w:t xml:space="preserve">from infancy with a sense that life should be fair.</w:t>
      </w:r>
      <w:r>
        <w:br/>
      </w:r>
      <w:r>
        <w:t xml:space="preserve">    (a) filled</w:t>
      </w:r>
      <w:r>
        <w:br/>
      </w:r>
      <w:r>
        <w:t xml:space="preserve">    (b) discouraged</w:t>
      </w:r>
      <w:r>
        <w:br/>
      </w:r>
      <w:r>
        <w:t xml:space="preserve">    (c) misled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as a result of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despite that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ate lunch under the open-sided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near the lake.</w:t>
      </w:r>
      <w:r>
        <w:br/>
      </w:r>
      <w:r>
        <w:t xml:space="preserve">    (a) narrow garden path</w:t>
      </w:r>
      <w:r>
        <w:br/>
      </w:r>
      <w:r>
        <w:t xml:space="preserve">    (b) tall stone monument</w:t>
      </w:r>
      <w:r>
        <w:br/>
      </w:r>
      <w:r>
        <w:t xml:space="preserve">    (c) freestanding shelter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powerful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</w:t>
      </w:r>
      <w:r>
        <w:rPr>
          <w:b/>
          <w:bCs/>
        </w:rPr>
        <w:t xml:space="preserve"> </w:t>
      </w:r>
      <w:r>
        <w:rPr>
          <w:b/>
          <w:bCs/>
        </w:rPr>
        <w:t xml:space="preserve">galloped across the open field.</w:t>
      </w:r>
      <w:r>
        <w:br/>
      </w:r>
      <w:r>
        <w:t xml:space="preserve">    (a) male horse</w:t>
      </w:r>
      <w:r>
        <w:br/>
      </w:r>
      <w:r>
        <w:t xml:space="preserve">    (b) young calf</w:t>
      </w:r>
      <w:r>
        <w:br/>
      </w:r>
      <w:r>
        <w:t xml:space="preserve">    (c) wild deer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think clearly until the pain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.</w:t>
      </w:r>
      <w:r>
        <w:br/>
      </w:r>
      <w:r>
        <w:t xml:space="preserve">    (a) forced focus</w:t>
      </w:r>
      <w:r>
        <w:br/>
      </w:r>
      <w:r>
        <w:t xml:space="preserve">    (b) decreased</w:t>
      </w:r>
      <w:r>
        <w:br/>
      </w:r>
      <w:r>
        <w:t xml:space="preserve">    (c) was treated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flood waters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.</w:t>
      </w:r>
      <w:r>
        <w:br/>
      </w:r>
      <w:r>
        <w:t xml:space="preserve">    (a) risen higher</w:t>
      </w:r>
      <w:r>
        <w:br/>
      </w:r>
      <w:r>
        <w:t xml:space="preserve">    (b) settled to a lower level</w:t>
      </w:r>
      <w:r>
        <w:br/>
      </w:r>
      <w:r>
        <w:t xml:space="preserve">    (c) created disorder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2026-07-31T16:36:58Z</dcterms:created>
  <dcterms:modified xsi:type="dcterms:W3CDTF">2026-07-31T16:36:58Z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