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ceea04608d90a3da8211da9d6b5b5214a4fc0a"/>
    <w:p>
      <w:pPr>
        <w:pStyle w:val="Heading1"/>
      </w:pPr>
      <w:r>
        <w:rPr>
          <w:b/>
          <w:bCs/>
        </w:rPr>
        <w:t xml:space="preserve">Brisingr</w:t>
      </w:r>
      <w:r>
        <w:br/>
      </w:r>
      <w:r>
        <w:rPr>
          <w:i/>
          <w:iCs/>
        </w:rPr>
        <w:t xml:space="preserve">Christopher Paolini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it would be of no use to Roran, as too little grew or lived on Helgrind to fuel a man's body.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in addition to what has just been said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...Eragon was convinced that taking Sloan back with them would sow [make grow]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...</w:t>
      </w:r>
      <w:r>
        <w:br/>
      </w:r>
      <w:r>
        <w:t xml:space="preserve">    (a) conflict</w:t>
      </w:r>
      <w:r>
        <w:br/>
      </w:r>
      <w:r>
        <w:t xml:space="preserve">    (b) design based on alphabetic letters; or adding such a design to something</w:t>
      </w:r>
      <w:r>
        <w:br/>
      </w:r>
      <w:r>
        <w:t xml:space="preserve">    (c) characterized by narrower parallel folds when closed and wider when open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raising their voices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melody</w:t>
      </w:r>
      <w:r>
        <w:br/>
      </w:r>
      <w:r>
        <w:t xml:space="preserve">    (a) likely to change</w:t>
      </w:r>
      <w:r>
        <w:br/>
      </w:r>
      <w:r>
        <w:t xml:space="preserve">    (b) unpleasant sounding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cruel thing I must say, but true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and it is this: your life is more important than your cousin's happiness.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forsaken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forsworn</w:t>
      </w:r>
      <w:r>
        <w:rPr>
          <w:b/>
          <w:bCs/>
        </w:rPr>
        <w:t xml:space="preserve">.</w:t>
      </w:r>
      <w:r>
        <w:br/>
      </w:r>
      <w:r>
        <w:t xml:space="preserve">    (a) to decide to stop doing something; or to renounce or disavow something</w:t>
      </w:r>
      <w:r>
        <w:br/>
      </w:r>
      <w:r>
        <w:t xml:space="preserve">    (b) constraining in some way -- such as tying up, requiring, or obligating</w:t>
      </w:r>
      <w:r>
        <w:br/>
      </w:r>
      <w:r>
        <w:t xml:space="preserve">    (c) the profession of assisting women in childbirth without being a doctor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sun was close to setting, and its rays filtered through the right side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</w:t>
      </w:r>
      <w:r>
        <w:rPr>
          <w:b/>
          <w:bCs/>
        </w:rPr>
        <w:t xml:space="preserve"> </w:t>
      </w:r>
      <w:r>
        <w:rPr>
          <w:b/>
          <w:bCs/>
        </w:rPr>
        <w:t xml:space="preserve">as through stained glass and gave the contents a ruddy glow.</w:t>
      </w:r>
      <w:r>
        <w:br/>
      </w:r>
      <w:r>
        <w:t xml:space="preserve">    (a) make something more attractive or interesting by adding to it</w:t>
      </w:r>
      <w:r>
        <w:br/>
      </w:r>
      <w:r>
        <w:t xml:space="preserve">    (b) a small group of people who plot in secret and exercise power</w:t>
      </w:r>
      <w:r>
        <w:br/>
      </w:r>
      <w:r>
        <w:t xml:space="preserve">    (c) a large structure separate from a main structure or temporary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any event, I had an unfortunate encounter with a pair of ox herders soon after I left the Varden, and I stole this dress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afterward.</w:t>
      </w:r>
      <w:r>
        <w:br/>
      </w:r>
      <w:r>
        <w:t xml:space="preserve">    (a) in a manner that is not sexually attractive, or persuasively tempting</w:t>
      </w:r>
      <w:r>
        <w:br/>
      </w:r>
      <w:r>
        <w:t xml:space="preserve">    (b) in a manner that is appropriate or related in size, amount, or degree</w:t>
      </w:r>
      <w:r>
        <w:br/>
      </w:r>
      <w:r>
        <w:t xml:space="preserve">    (c) immediately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Twice you defied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order from Captain Edric, and yet if you hadn't, neither he nor you nor the rest of your band might have survived to tell the tale.</w:t>
      </w:r>
      <w:r>
        <w:br/>
      </w:r>
      <w:r>
        <w:t xml:space="preserve">    (a) the state or degree of being very large</w:t>
      </w:r>
      <w:r>
        <w:br/>
      </w:r>
      <w:r>
        <w:t xml:space="preserve">    (b) meticulousness (care for small details)</w:t>
      </w:r>
      <w:r>
        <w:br/>
      </w:r>
      <w:r>
        <w:t xml:space="preserve">    (c) clear, straightforward, or to the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waited only long enough for the nearest Urgal to hand her Elva, then drove her heels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stallion</w:t>
      </w:r>
      <w:r>
        <w:rPr>
          <w:b/>
          <w:bCs/>
        </w:rPr>
        <w:t xml:space="preserve">.</w:t>
      </w:r>
      <w:r>
        <w:br/>
      </w:r>
      <w:r>
        <w:t xml:space="preserve">    (a) of the philosophical &amp; religious system based on the teachings of Laozi (also spelled Taoist)</w:t>
      </w:r>
      <w:r>
        <w:br/>
      </w:r>
      <w:r>
        <w:t xml:space="preserve">    (b) a large, elongated gland located behind the stomach that secretes digestive enzymes and insulin</w:t>
      </w:r>
      <w:r>
        <w:br/>
      </w:r>
      <w:r>
        <w:t xml:space="preserve">    (c) a male horse that has not been castrated (gelded) -- especially one used for breeding purposes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Eager to lighten her burden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he could, Eragon glanced about the ground nearest him and then murmured so softly as to be inaudible, "Loivissa."</w:t>
      </w:r>
      <w:r>
        <w:br/>
      </w:r>
      <w:r>
        <w:t xml:space="preserve">    (a) starts (a fire)</w:t>
      </w:r>
      <w:r>
        <w:br/>
      </w:r>
      <w:r>
        <w:t xml:space="preserve">    (b) starts fighting</w:t>
      </w:r>
      <w:r>
        <w:br/>
      </w:r>
      <w:r>
        <w:t xml:space="preserve">    (c) in whatever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both mature enough to operate independently of each other, Eragon,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much we may dislike the prospect.</w:t>
      </w:r>
      <w:r>
        <w:br/>
      </w:r>
      <w:r>
        <w:t xml:space="preserve">    (a) regardless of how</w:t>
      </w:r>
      <w:r>
        <w:br/>
      </w:r>
      <w:r>
        <w:t xml:space="preserve">    (b) people who are good at or spend much time studying, thinking, and reasoning</w:t>
      </w:r>
      <w:r>
        <w:br/>
      </w:r>
      <w:r>
        <w:t xml:space="preserve">    (c) aka analysis -- psychiatric treatment; or a theory of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secure the alliances between any of the clans were,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was a question of some uncertainty.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"What he spoke of," said Arya, "was Du Namar Aurboda,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Banishing</w:t>
      </w:r>
      <w:r>
        <w:rPr>
          <w:b/>
          <w:bCs/>
        </w:rPr>
        <w:t xml:space="preserve"> </w:t>
      </w:r>
      <w:r>
        <w:rPr>
          <w:b/>
          <w:bCs/>
        </w:rPr>
        <w:t xml:space="preserve">of the Names."</w:t>
      </w:r>
      <w:r>
        <w:br/>
      </w:r>
      <w:r>
        <w:t xml:space="preserve">    (a) coming together to form one</w:t>
      </w:r>
      <w:r>
        <w:br/>
      </w:r>
      <w:r>
        <w:t xml:space="preserve">    (b) expelling or getting rid of</w:t>
      </w:r>
      <w:r>
        <w:br/>
      </w:r>
      <w:r>
        <w:t xml:space="preserve">    (c) treating as if of low worth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 Varden's outpouring of excitement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subsided</w:t>
      </w:r>
      <w:r>
        <w:rPr>
          <w:b/>
          <w:bCs/>
        </w:rPr>
        <w:t xml:space="preserve">, King Orrin greeted Eragon and Arya as Nasuada had.</w:t>
      </w:r>
      <w:r>
        <w:br/>
      </w:r>
      <w:r>
        <w:t xml:space="preserve">    (a) not interacting or having interest; or stopped interacting or having interest</w:t>
      </w:r>
      <w:r>
        <w:br/>
      </w:r>
      <w:r>
        <w:t xml:space="preserve">    (b) campaigned or worked for a cause that was passionately believed to be important</w:t>
      </w:r>
      <w:r>
        <w:br/>
      </w:r>
      <w:r>
        <w:t xml:space="preserve">    (c) quieted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minute, the roiling water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subsided</w:t>
      </w:r>
      <w:r>
        <w:rPr>
          <w:b/>
          <w:bCs/>
        </w:rPr>
        <w:t xml:space="preserve">, and Rhunon withdrew the now pearl-gray sword.</w:t>
      </w:r>
      <w:r>
        <w:br/>
      </w:r>
      <w:r>
        <w:t xml:space="preserve">    (a) not found, sought, or researched</w:t>
      </w:r>
      <w:r>
        <w:br/>
      </w:r>
      <w:r>
        <w:t xml:space="preserve">    (b) played cheerful and lively music</w:t>
      </w:r>
      <w:r>
        <w:br/>
      </w:r>
      <w:r>
        <w:t xml:space="preserve">    (c) settled to a lower level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rather, capture, torture, and then kill us, none of which are conducive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a close relationship.</w:t>
      </w:r>
      <w:r>
        <w:br/>
      </w:r>
      <w:r>
        <w:t xml:space="preserve">    (a) sticking out, attracting more attention than desired, or imposing on others</w:t>
      </w:r>
      <w:r>
        <w:br/>
      </w:r>
      <w:r>
        <w:t xml:space="preserve">    (b) to gradually take something like control, property, or rights from another</w:t>
      </w:r>
      <w:r>
        <w:br/>
      </w:r>
      <w:r>
        <w:t xml:space="preserve">    (c) creating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scenes diverged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fact, however, and immersed him in imaginary situations constructed piecemeal from fragments of what had actually been.</w:t>
      </w:r>
      <w:r>
        <w:br/>
      </w:r>
      <w:r>
        <w:t xml:space="preserve">    (a) accepted someone's membership though a special procedure such as a ceremony and/or period of instruction and/or test</w:t>
      </w:r>
      <w:r>
        <w:br/>
      </w:r>
      <w:r>
        <w:t xml:space="preserve">    (b) known</w:t>
      </w:r>
      <w:r>
        <w:br/>
      </w:r>
      <w:r>
        <w:t xml:space="preserve">    (c) examined an issue, got opinions by asking specific questions; and/or asked people for political support individually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has to be a blade you can wear at all occasions,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elegant</w:t>
      </w:r>
      <w:r>
        <w:rPr>
          <w:b/>
          <w:bCs/>
        </w:rPr>
        <w:t xml:space="preserve"> </w:t>
      </w:r>
      <w:r>
        <w:rPr>
          <w:b/>
          <w:bCs/>
        </w:rPr>
        <w:t xml:space="preserve">enough for a coronation and tough enough to fend off a band of Kull.</w:t>
      </w:r>
      <w:r>
        <w:br/>
      </w:r>
      <w:r>
        <w:t xml:space="preserve">    (a) sincerity (realness)</w:t>
      </w:r>
      <w:r>
        <w:br/>
      </w:r>
      <w:r>
        <w:t xml:space="preserve">    (b) not demonstrative of</w:t>
      </w:r>
      <w:r>
        <w:br/>
      </w:r>
      <w:r>
        <w:t xml:space="preserve">    (c) refined and tasteful in appearance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 should they, but there are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elegant</w:t>
      </w:r>
      <w:r>
        <w:rPr>
          <w:b/>
          <w:bCs/>
        </w:rPr>
        <w:t xml:space="preserve"> </w:t>
      </w:r>
      <w:r>
        <w:rPr>
          <w:b/>
          <w:bCs/>
        </w:rPr>
        <w:t xml:space="preserve">solutions than yours.</w:t>
      </w:r>
      <w:r>
        <w:br/>
      </w:r>
      <w:r>
        <w:t xml:space="preserve">    (a) the state of not representing or imitating external reality or the objects of nature</w:t>
      </w:r>
      <w:r>
        <w:br/>
      </w:r>
      <w:r>
        <w:t xml:space="preserve">    (b) simple and effective</w:t>
      </w:r>
      <w:r>
        <w:br/>
      </w:r>
      <w:r>
        <w:t xml:space="preserve">    (c) not easily influenced or harmed; or not capable of being treated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Arya answered,He must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imbued</w:t>
      </w:r>
      <w:r>
        <w:rPr>
          <w:b/>
          <w:bCs/>
        </w:rPr>
        <w:t xml:space="preserve"> </w:t>
      </w:r>
      <w:r>
        <w:rPr>
          <w:b/>
          <w:bCs/>
        </w:rPr>
        <w:t xml:space="preserve">the item with a spell of healing beforehand.</w:t>
      </w:r>
      <w:r>
        <w:br/>
      </w:r>
      <w:r>
        <w:t xml:space="preserve">    (a) traded</w:t>
      </w:r>
      <w:r>
        <w:br/>
      </w:r>
      <w:r>
        <w:t xml:space="preserve">    (b) copied</w:t>
      </w:r>
      <w:r>
        <w:br/>
      </w:r>
      <w:r>
        <w:t xml:space="preserve">    (c) filled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2026-07-31T16:36:59Z</dcterms:created>
  <dcterms:modified xsi:type="dcterms:W3CDTF">2026-07-31T16:36:59Z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