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a2cf699cf4017f9416710fcb5020ae6e97aa8a"/>
    <w:p>
      <w:pPr>
        <w:pStyle w:val="Heading1"/>
      </w:pPr>
      <w:r>
        <w:rPr>
          <w:b/>
          <w:bCs/>
        </w:rPr>
        <w:t xml:space="preserve">Brisingr</w:t>
      </w:r>
      <w:r>
        <w:br/>
      </w:r>
      <w:r>
        <w:rPr>
          <w:i/>
          <w:iCs/>
        </w:rPr>
        <w:t xml:space="preserve">Christopher Paolini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ceremonies at an end, the priests and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retinue</w:t>
      </w:r>
      <w:r>
        <w:rPr>
          <w:b/>
          <w:bCs/>
        </w:rPr>
        <w:t xml:space="preserve"> </w:t>
      </w:r>
      <w:r>
        <w:rPr>
          <w:b/>
          <w:bCs/>
        </w:rPr>
        <w:t xml:space="preserve">departed Helgrind for Dras-Leona, wailing and ringing the entire way.</w:t>
      </w:r>
      <w:r>
        <w:br/>
      </w:r>
      <w:r>
        <w:t xml:space="preserve">    (a) a group of people following and attending to an important person</w:t>
      </w:r>
      <w:r>
        <w:br/>
      </w:r>
      <w:r>
        <w:t xml:space="preserve">    (b) to constrain in some way -- such as tie up, require, or obligate</w:t>
      </w:r>
      <w:r>
        <w:br/>
      </w:r>
      <w:r>
        <w:t xml:space="preserve">    (c) a group formed to discuss or offer insight on a particular topic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remembered her as someone of great strength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fortitude</w:t>
      </w:r>
      <w:r>
        <w:rPr>
          <w:b/>
          <w:bCs/>
        </w:rPr>
        <w:t xml:space="preserve">.</w:t>
      </w:r>
      <w:r>
        <w:br/>
      </w:r>
      <w:r>
        <w:t xml:space="preserve">    (a) strength of mind that enables one to endure adversity with courage</w:t>
      </w:r>
      <w:r>
        <w:br/>
      </w:r>
      <w:r>
        <w:t xml:space="preserve">    (b) unconstrained in some way -- such as untied or no longer obligated</w:t>
      </w:r>
      <w:r>
        <w:br/>
      </w:r>
      <w:r>
        <w:t xml:space="preserve">    (c) the highest degree awarded in universities in many fields of study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during his confrontations with Durza, he had never encountered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implacable</w:t>
      </w:r>
      <w:r>
        <w:rPr>
          <w:b/>
          <w:bCs/>
        </w:rPr>
        <w:t xml:space="preserve"> </w:t>
      </w:r>
      <w:r>
        <w:rPr>
          <w:b/>
          <w:bCs/>
        </w:rPr>
        <w:t xml:space="preserve">determination and ruthlessness.</w:t>
      </w:r>
      <w:r>
        <w:br/>
      </w:r>
      <w:r>
        <w:t xml:space="preserve">    (a) increasing</w:t>
      </w:r>
      <w:r>
        <w:br/>
      </w:r>
      <w:r>
        <w:t xml:space="preserve">    (b) diminishing</w:t>
      </w:r>
      <w:r>
        <w:br/>
      </w:r>
      <w:r>
        <w:t xml:space="preserve">    (c) unyielding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From within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voluminous</w:t>
      </w:r>
      <w:r>
        <w:rPr>
          <w:b/>
          <w:bCs/>
        </w:rPr>
        <w:t xml:space="preserve"> </w:t>
      </w:r>
      <w:r>
        <w:rPr>
          <w:b/>
          <w:bCs/>
        </w:rPr>
        <w:t xml:space="preserve">sleeves, Fadawar's four warriors produced small, hairy goat-hide drums.</w:t>
      </w:r>
      <w:r>
        <w:br/>
      </w:r>
      <w:r>
        <w:t xml:space="preserve">    (a) large in volume</w:t>
      </w:r>
      <w:r>
        <w:br/>
      </w:r>
      <w:r>
        <w:t xml:space="preserve">    (b) strongly biased</w:t>
      </w:r>
      <w:r>
        <w:br/>
      </w:r>
      <w:r>
        <w:t xml:space="preserve">    (c) material wealth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"Will you at least allow 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alleviate</w:t>
      </w:r>
      <w:r>
        <w:rPr>
          <w:b/>
          <w:bCs/>
        </w:rPr>
        <w:t xml:space="preserve"> </w:t>
      </w:r>
      <w:r>
        <w:rPr>
          <w:b/>
          <w:bCs/>
        </w:rPr>
        <w:t xml:space="preserve">your suffering?" asked Trianna.</w:t>
      </w:r>
      <w:r>
        <w:br/>
      </w:r>
      <w:r>
        <w:t xml:space="preserve">    (a) ignore someone's wishes or cause inconvenience or discomfort</w:t>
      </w:r>
      <w:r>
        <w:br/>
      </w:r>
      <w:r>
        <w:t xml:space="preserve">    (b) to lessen something that is bad -- especially to lessen pain</w:t>
      </w:r>
      <w:r>
        <w:br/>
      </w:r>
      <w:r>
        <w:t xml:space="preserve">    (c) provide investment funds for something -- such as a business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Katrina lost nearly everything on my account-her home, her father, and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dowry</w:t>
      </w:r>
      <w:r>
        <w:rPr>
          <w:b/>
          <w:bCs/>
        </w:rPr>
        <w:t xml:space="preserve">.</w:t>
      </w:r>
      <w:r>
        <w:br/>
      </w:r>
      <w:r>
        <w:t xml:space="preserve">    (a) a powered mechanical device, typically used to fabricate metal components of machines by the selective removal of metal such as cutting, grinding or drilling</w:t>
      </w:r>
      <w:r>
        <w:br/>
      </w:r>
      <w:r>
        <w:t xml:space="preserve">    (b) someone who believes in the teaching of Buddha -- that aims to end suffering by ending selfish desire and following a path of wisdom, ethics, and meditation</w:t>
      </w:r>
      <w:r>
        <w:br/>
      </w:r>
      <w:r>
        <w:t xml:space="preserve">    (c) in some societies, money or property given by a woman's family to the husband at marriage</w:t>
      </w:r>
      <w:r>
        <w:br/>
      </w:r>
      <w:r>
        <w:br/>
      </w:r>
      <w:r>
        <w:t xml:space="preserve">or less formally: money or property a bride brings to a marriage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hid her distaste as the heat and smell of their bodies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assailed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gradually added or removed</w:t>
      </w:r>
      <w:r>
        <w:br/>
      </w:r>
      <w:r>
        <w:t xml:space="preserve">    (b) to attack or cause trouble</w:t>
      </w:r>
      <w:r>
        <w:br/>
      </w:r>
      <w:r>
        <w:t xml:space="preserve">    (c) limited or with boundaries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present, however, it must remain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deferred</w:t>
      </w:r>
      <w:r>
        <w:rPr>
          <w:b/>
          <w:bCs/>
        </w:rPr>
        <w:t xml:space="preserve"> </w:t>
      </w:r>
      <w:r>
        <w:rPr>
          <w:b/>
          <w:bCs/>
        </w:rPr>
        <w:t xml:space="preserve">pleasure.</w:t>
      </w:r>
      <w:r>
        <w:br/>
      </w:r>
      <w:r>
        <w:t xml:space="preserve">    (a) postponed</w:t>
      </w:r>
      <w:r>
        <w:br/>
      </w:r>
      <w:r>
        <w:t xml:space="preserve">    (b) forgave</w:t>
      </w:r>
      <w:r>
        <w:br/>
      </w:r>
      <w:r>
        <w:t xml:space="preserve">    (c)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let the statement stand for a while, a verbal monolith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ambivalence</w:t>
      </w:r>
      <w:r>
        <w:rPr>
          <w:b/>
          <w:bCs/>
        </w:rPr>
        <w:t xml:space="preserve">.</w:t>
      </w:r>
      <w:r>
        <w:br/>
      </w:r>
      <w:r>
        <w:t xml:space="preserve">    (a) a microorganism (living creature so small it takes a microscope to see it)</w:t>
      </w:r>
      <w:r>
        <w:br/>
      </w:r>
      <w:r>
        <w:t xml:space="preserve">    (b) the act of treating or preparing food in a way that keeps it from spoiling</w:t>
      </w:r>
      <w:r>
        <w:br/>
      </w:r>
      <w:r>
        <w:t xml:space="preserve">    (c) uncertainty, indecision, or state of having mixed feelings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be honest, I think it might be the only hope we have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vanquishing</w:t>
      </w:r>
      <w:r>
        <w:rPr>
          <w:b/>
          <w:bCs/>
        </w:rPr>
        <w:t xml:space="preserve"> </w:t>
      </w:r>
      <w:r>
        <w:rPr>
          <w:b/>
          <w:bCs/>
        </w:rPr>
        <w:t xml:space="preserve">him in battle.</w:t>
      </w:r>
      <w:r>
        <w:br/>
      </w:r>
      <w:r>
        <w:t xml:space="preserve">    (a) artificially joining</w:t>
      </w:r>
      <w:r>
        <w:br/>
      </w:r>
      <w:r>
        <w:t xml:space="preserve">    (b) completely defeating</w:t>
      </w:r>
      <w:r>
        <w:br/>
      </w:r>
      <w:r>
        <w:t xml:space="preserve">    (c) working or operating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Unless he is so evil or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demented</w:t>
      </w:r>
      <w:r>
        <w:rPr>
          <w:b/>
          <w:bCs/>
        </w:rPr>
        <w:t xml:space="preserve">, the truth about his actions has no power to disturb him.</w:t>
      </w:r>
      <w:r>
        <w:br/>
      </w:r>
      <w:r>
        <w:t xml:space="preserve">    (a) the quality of holding something back or holding others down through oppression</w:t>
      </w:r>
      <w:r>
        <w:br/>
      </w:r>
      <w:r>
        <w:t xml:space="preserve">    (b) acting crazy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suffering from cognitive dementia (mental deterioration)</w:t>
      </w:r>
      <w:r>
        <w:br/>
      </w:r>
      <w:r>
        <w:t xml:space="preserve">    (c)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smell exactly as a dragon should smell, and I'll thank you not to make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disparaging</w:t>
      </w:r>
      <w:r>
        <w:rPr>
          <w:b/>
          <w:bCs/>
        </w:rPr>
        <w:t xml:space="preserve"> </w:t>
      </w:r>
      <w:r>
        <w:rPr>
          <w:b/>
          <w:bCs/>
        </w:rPr>
        <w:t xml:space="preserve">comments about it unless you want me to drop you on your head.</w:t>
      </w:r>
      <w:r>
        <w:br/>
      </w:r>
      <w:r>
        <w:t xml:space="preserve">    (a) controlling (how something will turn out)</w:t>
      </w:r>
      <w:r>
        <w:br/>
      </w:r>
      <w:r>
        <w:t xml:space="preserve">    (b) moving into position to work; or starting</w:t>
      </w:r>
      <w:r>
        <w:br/>
      </w:r>
      <w:r>
        <w:t xml:space="preserve">    (c) criticizing or making seem less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she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wrest</w:t>
      </w:r>
      <w:r>
        <w:rPr>
          <w:b/>
          <w:bCs/>
        </w:rPr>
        <w:t xml:space="preserve"> </w:t>
      </w:r>
      <w:r>
        <w:rPr>
          <w:b/>
          <w:bCs/>
        </w:rPr>
        <w:t xml:space="preserve">him away from Nasuada, he knew she would.</w:t>
      </w:r>
      <w:r>
        <w:br/>
      </w:r>
      <w:r>
        <w:t xml:space="preserve">    (a) obtain with difficult effort or force</w:t>
      </w:r>
      <w:r>
        <w:br/>
      </w:r>
      <w:r>
        <w:t xml:space="preserve">    (b) a quick look or partial understanding</w:t>
      </w:r>
      <w:r>
        <w:br/>
      </w:r>
      <w:r>
        <w:t xml:space="preserve">    (c) protect something or keep it as it 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taking me longer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recuperate</w:t>
      </w:r>
      <w:r>
        <w:rPr>
          <w:b/>
          <w:bCs/>
        </w:rPr>
        <w:t xml:space="preserve"> </w:t>
      </w:r>
      <w:r>
        <w:rPr>
          <w:b/>
          <w:bCs/>
        </w:rPr>
        <w:t xml:space="preserve">than I had anticipated......Some days are worse than others.</w:t>
      </w:r>
      <w:r>
        <w:br/>
      </w:r>
      <w:r>
        <w:t xml:space="preserve">    (a) to regain good health or strength</w:t>
      </w:r>
      <w:r>
        <w:br/>
      </w:r>
      <w:r>
        <w:t xml:space="preserve">    (b) walk in an awkward, shuffling way</w:t>
      </w:r>
      <w:r>
        <w:br/>
      </w:r>
      <w:r>
        <w:t xml:space="preserve">    (c) make someone want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wrong word, one poorly constructed phrase, and he might destroy her sense of empathy, or preclude her from ever learning how to communicate with her mind,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inhibit</w:t>
      </w:r>
      <w:r>
        <w:rPr>
          <w:b/>
          <w:bCs/>
        </w:rPr>
        <w:t xml:space="preserve"> </w:t>
      </w:r>
      <w:r>
        <w:rPr>
          <w:b/>
          <w:bCs/>
        </w:rPr>
        <w:t xml:space="preserve">her own sense of pain, so she would not immediately notice when she was injured.</w:t>
      </w:r>
      <w:r>
        <w:br/>
      </w:r>
      <w:r>
        <w:t xml:space="preserve">    (a) limit or prevent</w:t>
      </w:r>
      <w:r>
        <w:br/>
      </w:r>
      <w:r>
        <w:t xml:space="preserve">    (b) make more varied</w:t>
      </w:r>
      <w:r>
        <w:br/>
      </w:r>
      <w:r>
        <w:t xml:space="preserve">    (c) take on or adopt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Or rather, capture, torture, andthen kill us, none of which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conducive</w:t>
      </w:r>
      <w:r>
        <w:rPr>
          <w:b/>
          <w:bCs/>
        </w:rPr>
        <w:t xml:space="preserve"> </w:t>
      </w:r>
      <w:r>
        <w:rPr>
          <w:b/>
          <w:bCs/>
        </w:rPr>
        <w:t xml:space="preserve">to establishing a close relationship.</w:t>
      </w:r>
      <w:r>
        <w:br/>
      </w:r>
      <w:r>
        <w:t xml:space="preserve">    (a) tending to have excessively unfavorable opinions</w:t>
      </w:r>
      <w:r>
        <w:br/>
      </w:r>
      <w:r>
        <w:t xml:space="preserve">    (b) helpful; or tending to contribute (to something)</w:t>
      </w:r>
      <w:r>
        <w:br/>
      </w:r>
      <w:r>
        <w:t xml:space="preserve">    (c) the state or degree of criticism or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most of all, he thought of Garrow and wished his uncle were still alive to see his only son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acclaimed</w:t>
      </w:r>
      <w:r>
        <w:rPr>
          <w:b/>
          <w:bCs/>
        </w:rPr>
        <w:t xml:space="preserve"> </w:t>
      </w:r>
      <w:r>
        <w:rPr>
          <w:b/>
          <w:bCs/>
        </w:rPr>
        <w:t xml:space="preserve">a hero by the villagers and the Varden alike and to see him take Katrina's hand and finally become a man in full.</w:t>
      </w:r>
      <w:r>
        <w:br/>
      </w:r>
      <w:r>
        <w:t xml:space="preserve">    (a) adjusted a lens to make an image clear</w:t>
      </w:r>
      <w:r>
        <w:br/>
      </w:r>
      <w:r>
        <w:t xml:space="preserve">    (b) differed notably in brightness or tone</w:t>
      </w:r>
      <w:r>
        <w:br/>
      </w:r>
      <w:r>
        <w:t xml:space="preserve">    (c) popularly and enthusiastically praised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intense was their concentration,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corpulent</w:t>
      </w:r>
      <w:r>
        <w:rPr>
          <w:b/>
          <w:bCs/>
        </w:rPr>
        <w:t xml:space="preserve"> </w:t>
      </w:r>
      <w:r>
        <w:rPr>
          <w:b/>
          <w:bCs/>
        </w:rPr>
        <w:t xml:space="preserve">grimstborith, Freowin, had set aside his carving of a raven and folded his hands on top of his ample belly, appearing for all the world like one of the dwarves' statues.</w:t>
      </w:r>
      <w:r>
        <w:br/>
      </w:r>
      <w:r>
        <w:t xml:space="preserve">    (a) excessive body fat</w:t>
      </w:r>
      <w:r>
        <w:br/>
      </w:r>
      <w:r>
        <w:t xml:space="preserve">    (b) not representative</w:t>
      </w:r>
      <w:r>
        <w:br/>
      </w:r>
      <w:r>
        <w:t xml:space="preserve">    (c) good or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not one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 with</w:t>
      </w:r>
      <w:r>
        <w:rPr>
          <w:b/>
          <w:bCs/>
        </w:rPr>
        <w:t xml:space="preserve">.</w:t>
      </w:r>
      <w:r>
        <w:br/>
      </w:r>
      <w:r>
        <w:t xml:space="preserve">    (a) beyond the permitted boundary or limit</w:t>
      </w:r>
      <w:r>
        <w:br/>
      </w:r>
      <w:r>
        <w:t xml:space="preserve">    (b) injured muscles or tendons of the back</w:t>
      </w:r>
      <w:r>
        <w:br/>
      </w:r>
      <w:r>
        <w:t xml:space="preserve">    (c) treat thoughtlessly or without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listen to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or minstrel of yours, and no matter how many times you ask me, I won't change my mind.</w:t>
      </w:r>
      <w:r>
        <w:br/>
      </w:r>
      <w:r>
        <w:t xml:space="preserve">    (a) a hole or dropoff so deep the bottom cannot be seen -- often used figuratively to imply a frightening bottomless pit</w:t>
      </w:r>
      <w:r>
        <w:br/>
      </w:r>
      <w:r>
        <w:t xml:space="preserve">    (b) of the American Indian civilization of Yucatan and Belize and Guatemala that reached its peak between AD 300 and 900</w:t>
      </w:r>
      <w:r>
        <w:br/>
      </w:r>
      <w:r>
        <w:t xml:space="preserve">    (c) someone who composes and recites or sings poems about important events and people; or (as a proper noun) Shakespeare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2026-07-31T16:36:59Z</dcterms:created>
  <dcterms:modified xsi:type="dcterms:W3CDTF">2026-07-31T16:36:59Z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