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c3d7712e595f54e9ce06e19cb0fbc0044ba2a1"/>
    <w:p>
      <w:pPr>
        <w:pStyle w:val="Heading1"/>
      </w:pPr>
      <w:r>
        <w:rPr>
          <w:b/>
          <w:bCs/>
        </w:rPr>
        <w:t xml:space="preserve">Breaking Dawn</w:t>
      </w:r>
      <w:r>
        <w:br/>
      </w:r>
      <w:r>
        <w:rPr>
          <w:i/>
          <w:iCs/>
        </w:rPr>
        <w:t xml:space="preserve">Stephenie Meyer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 Edward clearly—if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inconceivably</w:t>
      </w:r>
      <w:r>
        <w:rPr>
          <w:b/>
          <w:bCs/>
        </w:rPr>
        <w:t xml:space="preserve">—preferred me, I wouldn't be able to help making comparisons.</w:t>
      </w:r>
      <w:r>
        <w:br/>
      </w:r>
      <w:r>
        <w:t xml:space="preserve">    (a) in a manner that is not able to be understood or imagined</w:t>
      </w:r>
      <w:r>
        <w:br/>
      </w:r>
      <w:r>
        <w:t xml:space="preserve">    (b) relating to the outside</w:t>
      </w:r>
      <w:r>
        <w:br/>
      </w:r>
      <w:r>
        <w:t xml:space="preserve">    (c) about (but not exactly)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could we know that a human was 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conceive</w:t>
      </w:r>
      <w:r>
        <w:rPr>
          <w:b/>
          <w:bCs/>
        </w:rPr>
        <w:t xml:space="preserve"> </w:t>
      </w:r>
      <w:r>
        <w:rPr>
          <w:b/>
          <w:bCs/>
        </w:rPr>
        <w:t xml:space="preserve">a child with one of us—</w:t>
      </w:r>
      <w:r>
        <w:br/>
      </w:r>
      <w:r>
        <w:t xml:space="preserve">    (a) creates, starts, or sets in a place</w:t>
      </w:r>
      <w:r>
        <w:br/>
      </w:r>
      <w:r>
        <w:t xml:space="preserve">    (b) hires, reserves, books, or occupies</w:t>
      </w:r>
      <w:r>
        <w:br/>
      </w:r>
      <w:r>
        <w:t xml:space="preserve">    (c) create through pregnancy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 keeping clear of humans altogether—except at mealtime—the way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nomads</w:t>
      </w:r>
      <w:r>
        <w:rPr>
          <w:b/>
          <w:bCs/>
        </w:rPr>
        <w:t xml:space="preserve"> </w:t>
      </w:r>
      <w:r>
        <w:rPr>
          <w:b/>
          <w:bCs/>
        </w:rPr>
        <w:t xml:space="preserve">like James and Victoria had lived; the way Jasper's friends, Peter and Charlotte, still lived.</w:t>
      </w:r>
      <w:r>
        <w:br/>
      </w:r>
      <w:r>
        <w:t xml:space="preserve">    (a) artists who created medieval European art associated with Gothic cathedrals</w:t>
      </w:r>
      <w:r>
        <w:br/>
      </w:r>
      <w:r>
        <w:t xml:space="preserve">    (b) tending to make a home in different places rather than staying in one place</w:t>
      </w:r>
      <w:r>
        <w:br/>
      </w:r>
      <w:r>
        <w:t xml:space="preserve">    (c) things exclusive to (someone or some group) -- such as an activity or 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had no desire to see the faces of the vampires they had executed, half afraid that I might recognize someone in the smoldering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pyres</w:t>
      </w:r>
      <w:r>
        <w:rPr>
          <w:b/>
          <w:bCs/>
        </w:rPr>
        <w:t xml:space="preserve">.</w:t>
      </w:r>
      <w:r>
        <w:br/>
      </w:r>
      <w:r>
        <w:t xml:space="preserve">    (a) piles of wood or other burnable materials</w:t>
      </w:r>
      <w:r>
        <w:br/>
      </w:r>
      <w:r>
        <w:t xml:space="preserve">    (b) works of fiction depicting a bleak future</w:t>
      </w:r>
      <w:r>
        <w:br/>
      </w:r>
      <w:r>
        <w:t xml:space="preserve">    (c) dreamlike states of altered consciousness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a brief second, I was distracted by the profusion of white blossoms that hung in garlands from everything in the room that wasn't alive, dripping with long lines of white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gossamer</w:t>
      </w:r>
      <w:r>
        <w:rPr>
          <w:b/>
          <w:bCs/>
        </w:rPr>
        <w:t xml:space="preserve"> </w:t>
      </w:r>
      <w:r>
        <w:rPr>
          <w:b/>
          <w:bCs/>
        </w:rPr>
        <w:t xml:space="preserve">ribbons.</w:t>
      </w:r>
      <w:r>
        <w:br/>
      </w:r>
      <w:r>
        <w:t xml:space="preserve">    (a) characteristic (of something or someone)</w:t>
      </w:r>
      <w:r>
        <w:br/>
      </w:r>
      <w:r>
        <w:t xml:space="preserve">    (b) extremely light, delicate, airy, or thin</w:t>
      </w:r>
      <w:r>
        <w:br/>
      </w:r>
      <w:r>
        <w:t xml:space="preserve">    (c) dreamlike state of altered consciousness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Before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alliance</w:t>
      </w:r>
      <w:r>
        <w:rPr>
          <w:b/>
          <w:bCs/>
        </w:rPr>
        <w:t xml:space="preserve">, it would have meant an immediate attack.</w:t>
      </w:r>
      <w:r>
        <w:br/>
      </w:r>
      <w:r>
        <w:t xml:space="preserve">    (a) set of competing interests amongst neighbors</w:t>
      </w:r>
      <w:r>
        <w:br/>
      </w:r>
      <w:r>
        <w:t xml:space="preserve">    (b) association formed to support common interests</w:t>
      </w:r>
      <w:r>
        <w:br/>
      </w:r>
      <w:r>
        <w:t xml:space="preserve">    (c) sense of isolation due to competing interests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waited, ignoring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negative</w:t>
      </w:r>
      <w:r>
        <w:rPr>
          <w:b/>
          <w:bCs/>
        </w:rPr>
        <w:t xml:space="preserve"> </w:t>
      </w:r>
      <w:r>
        <w:rPr>
          <w:b/>
          <w:bCs/>
        </w:rPr>
        <w:t xml:space="preserve">answer because he could hear the conflict in my thoughts.</w:t>
      </w:r>
      <w:r>
        <w:br/>
      </w:r>
      <w:r>
        <w:t xml:space="preserve">    (a) indicating an answer of "no"</w:t>
      </w:r>
      <w:r>
        <w:br/>
      </w:r>
      <w:r>
        <w:t xml:space="preserve">    (b) argument -- typically over unimportant things</w:t>
      </w:r>
      <w:r>
        <w:br/>
      </w:r>
      <w:r>
        <w:t xml:space="preserve">    (c) to be most powerful, important, or noticeable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gritted my teeth and reminded myself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negative</w:t>
      </w:r>
      <w:r>
        <w:rPr>
          <w:b/>
          <w:bCs/>
        </w:rPr>
        <w:t xml:space="preserve"> </w:t>
      </w:r>
      <w:r>
        <w:rPr>
          <w:b/>
          <w:bCs/>
        </w:rPr>
        <w:t xml:space="preserve">consequences when I'd let my temper get away from me yesterday.</w:t>
      </w:r>
      <w:r>
        <w:br/>
      </w:r>
      <w:r>
        <w:t xml:space="preserve">    (a) tell (a story)</w:t>
      </w:r>
      <w:r>
        <w:br/>
      </w:r>
      <w:r>
        <w:t xml:space="preserve">    (b) bad or harmful</w:t>
      </w:r>
      <w:r>
        <w:br/>
      </w:r>
      <w:r>
        <w:t xml:space="preserve">    (c) begin fighting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Run the western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perimeter</w:t>
      </w:r>
      <w:r>
        <w:rPr>
          <w:b/>
          <w:bCs/>
        </w:rPr>
        <w:t xml:space="preserve">.</w:t>
      </w:r>
      <w:r>
        <w:br/>
      </w:r>
      <w:r>
        <w:t xml:space="preserve">    (a) the outer edge</w:t>
      </w:r>
      <w:r>
        <w:br/>
      </w:r>
      <w:r>
        <w:t xml:space="preserve">    (b) a hoofed mamma</w:t>
      </w:r>
      <w:r>
        <w:br/>
      </w:r>
      <w:r>
        <w:t xml:space="preserve">    (c) a fat compound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don't know how much I appreciate your...</w:t>
      </w:r>
      <w:r>
        <w:rPr>
          <w:b/>
          <w:bCs/>
          <w:u w:val="single"/>
        </w:rPr>
        <w:t xml:space="preserve">compassion</w:t>
      </w:r>
      <w:r>
        <w:rPr>
          <w:b/>
          <w:bCs/>
        </w:rPr>
        <w:t xml:space="preserve">.</w:t>
      </w:r>
      <w:r>
        <w:br/>
      </w:r>
      <w:r>
        <w:t xml:space="preserve">    (a) the taking on or adoption of power or responsibility</w:t>
      </w:r>
      <w:r>
        <w:br/>
      </w:r>
      <w:r>
        <w:t xml:space="preserve">    (b) the process of controlling (how something turns out)</w:t>
      </w:r>
      <w:r>
        <w:br/>
      </w:r>
      <w:r>
        <w:t xml:space="preserve">    (c) sympathy for another's suffering and wanting to help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thought about the things that were worse, the black pictures in my head, while I tried to tune her out without much success. She was able to look at them with some distance,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perspective</w:t>
      </w:r>
      <w:r>
        <w:rPr>
          <w:b/>
          <w:bCs/>
        </w:rPr>
        <w:t xml:space="preserve">, and I had to admit that this was helpful.</w:t>
      </w:r>
      <w:r>
        <w:br/>
      </w:r>
      <w:r>
        <w:t xml:space="preserve">    (a) relating to the chest (thorax)</w:t>
      </w:r>
      <w:r>
        <w:br/>
      </w:r>
      <w:r>
        <w:t xml:space="preserve">    (b) a sensible view of a situation</w:t>
      </w:r>
      <w:r>
        <w:br/>
      </w:r>
      <w:r>
        <w:t xml:space="preserve">    (c) made by taking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shaped his whole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perspective</w:t>
      </w:r>
      <w:r>
        <w:rPr>
          <w:b/>
          <w:bCs/>
        </w:rPr>
        <w:t xml:space="preserve">.</w:t>
      </w:r>
      <w:r>
        <w:br/>
      </w:r>
      <w:r>
        <w:t xml:space="preserve">    (a) way of seeing and thinking about things</w:t>
      </w:r>
      <w:r>
        <w:br/>
      </w:r>
      <w:r>
        <w:t xml:space="preserve">    (b) collection of star systems held together by gravity</w:t>
      </w:r>
      <w:r>
        <w:br/>
      </w:r>
      <w:r>
        <w:t xml:space="preserve">    (c) resulting from God's intervention or plan; or lucky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 feel the control of my body come back to me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increments</w:t>
      </w:r>
      <w:r>
        <w:rPr>
          <w:b/>
          <w:bCs/>
        </w:rPr>
        <w:t xml:space="preserve">, and those increments were my first markers of the time passing.</w:t>
      </w:r>
      <w:r>
        <w:br/>
      </w:r>
      <w:r>
        <w:t xml:space="preserve">    (a) a series of increases; or the amount of the increases</w:t>
      </w:r>
      <w:r>
        <w:br/>
      </w:r>
      <w:r>
        <w:t xml:space="preserve">    (b) acts or processes of stopped something from happening</w:t>
      </w:r>
      <w:r>
        <w:br/>
      </w:r>
      <w:r>
        <w:t xml:space="preserve">    (c) psychologists who emphasize internal mental processes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I'd never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factored</w:t>
      </w:r>
      <w:r>
        <w:rPr>
          <w:b/>
          <w:bCs/>
        </w:rPr>
        <w:t xml:space="preserve"> </w:t>
      </w:r>
      <w:r>
        <w:rPr>
          <w:b/>
          <w:bCs/>
        </w:rPr>
        <w:t xml:space="preserve">a daughter into the equation.</w:t>
      </w:r>
      <w:r>
        <w:br/>
      </w:r>
      <w:r>
        <w:t xml:space="preserve">    (a) considered (for affect on a result or outcome)</w:t>
      </w:r>
      <w:r>
        <w:br/>
      </w:r>
      <w:r>
        <w:t xml:space="preserve">    (b) moved to a worse or less prestigious situation</w:t>
      </w:r>
      <w:r>
        <w:br/>
      </w:r>
      <w:r>
        <w:t xml:space="preserve">    (c) held together (connected or united) or wrapped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are more closely bonded, and that's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factor</w:t>
      </w:r>
      <w:r>
        <w:rPr>
          <w:b/>
          <w:bCs/>
        </w:rPr>
        <w:t xml:space="preserve">, but not a huge one.</w:t>
      </w:r>
      <w:r>
        <w:br/>
      </w:r>
      <w:r>
        <w:t xml:space="preserve">    (a) something that is made or manufactured</w:t>
      </w:r>
      <w:r>
        <w:br/>
      </w:r>
      <w:r>
        <w:t xml:space="preserve">    (b) thing that affects a result or outcome</w:t>
      </w:r>
      <w:r>
        <w:br/>
      </w:r>
      <w:r>
        <w:t xml:space="preserve">    (c) job, reservation, booking, or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difference between Renesmee an hour ago and Renesmee now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subtler</w:t>
      </w:r>
      <w:r>
        <w:rPr>
          <w:b/>
          <w:bCs/>
        </w:rPr>
        <w:t xml:space="preserve">.</w:t>
      </w:r>
      <w:r>
        <w:br/>
      </w:r>
      <w:r>
        <w:t xml:space="preserve">    (a) someone who portrays or creates something in a particular way  OR  someone who interprets, translates, or extracts from</w:t>
      </w:r>
      <w:r>
        <w:br/>
      </w:r>
      <w:r>
        <w:t xml:space="preserve">    (b) with less luxury, comfort, or decoration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more stern; or practicing greater self-denial</w:t>
      </w:r>
      <w:r>
        <w:br/>
      </w:r>
      <w:r>
        <w:t xml:space="preserve">    (c) less noticeable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However, she and Jacob had a new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camaraderie</w:t>
      </w:r>
      <w:r>
        <w:rPr>
          <w:b/>
          <w:bCs/>
        </w:rPr>
        <w:t xml:space="preserve"> </w:t>
      </w:r>
      <w:r>
        <w:rPr>
          <w:b/>
          <w:bCs/>
        </w:rPr>
        <w:t xml:space="preserve">that kept her close to us all.</w:t>
      </w:r>
      <w:r>
        <w:br/>
      </w:r>
      <w:r>
        <w:t xml:space="preserve">    (a) not appropriate in size, amount, or degree</w:t>
      </w:r>
      <w:r>
        <w:br/>
      </w:r>
      <w:r>
        <w:t xml:space="preserve">    (b) close friendship amongst a group of people</w:t>
      </w:r>
      <w:r>
        <w:br/>
      </w:r>
      <w:r>
        <w:t xml:space="preserve">    (c) the degree of not being easily set on fire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would indicate a rather powerful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latent</w:t>
      </w:r>
      <w:r>
        <w:rPr>
          <w:b/>
          <w:bCs/>
        </w:rPr>
        <w:t xml:space="preserve"> </w:t>
      </w:r>
      <w:r>
        <w:rPr>
          <w:b/>
          <w:bCs/>
        </w:rPr>
        <w:t xml:space="preserve">talent, if it was manifesting so clearly even before the transformation.</w:t>
      </w:r>
      <w:r>
        <w:br/>
      </w:r>
      <w:r>
        <w:t xml:space="preserve">    (a) relating to logical examination to improve understanding</w:t>
      </w:r>
      <w:r>
        <w:br/>
      </w:r>
      <w:r>
        <w:t xml:space="preserve">    (b) potentially existing but presently not clearly evident or active</w:t>
      </w:r>
      <w:r>
        <w:br/>
      </w:r>
      <w:r>
        <w:t xml:space="preserve">    (c) the characteristic of tending to think back about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guessed he was trying not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speculate</w:t>
      </w:r>
      <w:r>
        <w:rPr>
          <w:b/>
          <w:bCs/>
        </w:rPr>
        <w:t xml:space="preserve"> </w:t>
      </w:r>
      <w:r>
        <w:rPr>
          <w:b/>
          <w:bCs/>
        </w:rPr>
        <w:t xml:space="preserve">too much, trying to keep my behavior off his mind.</w:t>
      </w:r>
      <w:r>
        <w:br/>
      </w:r>
      <w:r>
        <w:t xml:space="preserve">    (a) appropriate in size, amount, or degree</w:t>
      </w:r>
      <w:r>
        <w:br/>
      </w:r>
      <w:r>
        <w:t xml:space="preserve">    (b) think to try to figure something out when there can be no certainty</w:t>
      </w:r>
      <w:r>
        <w:br/>
      </w:r>
      <w:r>
        <w:t xml:space="preserve">    (c) examine in detail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not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immortal</w:t>
      </w:r>
      <w:r>
        <w:rPr>
          <w:b/>
          <w:bCs/>
        </w:rPr>
        <w:t xml:space="preserve">.</w:t>
      </w:r>
      <w:r>
        <w:br/>
      </w:r>
      <w:r>
        <w:t xml:space="preserve">    (a) someone who lives forever</w:t>
      </w:r>
      <w:r>
        <w:br/>
      </w:r>
      <w:r>
        <w:t xml:space="preserve">    (b) relating to existentialism -- a philosophical movement that assumes each person is free to determine what is essential in their existence</w:t>
      </w:r>
      <w:r>
        <w:br/>
      </w:r>
      <w:r>
        <w:t xml:space="preserve">    (c) (adjective) of low quality, or of lower quality or rank than something else  OR  (more rarely as a noun) a person of lower rank or status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2026-07-31T17:55:47Z</dcterms:created>
  <dcterms:modified xsi:type="dcterms:W3CDTF">2026-07-31T17:55:47Z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