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6c01e9673f3d97e51d40c690c0bd16b5fadd49"/>
    <w:p>
      <w:pPr>
        <w:pStyle w:val="Heading1"/>
      </w:pPr>
      <w:r>
        <w:rPr>
          <w:b/>
          <w:bCs/>
        </w:rPr>
        <w:t xml:space="preserve">Brave New World</w:t>
      </w:r>
      <w:r>
        <w:br/>
      </w:r>
      <w:r>
        <w:rPr>
          <w:i/>
          <w:iCs/>
        </w:rPr>
        <w:t xml:space="preserve">Aldous Huxley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grew up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abject</w:t>
      </w:r>
      <w:r>
        <w:rPr>
          <w:b/>
          <w:bCs/>
        </w:rPr>
        <w:t xml:space="preserve"> </w:t>
      </w:r>
      <w:r>
        <w:rPr>
          <w:b/>
          <w:bCs/>
        </w:rPr>
        <w:t xml:space="preserve">poverty; though she didn't know it.</w:t>
      </w:r>
      <w:r>
        <w:br/>
      </w:r>
      <w:r>
        <w:t xml:space="preserve">    (a) extreme</w:t>
      </w:r>
      <w:r>
        <w:br/>
      </w:r>
      <w:r>
        <w:t xml:space="preserve">    (b) moderate</w:t>
      </w:r>
      <w:r>
        <w:br/>
      </w:r>
      <w:r>
        <w:t xml:space="preserve">    (c)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scheduled a news conference to respond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appalling</w:t>
      </w:r>
      <w:r>
        <w:rPr>
          <w:b/>
          <w:bCs/>
        </w:rPr>
        <w:t xml:space="preserve"> </w:t>
      </w:r>
      <w:r>
        <w:rPr>
          <w:b/>
          <w:bCs/>
        </w:rPr>
        <w:t xml:space="preserve">accusations.</w:t>
      </w:r>
      <w:r>
        <w:br/>
      </w:r>
      <w:r>
        <w:t xml:space="preserve">    (a) horrible</w:t>
      </w:r>
      <w:r>
        <w:br/>
      </w:r>
      <w:r>
        <w:t xml:space="preserve">    (b) foolish</w:t>
      </w:r>
      <w:r>
        <w:br/>
      </w:r>
      <w:r>
        <w:t xml:space="preserve">    (c) false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 genuine effort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atone</w:t>
      </w:r>
      <w:r>
        <w:rPr>
          <w:b/>
          <w:bCs/>
        </w:rPr>
        <w:t xml:space="preserve"> </w:t>
      </w:r>
      <w:r>
        <w:rPr>
          <w:b/>
          <w:bCs/>
        </w:rPr>
        <w:t xml:space="preserve">for her behavior.</w:t>
      </w:r>
      <w:r>
        <w:br/>
      </w:r>
      <w:r>
        <w:t xml:space="preserve">    (a) make up</w:t>
      </w:r>
      <w:r>
        <w:br/>
      </w:r>
      <w:r>
        <w:t xml:space="preserve">    (b) get rewarded</w:t>
      </w:r>
      <w:r>
        <w:br/>
      </w:r>
      <w:r>
        <w:t xml:space="preserve">    (c) avoid penalty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so quiet; our breathing was the only 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audible</w:t>
      </w:r>
      <w:r>
        <w:rPr>
          <w:b/>
          <w:bCs/>
        </w:rPr>
        <w:t xml:space="preserve"> </w:t>
      </w:r>
      <w:r>
        <w:rPr>
          <w:b/>
          <w:bCs/>
        </w:rPr>
        <w:t xml:space="preserve">in the room.</w:t>
      </w:r>
      <w:r>
        <w:br/>
      </w:r>
      <w:r>
        <w:t xml:space="preserve">    (a) that was comforting</w:t>
      </w:r>
      <w:r>
        <w:br/>
      </w:r>
      <w:r>
        <w:t xml:space="preserve">    (b) making too much noise</w:t>
      </w:r>
      <w:r>
        <w:br/>
      </w:r>
      <w:r>
        <w:t xml:space="preserve">    (c) capable of being heard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injunction requires that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cease</w:t>
      </w:r>
      <w:r>
        <w:rPr>
          <w:b/>
          <w:bCs/>
        </w:rPr>
        <w:t xml:space="preserve"> </w:t>
      </w:r>
      <w:r>
        <w:rPr>
          <w:b/>
          <w:bCs/>
        </w:rPr>
        <w:t xml:space="preserve">all activity on the site.</w:t>
      </w:r>
      <w:r>
        <w:br/>
      </w:r>
      <w:r>
        <w:t xml:space="preserve">    (a) record</w:t>
      </w:r>
      <w:r>
        <w:br/>
      </w:r>
      <w:r>
        <w:t xml:space="preserve">    (b) stop</w:t>
      </w:r>
      <w:r>
        <w:br/>
      </w:r>
      <w:r>
        <w:t xml:space="preserve">    (c) permit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impolite. She pretended not to notice except that she treated him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.</w:t>
      </w:r>
      <w:r>
        <w:br/>
      </w:r>
      <w:r>
        <w:t xml:space="preserve">    (a) great annoyance</w:t>
      </w:r>
      <w:r>
        <w:br/>
      </w:r>
      <w:r>
        <w:t xml:space="preserve">    (b) lack of respect</w:t>
      </w:r>
      <w:r>
        <w:br/>
      </w:r>
      <w:r>
        <w:t xml:space="preserve">    (c) impatience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hard to get her to consider a change because she is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way things are.</w:t>
      </w:r>
      <w:r>
        <w:br/>
      </w:r>
      <w:r>
        <w:t xml:space="preserve">    (a) satisfied</w:t>
      </w:r>
      <w:r>
        <w:br/>
      </w:r>
      <w:r>
        <w:t xml:space="preserve">    (b) concerned</w:t>
      </w:r>
      <w:r>
        <w:br/>
      </w:r>
      <w:r>
        <w:t xml:space="preserve">    (c) stubborn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day after the funeral, she was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grave</w:t>
      </w:r>
      <w:r>
        <w:rPr>
          <w:b/>
          <w:bCs/>
        </w:rPr>
        <w:t xml:space="preserve"> </w:t>
      </w:r>
      <w:r>
        <w:rPr>
          <w:b/>
          <w:bCs/>
        </w:rPr>
        <w:t xml:space="preserve">mood.</w:t>
      </w:r>
      <w:r>
        <w:br/>
      </w:r>
      <w:r>
        <w:t xml:space="preserve">    (a) solemn</w:t>
      </w:r>
      <w:r>
        <w:br/>
      </w:r>
      <w:r>
        <w:t xml:space="preserve">    (b) fearful</w:t>
      </w:r>
      <w:r>
        <w:br/>
      </w:r>
      <w:r>
        <w:t xml:space="preserve">    (c) hysterical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indefatigable</w:t>
      </w:r>
      <w:r>
        <w:rPr>
          <w:b/>
          <w:bCs/>
        </w:rPr>
        <w:t xml:space="preserve"> </w:t>
      </w:r>
      <w:r>
        <w:rPr>
          <w:b/>
          <w:bCs/>
        </w:rPr>
        <w:t xml:space="preserve">performer, working six days a week.</w:t>
      </w:r>
      <w:r>
        <w:br/>
      </w:r>
      <w:r>
        <w:t xml:space="preserve">    (a) successful</w:t>
      </w:r>
      <w:r>
        <w:br/>
      </w:r>
      <w:r>
        <w:t xml:space="preserve">    (b) busy</w:t>
      </w:r>
      <w:r>
        <w:br/>
      </w:r>
      <w:r>
        <w:t xml:space="preserve">    (c) tireless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parents are accustomed to my challenging their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orthodox</w:t>
      </w:r>
      <w:r>
        <w:rPr>
          <w:b/>
          <w:bCs/>
        </w:rPr>
        <w:t xml:space="preserve"> </w:t>
      </w:r>
      <w:r>
        <w:rPr>
          <w:b/>
          <w:bCs/>
        </w:rPr>
        <w:t xml:space="preserve">views.</w:t>
      </w:r>
      <w:r>
        <w:br/>
      </w:r>
      <w:r>
        <w:t xml:space="preserve">    (a) crazy</w:t>
      </w:r>
      <w:r>
        <w:br/>
      </w:r>
      <w:r>
        <w:t xml:space="preserve">    (b) normal</w:t>
      </w:r>
      <w:r>
        <w:br/>
      </w:r>
      <w:r>
        <w:t xml:space="preserve">    (c) creative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Othello</w:t>
      </w:r>
      <w:r>
        <w:rPr>
          <w:b/>
          <w:bCs/>
        </w:rPr>
        <w:t xml:space="preserve"> </w:t>
      </w:r>
      <w:r>
        <w:rPr>
          <w:b/>
          <w:bCs/>
        </w:rPr>
        <w:t xml:space="preserve">is believed to have been written in 1603 based upon a story written in 1565.</w:t>
      </w:r>
      <w:r>
        <w:br/>
      </w:r>
      <w:r>
        <w:t xml:space="preserve">    (a) German opera about a European war</w:t>
      </w:r>
      <w:r>
        <w:br/>
      </w:r>
      <w:r>
        <w:t xml:space="preserve">    (b) Shakespeare's tragedy of betrayal and jealousy</w:t>
      </w:r>
      <w:r>
        <w:br/>
      </w:r>
      <w:r>
        <w:t xml:space="preserve">    (c) Greek tragedy about a love that is lost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closed off the room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preserve</w:t>
      </w:r>
      <w:r>
        <w:rPr>
          <w:b/>
          <w:bCs/>
        </w:rPr>
        <w:t xml:space="preserve"> </w:t>
      </w:r>
      <w:r>
        <w:rPr>
          <w:b/>
          <w:bCs/>
        </w:rPr>
        <w:t xml:space="preserve">the crime scene.</w:t>
      </w:r>
      <w:r>
        <w:br/>
      </w:r>
      <w:r>
        <w:t xml:space="preserve">    (a) keep unchanged</w:t>
      </w:r>
      <w:r>
        <w:br/>
      </w:r>
      <w:r>
        <w:t xml:space="preserve">    (b) keep separate</w:t>
      </w:r>
      <w:r>
        <w:br/>
      </w:r>
      <w:r>
        <w:t xml:space="preserve">    (c) keep quiet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another example of typical Russian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propaganda</w:t>
      </w:r>
      <w:r>
        <w:rPr>
          <w:b/>
          <w:bCs/>
        </w:rPr>
        <w:t xml:space="preserve"> </w:t>
      </w:r>
      <w:r>
        <w:rPr>
          <w:b/>
          <w:bCs/>
        </w:rPr>
        <w:t xml:space="preserve">that blames foreigners for every evil.</w:t>
      </w:r>
      <w:r>
        <w:br/>
      </w:r>
      <w:r>
        <w:t xml:space="preserve">    (a) slanted news</w:t>
      </w:r>
      <w:r>
        <w:br/>
      </w:r>
      <w:r>
        <w:t xml:space="preserve">    (b) television</w:t>
      </w:r>
      <w:r>
        <w:br/>
      </w:r>
      <w:r>
        <w:t xml:space="preserve">    (c) social media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yourself for things beyond your control.</w:t>
      </w:r>
      <w:r>
        <w:br/>
      </w:r>
      <w:r>
        <w:t xml:space="preserve">    (a) criticize</w:t>
      </w:r>
      <w:r>
        <w:br/>
      </w:r>
      <w:r>
        <w:t xml:space="preserve">    (b) congratulate</w:t>
      </w:r>
      <w:r>
        <w:br/>
      </w:r>
      <w:r>
        <w:t xml:space="preserve">    (c) accept honor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About 10% of Americans between the ages of 65 and 75 suffer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senility</w:t>
      </w:r>
      <w:r>
        <w:rPr>
          <w:b/>
          <w:bCs/>
        </w:rPr>
        <w:t xml:space="preserve">.</w:t>
      </w:r>
      <w:r>
        <w:br/>
      </w:r>
      <w:r>
        <w:t xml:space="preserve">    (a) mental weakness caused by old age</w:t>
      </w:r>
      <w:r>
        <w:br/>
      </w:r>
      <w:r>
        <w:t xml:space="preserve">    (b) a poor sense of smell</w:t>
      </w:r>
      <w:r>
        <w:br/>
      </w:r>
      <w:r>
        <w:t xml:space="preserve">    (c) loneliness most days of the week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store provides shoppers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simultaneous</w:t>
      </w:r>
      <w:r>
        <w:rPr>
          <w:b/>
          <w:bCs/>
        </w:rPr>
        <w:t xml:space="preserve"> </w:t>
      </w:r>
      <w:r>
        <w:rPr>
          <w:b/>
          <w:bCs/>
        </w:rPr>
        <w:t xml:space="preserve">art/music experience.</w:t>
      </w:r>
      <w:r>
        <w:br/>
      </w:r>
      <w:r>
        <w:t xml:space="preserve">    (a) at the same time</w:t>
      </w:r>
      <w:r>
        <w:br/>
      </w:r>
      <w:r>
        <w:t xml:space="preserve">    (b) consecutive</w:t>
      </w:r>
      <w:r>
        <w:br/>
      </w:r>
      <w:r>
        <w:t xml:space="preserve">    (c) alternating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solidarity</w:t>
      </w:r>
      <w:r>
        <w:rPr>
          <w:b/>
          <w:bCs/>
        </w:rPr>
        <w:t xml:space="preserve"> </w:t>
      </w:r>
      <w:r>
        <w:rPr>
          <w:b/>
          <w:bCs/>
        </w:rPr>
        <w:t xml:space="preserve">with those who are oppressed.</w:t>
      </w:r>
      <w:r>
        <w:br/>
      </w:r>
      <w:r>
        <w:t xml:space="preserve">    (a) conflict</w:t>
      </w:r>
      <w:r>
        <w:br/>
      </w:r>
      <w:r>
        <w:t xml:space="preserve">    (b) communication</w:t>
      </w:r>
      <w:r>
        <w:br/>
      </w:r>
      <w:r>
        <w:t xml:space="preserve">    (c)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tried to sound confident, but her voice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tremulous</w:t>
      </w:r>
      <w:r>
        <w:rPr>
          <w:b/>
          <w:bCs/>
        </w:rPr>
        <w:t xml:space="preserve">.</w:t>
      </w:r>
      <w:r>
        <w:br/>
      </w:r>
      <w:r>
        <w:t xml:space="preserve">    (a) frail (weak or soft)</w:t>
      </w:r>
      <w:r>
        <w:br/>
      </w:r>
      <w:r>
        <w:t xml:space="preserve">    (b) quivering (shaky)</w:t>
      </w:r>
      <w:r>
        <w:br/>
      </w:r>
      <w:r>
        <w:t xml:space="preserve">    (c) grating (rough)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is in danger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utter</w:t>
      </w:r>
      <w:r>
        <w:rPr>
          <w:b/>
          <w:bCs/>
        </w:rPr>
        <w:t xml:space="preserve"> </w:t>
      </w:r>
      <w:r>
        <w:rPr>
          <w:b/>
          <w:bCs/>
        </w:rPr>
        <w:t xml:space="preserve">collapse.</w:t>
      </w:r>
      <w:r>
        <w:br/>
      </w:r>
      <w:r>
        <w:t xml:space="preserve">    (a) possible</w:t>
      </w:r>
      <w:r>
        <w:br/>
      </w:r>
      <w:r>
        <w:t xml:space="preserve">    (b) total or complete</w:t>
      </w:r>
      <w:r>
        <w:br/>
      </w:r>
      <w:r>
        <w:t xml:space="preserve">    (c) partial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decision was made before I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utter</w:t>
      </w:r>
      <w:r>
        <w:rPr>
          <w:b/>
          <w:bCs/>
        </w:rPr>
        <w:t xml:space="preserve"> </w:t>
      </w:r>
      <w:r>
        <w:rPr>
          <w:b/>
          <w:bCs/>
        </w:rPr>
        <w:t xml:space="preserve">an opinion.</w:t>
      </w:r>
      <w:r>
        <w:br/>
      </w:r>
      <w:r>
        <w:t xml:space="preserve">    (a) say forcefully</w:t>
      </w:r>
      <w:r>
        <w:br/>
      </w:r>
      <w:r>
        <w:t xml:space="preserve">    (b) say with the voice</w:t>
      </w:r>
      <w:r>
        <w:br/>
      </w:r>
      <w:r>
        <w:t xml:space="preserve">    (c) write carefully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2026-07-31T14:20:02Z</dcterms:created>
  <dcterms:modified xsi:type="dcterms:W3CDTF">2026-07-31T14:20:02Z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