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611fd11e29e1875c87ad72bc60cd19e193df50"/>
    <w:p>
      <w:pPr>
        <w:pStyle w:val="Heading1"/>
      </w:pPr>
      <w:r>
        <w:rPr>
          <w:b/>
          <w:bCs/>
        </w:rPr>
        <w:t xml:space="preserve">Brave New World</w:t>
      </w:r>
      <w:r>
        <w:br/>
      </w:r>
      <w:r>
        <w:rPr>
          <w:i/>
          <w:iCs/>
        </w:rPr>
        <w:t xml:space="preserve">Aldous Huxley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philosophers but fret-sawyers and stamp collectors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the backbone of society.</w:t>
      </w:r>
      <w:r>
        <w:br/>
      </w:r>
      <w:r>
        <w:t xml:space="preserve">    (a) write about</w:t>
      </w:r>
      <w:r>
        <w:br/>
      </w:r>
      <w:r>
        <w:t xml:space="preserve">    (b) keep calm</w:t>
      </w:r>
      <w:r>
        <w:br/>
      </w:r>
      <w:r>
        <w:t xml:space="preserve">    (c) make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wrote regularly for The Hourly Radio,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feely scenarios, and had the happiest knack for slogans and hypnopaedic rhymes.</w:t>
      </w:r>
      <w:r>
        <w:br/>
      </w:r>
      <w:r>
        <w:t xml:space="preserve">    (a) wrote</w:t>
      </w:r>
      <w:r>
        <w:br/>
      </w:r>
      <w:r>
        <w:t xml:space="preserve">    (b) enjoyed</w:t>
      </w:r>
      <w:r>
        <w:br/>
      </w:r>
      <w:r>
        <w:t xml:space="preserve">    (c) performed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centrifugal pump that kept the liquid moving over the placenta and drove it through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synthetic</w:t>
      </w:r>
      <w:r>
        <w:rPr>
          <w:b/>
          <w:bCs/>
        </w:rPr>
        <w:t xml:space="preserve"> </w:t>
      </w:r>
      <w:r>
        <w:rPr>
          <w:b/>
          <w:bCs/>
        </w:rPr>
        <w:t xml:space="preserve">lung and waste product filter.</w:t>
      </w:r>
      <w:r>
        <w:br/>
      </w:r>
      <w:r>
        <w:t xml:space="preserve">    (a) artificial</w:t>
      </w:r>
      <w:r>
        <w:br/>
      </w:r>
      <w:r>
        <w:t xml:space="preserve">    (b) large</w:t>
      </w:r>
      <w:r>
        <w:br/>
      </w:r>
      <w:r>
        <w:t xml:space="preserve">    (c) hard-working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Nothing like oxygen-shortage for keeping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embryo</w:t>
      </w:r>
      <w:r>
        <w:rPr>
          <w:b/>
          <w:bCs/>
        </w:rPr>
        <w:t xml:space="preserve"> </w:t>
      </w:r>
      <w:r>
        <w:rPr>
          <w:b/>
          <w:bCs/>
        </w:rPr>
        <w:t xml:space="preserve">below par.</w:t>
      </w:r>
      <w:r>
        <w:br/>
      </w:r>
      <w:r>
        <w:t xml:space="preserve">    (a) in this book: a human organism between the time of fertilization and birth</w:t>
      </w:r>
      <w:r>
        <w:br/>
      </w:r>
      <w:r>
        <w:t xml:space="preserve">    (b) in this book: male seed prior to fertilizing an egg</w:t>
      </w:r>
      <w:r>
        <w:br/>
      </w:r>
      <w:r>
        <w:t xml:space="preserve">    (c) in this book: a female animal's egg prior to being being fertilized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Half a dozen nurses ...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in setting out bowls of roses in a long row across the floor.</w:t>
      </w:r>
      <w:r>
        <w:br/>
      </w:r>
      <w:r>
        <w:t xml:space="preserve">    (a) involved</w:t>
      </w:r>
      <w:r>
        <w:br/>
      </w:r>
      <w:r>
        <w:t xml:space="preserve">    (b) being quiet</w:t>
      </w:r>
      <w:r>
        <w:br/>
      </w:r>
      <w:r>
        <w:t xml:space="preserve">    (c) promised to marry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Red in the face, he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disengage</w:t>
      </w:r>
      <w:r>
        <w:rPr>
          <w:b/>
          <w:bCs/>
        </w:rPr>
        <w:t xml:space="preserve"> </w:t>
      </w:r>
      <w:r>
        <w:rPr>
          <w:b/>
          <w:bCs/>
        </w:rPr>
        <w:t xml:space="preserve">himself from her embrace.</w:t>
      </w:r>
      <w:r>
        <w:br/>
      </w:r>
      <w:r>
        <w:t xml:space="preserve">    (a) separate</w:t>
      </w:r>
      <w:r>
        <w:br/>
      </w:r>
      <w:r>
        <w:t xml:space="preserve">    (b) hide</w:t>
      </w:r>
      <w:r>
        <w:br/>
      </w:r>
      <w:r>
        <w:t xml:space="preserve">    (c) stop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an unexpected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engagement</w:t>
      </w:r>
      <w:r>
        <w:rPr>
          <w:b/>
          <w:bCs/>
        </w:rPr>
        <w:t xml:space="preserve">.</w:t>
      </w:r>
      <w:r>
        <w:br/>
      </w:r>
      <w:r>
        <w:t xml:space="preserve">    (a) activity</w:t>
      </w:r>
      <w:r>
        <w:br/>
      </w:r>
      <w:r>
        <w:t xml:space="preserve">    (b) surprise</w:t>
      </w:r>
      <w:r>
        <w:br/>
      </w:r>
      <w:r>
        <w:t xml:space="preserve">    (c) illness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Lenina blushed scarlet; but her eyes,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tone</w:t>
      </w:r>
      <w:r>
        <w:rPr>
          <w:b/>
          <w:bCs/>
        </w:rPr>
        <w:t xml:space="preserve"> </w:t>
      </w:r>
      <w:r>
        <w:rPr>
          <w:b/>
          <w:bCs/>
        </w:rPr>
        <w:t xml:space="preserve">of her voice remained defiant.</w:t>
      </w:r>
      <w:r>
        <w:br/>
      </w:r>
      <w:r>
        <w:t xml:space="preserve">    (a) well-defined muscle firmness</w:t>
      </w:r>
      <w:r>
        <w:br/>
      </w:r>
      <w:r>
        <w:t xml:space="preserve">    (b) musical sound and volume</w:t>
      </w:r>
      <w:r>
        <w:br/>
      </w:r>
      <w:r>
        <w:t xml:space="preserve">    (c) quality of the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say somebody made a mistake when he was still in the bottle–thought he was a Gamma and put alcohol into his blood-</w:t>
      </w:r>
      <w:r>
        <w:rPr>
          <w:b/>
          <w:bCs/>
          <w:u w:val="single"/>
        </w:rPr>
        <w:t xml:space="preserve">surrogate</w:t>
      </w:r>
      <w:r>
        <w:rPr>
          <w:b/>
          <w:bCs/>
        </w:rPr>
        <w:t xml:space="preserve">.</w:t>
      </w:r>
      <w:r>
        <w:br/>
      </w:r>
      <w:r>
        <w:t xml:space="preserve">    (a) something that takes the place of something else</w:t>
      </w:r>
      <w:r>
        <w:br/>
      </w:r>
      <w:r>
        <w:t xml:space="preserve">    (b) something that makes something else better</w:t>
      </w:r>
      <w:r>
        <w:br/>
      </w:r>
      <w:r>
        <w:t xml:space="preserve">    (c) something that can hold other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nurseries, the Elementary Class Consciousness lesson was over, the voices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adapting</w:t>
      </w:r>
      <w:r>
        <w:rPr>
          <w:b/>
          <w:bCs/>
        </w:rPr>
        <w:t xml:space="preserve"> </w:t>
      </w:r>
      <w:r>
        <w:rPr>
          <w:b/>
          <w:bCs/>
        </w:rPr>
        <w:t xml:space="preserve">future demand to future industrial supply. "I do love flying," they whispered, "I do love flying, I do love having new clothes, I do love…"</w:t>
      </w:r>
      <w:r>
        <w:br/>
      </w:r>
      <w:r>
        <w:t xml:space="preserve">    (a) brain washing</w:t>
      </w:r>
      <w:r>
        <w:br/>
      </w:r>
      <w:r>
        <w:t xml:space="preserve">    (b) hypnotizing</w:t>
      </w:r>
      <w:r>
        <w:br/>
      </w:r>
      <w:r>
        <w:t xml:space="preserve">    (c) adjusting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Warden was a blond and brachycephalic Alpha-Minus, short, red, moon-faced, and broad-shouldered, with a loud booming voice,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well adapted</w:t>
      </w:r>
      <w:r>
        <w:rPr>
          <w:b/>
          <w:bCs/>
        </w:rPr>
        <w:t xml:space="preserve"> </w:t>
      </w:r>
      <w:r>
        <w:rPr>
          <w:b/>
          <w:bCs/>
        </w:rPr>
        <w:t xml:space="preserve">to the utterance of hypnopaedic wisdom.</w:t>
      </w:r>
      <w:r>
        <w:br/>
      </w:r>
      <w:r>
        <w:t xml:space="preserve">    (a) respected</w:t>
      </w:r>
      <w:r>
        <w:br/>
      </w:r>
      <w:r>
        <w:t xml:space="preserve">    (b) enjoyed</w:t>
      </w:r>
      <w:r>
        <w:br/>
      </w:r>
      <w:r>
        <w:t xml:space="preserve">    (c) well suited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began to talk a lot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incomprehensible</w:t>
      </w:r>
      <w:r>
        <w:rPr>
          <w:b/>
          <w:bCs/>
        </w:rPr>
        <w:t xml:space="preserve"> </w:t>
      </w:r>
      <w:r>
        <w:rPr>
          <w:b/>
          <w:bCs/>
        </w:rPr>
        <w:t xml:space="preserve">and dangerous nonsense.</w:t>
      </w:r>
      <w:r>
        <w:br/>
      </w:r>
      <w:r>
        <w:t xml:space="preserve">    (a) quickly spoken</w:t>
      </w:r>
      <w:r>
        <w:br/>
      </w:r>
      <w:r>
        <w:t xml:space="preserve">    (b) not understandable</w:t>
      </w:r>
      <w:r>
        <w:br/>
      </w:r>
      <w:r>
        <w:t xml:space="preserve">    (c) very detailed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"So long," he said patronizingly to the Warden, who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him as far as the lift gates.</w:t>
      </w:r>
      <w:r>
        <w:br/>
      </w:r>
      <w:r>
        <w:t xml:space="preserve">    (a) traveled with</w:t>
      </w:r>
      <w:r>
        <w:br/>
      </w:r>
      <w:r>
        <w:t xml:space="preserve">    (b) waved at</w:t>
      </w:r>
      <w:r>
        <w:br/>
      </w:r>
      <w:r>
        <w:t xml:space="preserve">    (c) watched over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...he feels in himself that radical sense of weakness, of listlessness, of discomfort, 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accompanies</w:t>
      </w:r>
      <w:r>
        <w:rPr>
          <w:b/>
          <w:bCs/>
        </w:rPr>
        <w:t xml:space="preserve"> </w:t>
      </w:r>
      <w:r>
        <w:rPr>
          <w:b/>
          <w:bCs/>
        </w:rPr>
        <w:t xml:space="preserve">the advance of age;</w:t>
      </w:r>
      <w:r>
        <w:br/>
      </w:r>
      <w:r>
        <w:t xml:space="preserve">    (a) slows</w:t>
      </w:r>
      <w:r>
        <w:br/>
      </w:r>
      <w:r>
        <w:t xml:space="preserve">    (b) goes with</w:t>
      </w:r>
      <w:r>
        <w:br/>
      </w:r>
      <w:r>
        <w:t xml:space="preserve">    (c) is lost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news was received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indignation</w:t>
      </w:r>
      <w:r>
        <w:rPr>
          <w:b/>
          <w:bCs/>
        </w:rPr>
        <w:t xml:space="preserve">. The men were furious at having been tricked into behaving politely to this insignificant fellow with the unsavoury reputation and the heretical opinions.</w:t>
      </w:r>
      <w:r>
        <w:br/>
      </w:r>
      <w:r>
        <w:t xml:space="preserve">    (a) surprise at something unexpected</w:t>
      </w:r>
      <w:r>
        <w:br/>
      </w:r>
      <w:r>
        <w:t xml:space="preserve">    (b) anger at something unjust</w:t>
      </w:r>
      <w:r>
        <w:br/>
      </w:r>
      <w:r>
        <w:t xml:space="preserve">    (c) discomfort at something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</w:t>
      </w:r>
      <w:r>
        <w:rPr>
          <w:b/>
          <w:bCs/>
        </w:rPr>
        <w:t xml:space="preserve"> </w:t>
      </w:r>
      <w:r>
        <w:rPr>
          <w:b/>
          <w:bCs/>
        </w:rPr>
        <w:t xml:space="preserve">my lecture with a lot of technical examples.</w:t>
      </w:r>
      <w:r>
        <w:br/>
      </w:r>
      <w:r>
        <w:t xml:space="preserve">    (a) write</w:t>
      </w:r>
      <w:r>
        <w:br/>
      </w:r>
      <w:r>
        <w:t xml:space="preserve">    (b) help make clear</w:t>
      </w:r>
      <w:r>
        <w:br/>
      </w:r>
      <w:r>
        <w:t xml:space="preserve">    (c) draw pictures in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singing words mocked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derisively</w:t>
      </w:r>
      <w:r>
        <w:rPr>
          <w:b/>
          <w:bCs/>
        </w:rPr>
        <w:t xml:space="preserve">.</w:t>
      </w:r>
      <w:r>
        <w:br/>
      </w:r>
      <w:r>
        <w:rPr>
          <w:b/>
          <w:bCs/>
        </w:rPr>
        <w:t xml:space="preserve">"How beauteous mankind is! O brave new world…"</w:t>
      </w:r>
      <w:r>
        <w:br/>
      </w:r>
      <w:r>
        <w:t xml:space="preserve">    (a) unkindly</w:t>
      </w:r>
      <w:r>
        <w:br/>
      </w:r>
      <w:r>
        <w:t xml:space="preserve">    (b) painfully</w:t>
      </w:r>
      <w:r>
        <w:br/>
      </w:r>
      <w:r>
        <w:t xml:space="preserve">    (c) disrespectfully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great shout suddenly went up from the mob; a wave of movement drove it menacingly towards the Savage.</w:t>
      </w:r>
      <w:r>
        <w:br/>
      </w:r>
      <w:r>
        <w:rPr>
          <w:b/>
          <w:bCs/>
        </w:rPr>
        <w:t xml:space="preserve">"Ford help him!" said Bernard,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averted</w:t>
      </w:r>
      <w:r>
        <w:rPr>
          <w:b/>
          <w:bCs/>
        </w:rPr>
        <w:t xml:space="preserve"> </w:t>
      </w:r>
      <w:r>
        <w:rPr>
          <w:b/>
          <w:bCs/>
        </w:rPr>
        <w:t xml:space="preserve">his eyes.</w:t>
      </w:r>
      <w:r>
        <w:br/>
      </w:r>
      <w:r>
        <w:t xml:space="preserve">    (a) focused</w:t>
      </w:r>
      <w:r>
        <w:br/>
      </w:r>
      <w:r>
        <w:t xml:space="preserve">    (b) blinked</w:t>
      </w:r>
      <w:r>
        <w:br/>
      </w:r>
      <w:r>
        <w:t xml:space="preserve">    (c) turned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Actual happiness always looks pretty squalid in comparison with the over-</w:t>
      </w:r>
      <w:r>
        <w:rPr>
          <w:b/>
          <w:bCs/>
          <w:u w:val="single"/>
        </w:rPr>
        <w:t xml:space="preserve">compensations</w:t>
      </w:r>
      <w:r>
        <w:rPr>
          <w:b/>
          <w:bCs/>
        </w:rPr>
        <w:t xml:space="preserve"> </w:t>
      </w:r>
      <w:r>
        <w:rPr>
          <w:b/>
          <w:bCs/>
        </w:rPr>
        <w:t xml:space="preserve">for misery.</w:t>
      </w:r>
      <w:r>
        <w:br/>
      </w:r>
      <w:r>
        <w:t xml:space="preserve">    (a) things that can't be fixed</w:t>
      </w:r>
      <w:r>
        <w:br/>
      </w:r>
      <w:r>
        <w:t xml:space="preserve">    (b) things that are extreme</w:t>
      </w:r>
      <w:r>
        <w:br/>
      </w:r>
      <w:r>
        <w:t xml:space="preserve">    (c) things to make up for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of course, our readers would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profoundly</w:t>
      </w:r>
      <w:r>
        <w:rPr>
          <w:b/>
          <w:bCs/>
        </w:rPr>
        <w:t xml:space="preserve"> </w:t>
      </w:r>
      <w:r>
        <w:rPr>
          <w:b/>
          <w:bCs/>
        </w:rPr>
        <w:t xml:space="preserve">interested…</w:t>
      </w:r>
      <w:r>
        <w:br/>
      </w:r>
      <w:r>
        <w:t xml:space="preserve">    (a) mildly</w:t>
      </w:r>
      <w:r>
        <w:br/>
      </w:r>
      <w:r>
        <w:t xml:space="preserve">    (b) mostly</w:t>
      </w:r>
      <w:r>
        <w:br/>
      </w:r>
      <w:r>
        <w:t xml:space="preserve">    (c) intensely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2026-07-31T14:20:02Z</dcterms:created>
  <dcterms:modified xsi:type="dcterms:W3CDTF">2026-07-31T14:20:02Z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