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0326f94844bde81f70dd95fed95f8c39fcf616"/>
    <w:p>
      <w:pPr>
        <w:pStyle w:val="Heading1"/>
      </w:pPr>
      <w:r>
        <w:rPr>
          <w:b/>
          <w:bCs/>
        </w:rPr>
        <w:t xml:space="preserve">Brave New World</w:t>
      </w:r>
      <w:r>
        <w:br/>
      </w:r>
      <w:r>
        <w:rPr>
          <w:i/>
          <w:iCs/>
        </w:rPr>
        <w:t xml:space="preserve">Aldous Huxley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four thousand rooms of the Centre the four thousand electric clocks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simultaneously</w:t>
      </w:r>
      <w:r>
        <w:rPr>
          <w:b/>
          <w:bCs/>
        </w:rPr>
        <w:t xml:space="preserve"> </w:t>
      </w:r>
      <w:r>
        <w:rPr>
          <w:b/>
          <w:bCs/>
        </w:rPr>
        <w:t xml:space="preserve">struck four.</w:t>
      </w:r>
      <w:r>
        <w:br/>
      </w:r>
      <w:r>
        <w:t xml:space="preserve">    (a) accurately</w:t>
      </w:r>
      <w:r>
        <w:br/>
      </w:r>
      <w:r>
        <w:t xml:space="preserve">    (b) with much noise</w:t>
      </w:r>
      <w:r>
        <w:br/>
      </w:r>
      <w:r>
        <w:t xml:space="preserve">    (c) at the same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pains have been spared to make your lives emotionally easy–to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preserve</w:t>
      </w:r>
      <w:r>
        <w:rPr>
          <w:b/>
          <w:bCs/>
        </w:rPr>
        <w:t xml:space="preserve"> </w:t>
      </w:r>
      <w:r>
        <w:rPr>
          <w:b/>
          <w:bCs/>
        </w:rPr>
        <w:t xml:space="preserve">you, so far as that is possible, from having emotions at all.</w:t>
      </w:r>
      <w:r>
        <w:br/>
      </w:r>
      <w:r>
        <w:t xml:space="preserve">    (a) expose to life</w:t>
      </w:r>
      <w:r>
        <w:br/>
      </w:r>
      <w:r>
        <w:t xml:space="preserve">    (b) put in danger</w:t>
      </w:r>
      <w:r>
        <w:br/>
      </w:r>
      <w:r>
        <w:t xml:space="preserve">    (c) protect or keep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mockery made him [Bernard] feel an outsider; and feeling an outsider he behaved like one, which increased the prejudice against him and intensified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</w:t>
      </w:r>
      <w:r>
        <w:rPr>
          <w:b/>
          <w:bCs/>
        </w:rPr>
        <w:t xml:space="preserve"> </w:t>
      </w:r>
      <w:r>
        <w:rPr>
          <w:b/>
          <w:bCs/>
        </w:rPr>
        <w:t xml:space="preserve">and hostility aroused by his physical defects.</w:t>
      </w:r>
      <w:r>
        <w:br/>
      </w:r>
      <w:r>
        <w:t xml:space="preserve">    (a) frustration</w:t>
      </w:r>
      <w:r>
        <w:br/>
      </w:r>
      <w:r>
        <w:t xml:space="preserve">    (b) prejudice</w:t>
      </w:r>
      <w:r>
        <w:br/>
      </w:r>
      <w:r>
        <w:t xml:space="preserve">    (c) disrespect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 good beginning for a Solidarity Service," thought Bernard miserably, and foresaw for himself yet another failure to achieve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atonement</w:t>
      </w:r>
      <w:r>
        <w:rPr>
          <w:b/>
          <w:bCs/>
        </w:rPr>
        <w:t xml:space="preserve">.</w:t>
      </w:r>
      <w:r>
        <w:br/>
      </w:r>
      <w:r>
        <w:t xml:space="preserve">    (a) superior ability</w:t>
      </w:r>
      <w:r>
        <w:br/>
      </w:r>
      <w:r>
        <w:t xml:space="preserve">    (b) doing wrong</w:t>
      </w:r>
      <w:r>
        <w:br/>
      </w:r>
      <w:r>
        <w:t xml:space="preserve">    (c) making up for wrongs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...the dancers continued for a while to circulate, to beat and beat out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indefatigable</w:t>
      </w:r>
      <w:r>
        <w:rPr>
          <w:b/>
          <w:bCs/>
        </w:rPr>
        <w:t xml:space="preserve"> </w:t>
      </w:r>
      <w:r>
        <w:rPr>
          <w:b/>
          <w:bCs/>
        </w:rPr>
        <w:t xml:space="preserve">rhythm.</w:t>
      </w:r>
      <w:r>
        <w:br/>
      </w:r>
      <w:r>
        <w:t xml:space="preserve">    (a) changing</w:t>
      </w:r>
      <w:r>
        <w:br/>
      </w:r>
      <w:r>
        <w:t xml:space="preserve">    (b) clear</w:t>
      </w:r>
      <w:r>
        <w:br/>
      </w:r>
      <w:r>
        <w:t xml:space="preserve">    (c) untiring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utterly</w:t>
      </w:r>
      <w:r>
        <w:rPr>
          <w:b/>
          <w:bCs/>
        </w:rPr>
        <w:t xml:space="preserve"> </w:t>
      </w:r>
      <w:r>
        <w:rPr>
          <w:b/>
          <w:bCs/>
        </w:rPr>
        <w:t xml:space="preserve">miserable, and perhaps (her shining eyes accused him), perhaps it was his own fault.</w:t>
      </w:r>
      <w:r>
        <w:br/>
      </w:r>
      <w:r>
        <w:t xml:space="preserve">    (a) completely</w:t>
      </w:r>
      <w:r>
        <w:br/>
      </w:r>
      <w:r>
        <w:t xml:space="preserve">    (b) a little</w:t>
      </w:r>
      <w:r>
        <w:br/>
      </w:r>
      <w:r>
        <w:t xml:space="preserve">    (c) beginning to be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 few seconds Lenina's eyes flinched away;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uttered</w:t>
      </w:r>
      <w:r>
        <w:rPr>
          <w:b/>
          <w:bCs/>
        </w:rPr>
        <w:t xml:space="preserve"> </w:t>
      </w:r>
      <w:r>
        <w:rPr>
          <w:b/>
          <w:bCs/>
        </w:rPr>
        <w:t xml:space="preserve">a nervous little laugh, tried to think of something to say and couldn't.</w:t>
      </w:r>
      <w:r>
        <w:br/>
      </w:r>
      <w:r>
        <w:t xml:space="preserve">    (a) made (with the voice)</w:t>
      </w:r>
      <w:r>
        <w:br/>
      </w:r>
      <w:r>
        <w:t xml:space="preserve">    (b) heard in the distance</w:t>
      </w:r>
      <w:r>
        <w:br/>
      </w:r>
      <w:r>
        <w:t xml:space="preserve">    (c) worried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looked at her in silence, his face unresponsive and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grave</w:t>
      </w:r>
      <w:r>
        <w:rPr>
          <w:b/>
          <w:bCs/>
        </w:rPr>
        <w:t xml:space="preserve">-looked at her intently.</w:t>
      </w:r>
      <w:r>
        <w:br/>
      </w:r>
      <w:r>
        <w:t xml:space="preserve">    (a) buried</w:t>
      </w:r>
      <w:r>
        <w:br/>
      </w:r>
      <w:r>
        <w:t xml:space="preserve">    (b) thoughtful</w:t>
      </w:r>
      <w:r>
        <w:br/>
      </w:r>
      <w:r>
        <w:t xml:space="preserve">    (c) serious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reminded her reassuringly of the synthetic noises made 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Solidarity</w:t>
      </w:r>
      <w:r>
        <w:rPr>
          <w:b/>
          <w:bCs/>
        </w:rPr>
        <w:t xml:space="preserve"> </w:t>
      </w:r>
      <w:r>
        <w:rPr>
          <w:b/>
          <w:bCs/>
        </w:rPr>
        <w:t xml:space="preserve">Services and Ford's Day celebrations.</w:t>
      </w:r>
      <w:r>
        <w:br/>
      </w:r>
      <w:r>
        <w:t xml:space="preserve">    (a) regarding increased intelligence</w:t>
      </w:r>
      <w:r>
        <w:br/>
      </w:r>
      <w:r>
        <w:t xml:space="preserve">    (b) regarding shared values</w:t>
      </w:r>
      <w:r>
        <w:br/>
      </w:r>
      <w:r>
        <w:t xml:space="preserve">    (c) regarding increased happiness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Unorthodoxy</w:t>
      </w:r>
      <w:r>
        <w:rPr>
          <w:b/>
          <w:bCs/>
        </w:rPr>
        <w:t xml:space="preserve"> </w:t>
      </w:r>
      <w:r>
        <w:rPr>
          <w:b/>
          <w:bCs/>
        </w:rPr>
        <w:t xml:space="preserve">threatens more than the life of a mere individual; it strikes at Society itself.</w:t>
      </w:r>
      <w:r>
        <w:br/>
      </w:r>
      <w:r>
        <w:t xml:space="preserve">    (a) being foolish</w:t>
      </w:r>
      <w:r>
        <w:br/>
      </w:r>
      <w:r>
        <w:t xml:space="preserve">    (b) selfish behavior</w:t>
      </w:r>
      <w:r>
        <w:br/>
      </w:r>
      <w:r>
        <w:t xml:space="preserve">    (c) unusual beliefs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"But I'm very glad," Dr. Shaw had concluded, "to have had this opportunity to see an example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senility</w:t>
      </w:r>
      <w:r>
        <w:rPr>
          <w:b/>
          <w:bCs/>
        </w:rPr>
        <w:t xml:space="preserve"> </w:t>
      </w:r>
      <w:r>
        <w:rPr>
          <w:b/>
          <w:bCs/>
        </w:rPr>
        <w:t xml:space="preserve">in a human being."</w:t>
      </w:r>
      <w:r>
        <w:br/>
      </w:r>
      <w:r>
        <w:t xml:space="preserve">    (a) age-related mental weakness</w:t>
      </w:r>
      <w:r>
        <w:br/>
      </w:r>
      <w:r>
        <w:t xml:space="preserve">    (b) loss of the sense of smell</w:t>
      </w:r>
      <w:r>
        <w:br/>
      </w:r>
      <w:r>
        <w:t xml:space="preserve">    (c) mental disorder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obscurely terrified lest she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cease</w:t>
      </w:r>
      <w:r>
        <w:rPr>
          <w:b/>
          <w:bCs/>
        </w:rPr>
        <w:t xml:space="preserve"> </w:t>
      </w:r>
      <w:r>
        <w:rPr>
          <w:b/>
          <w:bCs/>
        </w:rPr>
        <w:t xml:space="preserve">to be something he could feel himself unworthy of.</w:t>
      </w:r>
      <w:r>
        <w:br/>
      </w:r>
      <w:r>
        <w:t xml:space="preserve">    (a) continue</w:t>
      </w:r>
      <w:r>
        <w:br/>
      </w:r>
      <w:r>
        <w:t xml:space="preserve">    (b) start</w:t>
      </w:r>
      <w:r>
        <w:br/>
      </w:r>
      <w:r>
        <w:t xml:space="preserve">    (c) discontinue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From its hiding-place he took out his mouse-nibbled volume, turned with religious care its stained and crumbled pages, and began to read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Othello</w:t>
      </w:r>
      <w:r>
        <w:rPr>
          <w:b/>
          <w:bCs/>
        </w:rPr>
        <w:t xml:space="preserve">.</w:t>
      </w:r>
      <w:r>
        <w:br/>
      </w:r>
      <w:r>
        <w:t xml:space="preserve">    (a) a chapter in The Bible</w:t>
      </w:r>
      <w:r>
        <w:br/>
      </w:r>
      <w:r>
        <w:t xml:space="preserve">    (b) ancient Greek tragedy</w:t>
      </w:r>
      <w:r>
        <w:br/>
      </w:r>
      <w:r>
        <w:t xml:space="preserve">    (c) Shakespeare's tragedy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managed, with a heroic effort, to hold down the mounting pressure of his hilarity; but "sweet mother" (in the Savage's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tremulous</w:t>
      </w:r>
      <w:r>
        <w:rPr>
          <w:b/>
          <w:bCs/>
        </w:rPr>
        <w:t xml:space="preserve"> </w:t>
      </w:r>
      <w:r>
        <w:rPr>
          <w:b/>
          <w:bCs/>
        </w:rPr>
        <w:t xml:space="preserve">tone of anguish) and the reference to Tybalt lying dead, but evidently uncremated and wasting his phosphorus on a dim monument, were too much for him.</w:t>
      </w:r>
      <w:r>
        <w:br/>
      </w:r>
      <w:r>
        <w:t xml:space="preserve">    (a) vigorous (strong)</w:t>
      </w:r>
      <w:r>
        <w:br/>
      </w:r>
      <w:r>
        <w:t xml:space="preserve">    (b) quivering (shaky)</w:t>
      </w:r>
      <w:r>
        <w:br/>
      </w:r>
      <w:r>
        <w:t xml:space="preserve">    (c) marvelous (wonderful)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Why was that old fellow such a marvellous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propaganda</w:t>
      </w:r>
      <w:r>
        <w:rPr>
          <w:b/>
          <w:bCs/>
        </w:rPr>
        <w:t xml:space="preserve"> </w:t>
      </w:r>
      <w:r>
        <w:rPr>
          <w:b/>
          <w:bCs/>
        </w:rPr>
        <w:t xml:space="preserve">technician?</w:t>
      </w:r>
      <w:r>
        <w:br/>
      </w:r>
      <w:r>
        <w:t xml:space="preserve">    (a) embryonic development</w:t>
      </w:r>
      <w:r>
        <w:br/>
      </w:r>
      <w:r>
        <w:t xml:space="preserve">    (b) slanted news</w:t>
      </w:r>
      <w:r>
        <w:br/>
      </w:r>
      <w:r>
        <w:t xml:space="preserve">    (c) biomedical engineering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"She's my mother," he said in a scarcely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audible</w:t>
      </w:r>
      <w:r>
        <w:rPr>
          <w:b/>
          <w:bCs/>
        </w:rPr>
        <w:t xml:space="preserve"> </w:t>
      </w:r>
      <w:r>
        <w:rPr>
          <w:b/>
          <w:bCs/>
        </w:rPr>
        <w:t xml:space="preserve">voice.</w:t>
      </w:r>
      <w:r>
        <w:br/>
      </w:r>
      <w:r>
        <w:rPr>
          <w:b/>
          <w:bCs/>
        </w:rPr>
        <w:t xml:space="preserve">The nurse glanced at him with startled, horrified eyes; then quickly looked away.</w:t>
      </w:r>
      <w:r>
        <w:br/>
      </w:r>
      <w:r>
        <w:t xml:space="preserve">    (a) coming closer</w:t>
      </w:r>
      <w:r>
        <w:br/>
      </w:r>
      <w:r>
        <w:t xml:space="preserve">    (b) unchanged</w:t>
      </w:r>
      <w:r>
        <w:br/>
      </w:r>
      <w:r>
        <w:t xml:space="preserve">    (c) able to be heard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Deprivation of soma–</w:t>
      </w:r>
      <w:r>
        <w:rPr>
          <w:b/>
          <w:bCs/>
          <w:u w:val="single"/>
        </w:rPr>
        <w:t xml:space="preserve">appalling</w:t>
      </w:r>
      <w:r>
        <w:rPr>
          <w:b/>
          <w:bCs/>
        </w:rPr>
        <w:t xml:space="preserve"> </w:t>
      </w:r>
      <w:r>
        <w:rPr>
          <w:b/>
          <w:bCs/>
        </w:rPr>
        <w:t xml:space="preserve">thought!</w:t>
      </w:r>
      <w:r>
        <w:br/>
      </w:r>
      <w:r>
        <w:t xml:space="preserve">    (a) horrible</w:t>
      </w:r>
      <w:r>
        <w:br/>
      </w:r>
      <w:r>
        <w:t xml:space="preserve">    (b) invigorating</w:t>
      </w:r>
      <w:r>
        <w:br/>
      </w:r>
      <w:r>
        <w:t xml:space="preserve">    (c) clever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Straight from the depths of a non-existent heart, "My friends, my friends!" said the Voice so pathetically, with a note of such infinitely tender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that, behind their gas masks, even the policemen's eyes were momentarily dimmed with tears, "what is the meaning of this?"</w:t>
      </w:r>
      <w:r>
        <w:br/>
      </w:r>
      <w:r>
        <w:t xml:space="preserve">    (a) disappointment</w:t>
      </w:r>
      <w:r>
        <w:br/>
      </w:r>
      <w:r>
        <w:t xml:space="preserve">    (b) love</w:t>
      </w:r>
      <w:r>
        <w:br/>
      </w:r>
      <w:r>
        <w:t xml:space="preserve">    (c) feeling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look from Mustapha Mond reduced him to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abject</w:t>
      </w:r>
      <w:r>
        <w:rPr>
          <w:b/>
          <w:bCs/>
        </w:rPr>
        <w:t xml:space="preserve"> </w:t>
      </w:r>
      <w:r>
        <w:rPr>
          <w:b/>
          <w:bCs/>
        </w:rPr>
        <w:t xml:space="preserve">silence.</w:t>
      </w:r>
      <w:r>
        <w:br/>
      </w:r>
      <w:r>
        <w:t xml:space="preserve">    (a) extremely fast</w:t>
      </w:r>
      <w:r>
        <w:br/>
      </w:r>
      <w:r>
        <w:t xml:space="preserve">    (b) extremely submissive</w:t>
      </w:r>
      <w:r>
        <w:br/>
      </w:r>
      <w:r>
        <w:t xml:space="preserve">    (c) extremely angry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being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contented</w:t>
      </w:r>
      <w:r>
        <w:rPr>
          <w:b/>
          <w:bCs/>
        </w:rPr>
        <w:t xml:space="preserve"> </w:t>
      </w:r>
      <w:r>
        <w:rPr>
          <w:b/>
          <w:bCs/>
        </w:rPr>
        <w:t xml:space="preserve">has none of the glamour of a good fight against misfortune, none of the picturesqueness of a struggle with temptation, or a fatal overthrow by passion or doubt.</w:t>
      </w:r>
      <w:r>
        <w:br/>
      </w:r>
      <w:r>
        <w:t xml:space="preserve">    (a) dissatisfied</w:t>
      </w:r>
      <w:r>
        <w:br/>
      </w:r>
      <w:r>
        <w:t xml:space="preserve">    (b) satisfied</w:t>
      </w:r>
      <w:r>
        <w:br/>
      </w:r>
      <w:r>
        <w:t xml:space="preserve">    (c) worried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2026-07-31T14:20:03Z</dcterms:created>
  <dcterms:modified xsi:type="dcterms:W3CDTF">2026-07-31T14:20:03Z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