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73688f59ce7d2b7681dbcc7e8d8d7e93c3dc43"/>
    <w:p>
      <w:pPr>
        <w:pStyle w:val="Heading1"/>
      </w:pPr>
      <w:r>
        <w:rPr>
          <w:b/>
          <w:bCs/>
        </w:rPr>
        <w:t xml:space="preserve">BoneMan's Daughters</w:t>
      </w:r>
      <w:r>
        <w:br/>
      </w:r>
      <w:r>
        <w:rPr>
          <w:i/>
          <w:iCs/>
        </w:rPr>
        <w:t xml:space="preserve">Ted Dekker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in front of them cleared enough to reveal a plume of black smoke boiling to the sky ahead.</w:t>
      </w:r>
      <w:r>
        <w:br/>
      </w:r>
      <w:r>
        <w:t xml:space="preserve">    (a) close</w:t>
      </w:r>
      <w:r>
        <w:br/>
      </w:r>
      <w:r>
        <w:t xml:space="preserve">    (b) in a manner that is appropriate or related in size, amount, or degree</w:t>
      </w:r>
      <w:r>
        <w:br/>
      </w:r>
      <w:r>
        <w:t xml:space="preserve">    (c) in a manner that is not sexually attractive, or persuasively tempting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didn't yell anything specifically, just a roar of outrage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directed</w:t>
      </w:r>
      <w:r>
        <w:rPr>
          <w:b/>
          <w:bCs/>
        </w:rPr>
        <w:t xml:space="preserve"> </w:t>
      </w:r>
      <w:r>
        <w:rPr>
          <w:b/>
          <w:bCs/>
        </w:rPr>
        <w:t xml:space="preserve">at the BoneMan and whatever demonic entity had possessed him to visit such pain upon him.</w:t>
      </w:r>
      <w:r>
        <w:br/>
      </w:r>
      <w:r>
        <w:t xml:space="preserve">    (a) aimed, or intended for</w:t>
      </w:r>
      <w:r>
        <w:br/>
      </w:r>
      <w:r>
        <w:t xml:space="preserve">    (b) helped make clear</w:t>
      </w:r>
      <w:r>
        <w:br/>
      </w:r>
      <w:r>
        <w:t xml:space="preserve">    (c) thought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took the DA only because I was under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orders to take him, return him to the quarry, and break his bones by daybreak.</w:t>
      </w:r>
      <w:r>
        <w:br/>
      </w:r>
      <w:r>
        <w:t xml:space="preserve">    (a) meticulousness (care for small details)</w:t>
      </w:r>
      <w:r>
        <w:br/>
      </w:r>
      <w:r>
        <w:t xml:space="preserve">    (b) the state or degree of being very large</w:t>
      </w:r>
      <w:r>
        <w:br/>
      </w:r>
      <w:r>
        <w:t xml:space="preserve">    (c) clear, straightforward, or to the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despite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loathing</w:t>
      </w:r>
      <w:r>
        <w:rPr>
          <w:b/>
          <w:bCs/>
        </w:rPr>
        <w:t xml:space="preserve"> </w:t>
      </w:r>
      <w:r>
        <w:rPr>
          <w:b/>
          <w:bCs/>
        </w:rPr>
        <w:t xml:space="preserve">of little girls who jumped up and down with their fists clenched, she did just that.</w:t>
      </w:r>
      <w:r>
        <w:br/>
      </w:r>
      <w:r>
        <w:t xml:space="preserve">    (a) disgust or intense dislike</w:t>
      </w:r>
      <w:r>
        <w:br/>
      </w:r>
      <w:r>
        <w:t xml:space="preserve">    (b) changing through evolution</w:t>
      </w:r>
      <w:r>
        <w:br/>
      </w:r>
      <w:r>
        <w:t xml:space="preserve">    (c) stopping a battle or fight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man paced back and forth now, hands still behind his back, like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interrogator</w:t>
      </w:r>
      <w:r>
        <w:rPr>
          <w:b/>
          <w:bCs/>
        </w:rPr>
        <w:t xml:space="preserve"> </w:t>
      </w:r>
      <w:r>
        <w:rPr>
          <w:b/>
          <w:bCs/>
        </w:rPr>
        <w:t xml:space="preserve">from an old World War II movie.</w:t>
      </w:r>
      <w:r>
        <w:br/>
      </w:r>
      <w:r>
        <w:t xml:space="preserve">    (a) someone who is learned in the study of God or religion</w:t>
      </w:r>
      <w:r>
        <w:br/>
      </w:r>
      <w:r>
        <w:t xml:space="preserve">    (b) someone who asks a series of questions of someone else</w:t>
      </w:r>
      <w:r>
        <w:br/>
      </w:r>
      <w:r>
        <w:t xml:space="preserve">    (c) someone who won't answer questions; or blocks progress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would be more than enough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scrutiny</w:t>
      </w:r>
      <w:r>
        <w:rPr>
          <w:b/>
          <w:bCs/>
        </w:rPr>
        <w:t xml:space="preserve"> </w:t>
      </w:r>
      <w:r>
        <w:rPr>
          <w:b/>
          <w:bCs/>
        </w:rPr>
        <w:t xml:space="preserve">to go around if the folder on the chief's desk contained the truth.</w:t>
      </w:r>
      <w:r>
        <w:br/>
      </w:r>
      <w:r>
        <w:t xml:space="preserve">    (a) the best or most important</w:t>
      </w:r>
      <w:r>
        <w:br/>
      </w:r>
      <w:r>
        <w:t xml:space="preserve">    (b) a secret agreement or plot</w:t>
      </w:r>
      <w:r>
        <w:br/>
      </w:r>
      <w:r>
        <w:t xml:space="preserve">    (c) careful look or inspection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murder of detailed planning, and there was nothing on the Web to profile this level of intensity with an unclear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.</w:t>
      </w:r>
      <w:r>
        <w:br/>
      </w:r>
      <w:r>
        <w:t xml:space="preserve">    (a) small quantity or indication</w:t>
      </w:r>
      <w:r>
        <w:br/>
      </w:r>
      <w:r>
        <w:t xml:space="preserve">    (b) reason (for doing something)</w:t>
      </w:r>
      <w:r>
        <w:br/>
      </w:r>
      <w:r>
        <w:t xml:space="preserve">    (c) the sacred writings of Islam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overwhelming sense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remorse</w:t>
      </w:r>
      <w:r>
        <w:rPr>
          <w:b/>
          <w:bCs/>
        </w:rPr>
        <w:t xml:space="preserve"> </w:t>
      </w:r>
      <w:r>
        <w:rPr>
          <w:b/>
          <w:bCs/>
        </w:rPr>
        <w:t xml:space="preserve">flooded his mind.</w:t>
      </w:r>
      <w:r>
        <w:br/>
      </w:r>
      <w:r>
        <w:t xml:space="preserve">    (a) the main building (or buildings) of government</w:t>
      </w:r>
      <w:r>
        <w:br/>
      </w:r>
      <w:r>
        <w:t xml:space="preserve">    (b) two successive lines of poetry; usually rhymed</w:t>
      </w:r>
      <w:r>
        <w:br/>
      </w:r>
      <w:r>
        <w:t xml:space="preserve">    (c) deep regret for doing something that was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conclusive</w:t>
      </w:r>
      <w:r>
        <w:rPr>
          <w:b/>
          <w:bCs/>
        </w:rPr>
        <w:t xml:space="preserve"> </w:t>
      </w:r>
      <w:r>
        <w:rPr>
          <w:b/>
          <w:bCs/>
        </w:rPr>
        <w:t xml:space="preserve">in our way of thinking.</w:t>
      </w:r>
      <w:r>
        <w:br/>
      </w:r>
      <w:r>
        <w:t xml:space="preserve">    (a) in a manner that takes on or adopts</w:t>
      </w:r>
      <w:r>
        <w:br/>
      </w:r>
      <w:r>
        <w:t xml:space="preserve">    (b) putting an end to doubt or question</w:t>
      </w:r>
      <w:r>
        <w:br/>
      </w:r>
      <w:r>
        <w:t xml:space="preserve">    (c) full of strong desire for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to pass this debriefing and psych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evaluation</w:t>
      </w:r>
      <w:r>
        <w:rPr>
          <w:b/>
          <w:bCs/>
        </w:rPr>
        <w:t xml:space="preserve">, and shaking hands not withstanding, he would demonstrate that he was just fine.</w:t>
      </w:r>
      <w:r>
        <w:br/>
      </w:r>
      <w:r>
        <w:t xml:space="preserve">    (a) the act of finding fault and telling others; or a description of faults</w:t>
      </w:r>
      <w:r>
        <w:br/>
      </w:r>
      <w:r>
        <w:t xml:space="preserve">    (b) the process of thinking carefully and making a judgment about something</w:t>
      </w:r>
      <w:r>
        <w:br/>
      </w:r>
      <w:r>
        <w:t xml:space="preserve">    (c) an international boundary or a wilderness at the edge of a settled area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had physical wounds far worse than Ryan's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superficial</w:t>
      </w:r>
      <w:r>
        <w:rPr>
          <w:b/>
          <w:bCs/>
        </w:rPr>
        <w:t xml:space="preserve"> </w:t>
      </w:r>
      <w:r>
        <w:rPr>
          <w:b/>
          <w:bCs/>
        </w:rPr>
        <w:t xml:space="preserve">cuts, and he felt guilty for having taken up one of the forty-eight beds in this ward.</w:t>
      </w:r>
      <w:r>
        <w:br/>
      </w:r>
      <w:r>
        <w:t xml:space="preserve">    (a) relating to a surface rather than to anything deep or penetrating</w:t>
      </w:r>
      <w:r>
        <w:br/>
      </w:r>
      <w:r>
        <w:t xml:space="preserve">    (b) deep and creative</w:t>
      </w:r>
      <w:r>
        <w:br/>
      </w:r>
      <w:r>
        <w:t xml:space="preserve">    (c) comprehensive (thorough)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convoy I was in was hit, and I was taken by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insurgents</w:t>
      </w:r>
      <w:r>
        <w:rPr>
          <w:b/>
          <w:bCs/>
        </w:rPr>
        <w:t xml:space="preserve">.</w:t>
      </w:r>
      <w:r>
        <w:br/>
      </w:r>
      <w:r>
        <w:t xml:space="preserve">    (a) the science related to DNA sequences or units of heredity that influence biological traits</w:t>
      </w:r>
      <w:r>
        <w:br/>
      </w:r>
      <w:r>
        <w:t xml:space="preserve">    (b) members of an irregular armed force that fight a stronger force by sabotage and harassment</w:t>
      </w:r>
      <w:r>
        <w:br/>
      </w:r>
      <w:r>
        <w:t xml:space="preserve">    (c) streaks of light in the sky caused by small space rocks burning up in Earth’s atmosphere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—— FEW PEOPLE UNDERSTOOD how much of the best investigative work depended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intuition</w:t>
      </w:r>
      <w:r>
        <w:rPr>
          <w:b/>
          <w:bCs/>
        </w:rPr>
        <w:t xml:space="preserve">.</w:t>
      </w:r>
      <w:r>
        <w:br/>
      </w:r>
      <w:r>
        <w:t xml:space="preserve">    (a) someone with a potentially life-threatening psychological eating disorder that prevents eating enough food</w:t>
      </w:r>
      <w:r>
        <w:br/>
      </w:r>
      <w:r>
        <w:t xml:space="preserve">    (b) the redirection energy from a negative (unacceptable) impulse or urge into a positive or acceptable action</w:t>
      </w:r>
      <w:r>
        <w:br/>
      </w:r>
      <w:r>
        <w:t xml:space="preserve">    (c) the ability to known instinctively rather than through reasoning; or the thing that is known in such a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Kracker put a large hand on a sheet of paper and slid it next to a neatly stacked pile on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meticulously</w:t>
      </w:r>
      <w:r>
        <w:rPr>
          <w:b/>
          <w:bCs/>
        </w:rPr>
        <w:t xml:space="preserve"> </w:t>
      </w:r>
      <w:r>
        <w:rPr>
          <w:b/>
          <w:bCs/>
        </w:rPr>
        <w:t xml:space="preserve">arranged desk.</w:t>
      </w:r>
      <w:r>
        <w:br/>
      </w:r>
      <w:r>
        <w:t xml:space="preserve">    (a) in a manner treating details with great care</w:t>
      </w:r>
      <w:r>
        <w:br/>
      </w:r>
      <w:r>
        <w:t xml:space="preserve">    (b) in a manner that is capable of being noticed</w:t>
      </w:r>
      <w:r>
        <w:br/>
      </w:r>
      <w:r>
        <w:t xml:space="preserve">    (c) in a manner that is not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a human mind could desire anything with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compulsion</w:t>
      </w:r>
      <w:r>
        <w:rPr>
          <w:b/>
          <w:bCs/>
        </w:rPr>
        <w:t xml:space="preserve"> </w:t>
      </w:r>
      <w:r>
        <w:rPr>
          <w:b/>
          <w:bCs/>
        </w:rPr>
        <w:t xml:space="preserve">mystified him.</w:t>
      </w:r>
      <w:r>
        <w:br/>
      </w:r>
      <w:r>
        <w:t xml:space="preserve">    (a) a strategy or plan to do something</w:t>
      </w:r>
      <w:r>
        <w:br/>
      </w:r>
      <w:r>
        <w:t xml:space="preserve">    (b) an urge, force, or requirement to do something</w:t>
      </w:r>
      <w:r>
        <w:br/>
      </w:r>
      <w:r>
        <w:t xml:space="preserve">    (c) a dream about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would be all over Bee Cave Road and Southwest Parkway, the two primary roads that fed the vicinity, and Southwest Parkway was a wide-open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thoroughfare</w:t>
      </w:r>
      <w:r>
        <w:rPr>
          <w:b/>
          <w:bCs/>
        </w:rPr>
        <w:t xml:space="preserve"> </w:t>
      </w:r>
      <w:r>
        <w:rPr>
          <w:b/>
          <w:bCs/>
        </w:rPr>
        <w:t xml:space="preserve">with little traffic—not the best road to blend in on.</w:t>
      </w:r>
      <w:r>
        <w:br/>
      </w:r>
      <w:r>
        <w:t xml:space="preserve">    (a) blockage</w:t>
      </w:r>
      <w:r>
        <w:br/>
      </w:r>
      <w:r>
        <w:t xml:space="preserve">    (b) main road</w:t>
      </w:r>
      <w:r>
        <w:br/>
      </w:r>
      <w:r>
        <w:t xml:space="preserve">    (c) framework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Where the crows fly ...Where black birds called crows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congregate</w:t>
      </w:r>
      <w:r>
        <w:rPr>
          <w:b/>
          <w:bCs/>
        </w:rPr>
        <w:t xml:space="preserve">.</w:t>
      </w:r>
      <w:r>
        <w:br/>
      </w:r>
      <w:r>
        <w:t xml:space="preserve">    (a) include consideration of</w:t>
      </w:r>
      <w:r>
        <w:br/>
      </w:r>
      <w:r>
        <w:t xml:space="preserve">    (b) struggle or disagreement</w:t>
      </w:r>
      <w:r>
        <w:br/>
      </w:r>
      <w:r>
        <w:t xml:space="preserve">    (c) come together as a 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he'd misjudged BoneMan,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he would wait at the Crow's Nest in vain without having the luxury of leaving, just in case BoneMan did finally show.</w:t>
      </w:r>
      <w:r>
        <w:br/>
      </w:r>
      <w:r>
        <w:t xml:space="preserve">    (a)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one of those sayings that impressed average humans because,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much they hoped they believed it, they simply couldn't.</w:t>
      </w:r>
      <w:r>
        <w:br/>
      </w:r>
      <w:r>
        <w:t xml:space="preserve">    (a) people who are good at or spend much time studying, thinking, and reasoning</w:t>
      </w:r>
      <w:r>
        <w:br/>
      </w:r>
      <w:r>
        <w:t xml:space="preserve">    (b) aka analysis -- psychiatric treatment; or a theory of psychiatric treatment</w:t>
      </w:r>
      <w:r>
        <w:br/>
      </w:r>
      <w:r>
        <w:t xml:space="preserve">    (c) regardless of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Stockholm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syndrome</w:t>
      </w:r>
      <w:r>
        <w:rPr>
          <w:b/>
          <w:bCs/>
        </w:rPr>
        <w:t xml:space="preserve">, individuals' desperate attempts to become like their captors.</w:t>
      </w:r>
      <w:r>
        <w:br/>
      </w:r>
      <w:r>
        <w:t xml:space="preserve">    (a) a pattern of symptoms associated with an illness</w:t>
      </w:r>
      <w:r>
        <w:br/>
      </w:r>
      <w:r>
        <w:t xml:space="preserve">    (b) interferes in other people's affairs or business</w:t>
      </w:r>
      <w:r>
        <w:br/>
      </w:r>
      <w:r>
        <w:t xml:space="preserve">    (c) the value of production compared to value inputs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2026-07-31T17:58:42Z</dcterms:created>
  <dcterms:modified xsi:type="dcterms:W3CDTF">2026-07-31T17:58:42Z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