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dd0fc26747723587162024010fb4a0cf3c887e2"/>
    <w:p>
      <w:pPr>
        <w:pStyle w:val="Heading1"/>
      </w:pPr>
      <w:r>
        <w:rPr>
          <w:b/>
          <w:bCs/>
        </w:rPr>
        <w:t xml:space="preserve">Blood Brothers</w:t>
      </w:r>
      <w:r>
        <w:br/>
      </w:r>
      <w:r>
        <w:rPr>
          <w:i/>
          <w:iCs/>
        </w:rPr>
        <w:t xml:space="preserve">Nora Roberts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Without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qualm</w:t>
      </w:r>
      <w:r>
        <w:rPr>
          <w:b/>
          <w:bCs/>
        </w:rPr>
        <w:t xml:space="preserve">, he opened his father's wallet and helped himself to three singles and a five.</w:t>
      </w:r>
      <w:r>
        <w:br/>
      </w:r>
      <w:r>
        <w:t xml:space="preserve">    (a) feeling of uneasiness</w:t>
      </w:r>
      <w:r>
        <w:br/>
      </w:r>
      <w:r>
        <w:t xml:space="preserve">    (b) a nerve or brain cell</w:t>
      </w:r>
      <w:r>
        <w:br/>
      </w:r>
      <w:r>
        <w:t xml:space="preserve">    (c) long eventful journey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that he was hiking his way through Hawkins Wood to camp out at the expressly forbidden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Pagan</w:t>
      </w:r>
      <w:r>
        <w:rPr>
          <w:b/>
          <w:bCs/>
        </w:rPr>
        <w:t xml:space="preserve"> </w:t>
      </w:r>
      <w:r>
        <w:rPr>
          <w:b/>
          <w:bCs/>
        </w:rPr>
        <w:t xml:space="preserve">Stone.</w:t>
      </w:r>
      <w:r>
        <w:br/>
      </w:r>
      <w:r>
        <w:t xml:space="preserve">    (a) someone who performs a detailed examination to improve understanding</w:t>
      </w:r>
      <w:r>
        <w:br/>
      </w:r>
      <w:r>
        <w:t xml:space="preserve">    (b) an offensive term for a person who follows a non-mainstream religion</w:t>
      </w:r>
      <w:r>
        <w:br/>
      </w:r>
      <w:r>
        <w:t xml:space="preserve">    (c) someone or something that joins two things -- especially fruit trees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There's a writer coming into the Hollow to do research on the history, the legend, and what they're calling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anomalies</w:t>
      </w:r>
      <w:r>
        <w:rPr>
          <w:b/>
          <w:bCs/>
        </w:rPr>
        <w:t xml:space="preserve">.</w:t>
      </w:r>
      <w:r>
        <w:br/>
      </w:r>
      <w:r>
        <w:t xml:space="preserve">    (a) experts in the branch of geology that studies rocks</w:t>
      </w:r>
      <w:r>
        <w:br/>
      </w:r>
      <w:r>
        <w:t xml:space="preserve">    (b) successive pairs of lines of poetry; usually rhymed</w:t>
      </w:r>
      <w:r>
        <w:br/>
      </w:r>
      <w:r>
        <w:t xml:space="preserve">    (c) things falling outside of what is normally expected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twenty-two degrees with a windchill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factor</w:t>
      </w:r>
      <w:r>
        <w:rPr>
          <w:b/>
          <w:bCs/>
        </w:rPr>
        <w:t xml:space="preserve"> </w:t>
      </w:r>
      <w:r>
        <w:rPr>
          <w:b/>
          <w:bCs/>
        </w:rPr>
        <w:t xml:space="preserve">of fifteen.</w:t>
      </w:r>
      <w:r>
        <w:br/>
      </w:r>
      <w:r>
        <w:t xml:space="preserve">    (a) thing that affects a result or outcome</w:t>
      </w:r>
      <w:r>
        <w:br/>
      </w:r>
      <w:r>
        <w:t xml:space="preserve">    (b) job, reservation, booking, or activity</w:t>
      </w:r>
      <w:r>
        <w:br/>
      </w:r>
      <w:r>
        <w:t xml:space="preserve">    (c) something that is made or manufactured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since that would be breaking her vow to eat fast food no more than once a month, she wasn't going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indulge</w:t>
      </w:r>
      <w:r>
        <w:rPr>
          <w:b/>
          <w:bCs/>
        </w:rPr>
        <w:t xml:space="preserve">.</w:t>
      </w:r>
      <w:r>
        <w:br/>
      </w:r>
      <w:r>
        <w:t xml:space="preserve">    (a) enjoy to excess</w:t>
      </w:r>
      <w:r>
        <w:br/>
      </w:r>
      <w:r>
        <w:t xml:space="preserve">    (b) think carefully</w:t>
      </w:r>
      <w:r>
        <w:br/>
      </w:r>
      <w:r>
        <w:t xml:space="preserve">    (c) work or operate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Intrepid writer balks at first possible phenom, she thought, turns around, and drives her adorable red car to the nearest Mickey D's for a fat-filled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antidote</w:t>
      </w:r>
      <w:r>
        <w:rPr>
          <w:b/>
          <w:bCs/>
        </w:rPr>
        <w:t xml:space="preserve"> </w:t>
      </w:r>
      <w:r>
        <w:rPr>
          <w:b/>
          <w:bCs/>
        </w:rPr>
        <w:t xml:space="preserve">to nerves.</w:t>
      </w:r>
      <w:r>
        <w:br/>
      </w:r>
      <w:r>
        <w:t xml:space="preserve">    (a) toxin</w:t>
      </w:r>
      <w:r>
        <w:br/>
      </w:r>
      <w:r>
        <w:t xml:space="preserve">    (b) poison</w:t>
      </w:r>
      <w:r>
        <w:br/>
      </w:r>
      <w:r>
        <w:t xml:space="preserve">    (c) cure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hard to believe that it's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coincidence</w:t>
      </w:r>
      <w:r>
        <w:rPr>
          <w:b/>
          <w:bCs/>
        </w:rPr>
        <w:t xml:space="preserve"> </w:t>
      </w:r>
      <w:r>
        <w:rPr>
          <w:b/>
          <w:bCs/>
        </w:rPr>
        <w:t xml:space="preserve">this anomaly happens every seven years, with its start on your birthday.</w:t>
      </w:r>
      <w:r>
        <w:br/>
      </w:r>
      <w:r>
        <w:t xml:space="preserve">    (a) a person who studies DNA sequences or units of heredity that influence biological traits</w:t>
      </w:r>
      <w:r>
        <w:br/>
      </w:r>
      <w:r>
        <w:t xml:space="preserve">    (b) baseball:  a pitch thrown with little spin (so that it moves in an unpredictable manner)</w:t>
      </w:r>
      <w:r>
        <w:br/>
      </w:r>
      <w:r>
        <w:t xml:space="preserve">    (c) a situation where things happened at the same time by chance even though it was unlikely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You'll need to have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objectivity</w:t>
      </w:r>
      <w:r>
        <w:rPr>
          <w:b/>
          <w:bCs/>
        </w:rPr>
        <w:t xml:space="preserve">, and the sensitivity of a counselor to write the book that should be written on Hawkins Hollow…</w:t>
      </w:r>
      <w:r>
        <w:br/>
      </w:r>
      <w:r>
        <w:t xml:space="preserve">    (a) "spiritually renews" in a Christian ceremony  OR  initiates or purifies by a challenging experience</w:t>
      </w:r>
      <w:r>
        <w:br/>
      </w:r>
      <w:r>
        <w:t xml:space="preserve">    (b) understanding based on facts without the influence of personal feelings or preferences</w:t>
      </w:r>
      <w:r>
        <w:br/>
      </w:r>
      <w:r>
        <w:t xml:space="preserve">    (c) growth hormone -- a hormone produced by the anterior pituitary gland that promotes growth in humans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Cal heard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wistfulness</w:t>
      </w:r>
      <w:r>
        <w:rPr>
          <w:b/>
          <w:bCs/>
        </w:rPr>
        <w:t xml:space="preserve">.</w:t>
      </w:r>
      <w:r>
        <w:br/>
      </w:r>
      <w:r>
        <w:t xml:space="preserve">    (a) able to be restored to good condition</w:t>
      </w:r>
      <w:r>
        <w:br/>
      </w:r>
      <w:r>
        <w:t xml:space="preserve">    (b) full of longing or unfulfilled desire</w:t>
      </w:r>
      <w:r>
        <w:br/>
      </w:r>
      <w:r>
        <w:t xml:space="preserve">    (c) not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Have you ever had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genealogy</w:t>
      </w:r>
      <w:r>
        <w:rPr>
          <w:b/>
          <w:bCs/>
        </w:rPr>
        <w:t xml:space="preserve"> </w:t>
      </w:r>
      <w:r>
        <w:rPr>
          <w:b/>
          <w:bCs/>
        </w:rPr>
        <w:t xml:space="preserve">done?</w:t>
      </w:r>
      <w:r>
        <w:br/>
      </w:r>
      <w:r>
        <w:t xml:space="preserve">    (a) family ancestry or its study</w:t>
      </w:r>
      <w:r>
        <w:br/>
      </w:r>
      <w:r>
        <w:t xml:space="preserve">    (b) small quantity or indication</w:t>
      </w:r>
      <w:r>
        <w:br/>
      </w:r>
      <w:r>
        <w:t xml:space="preserve">    (c) reason (for doing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England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primarily</w:t>
      </w:r>
      <w:r>
        <w:rPr>
          <w:b/>
          <w:bCs/>
        </w:rPr>
        <w:t xml:space="preserve">, some Irish tossed in.</w:t>
      </w:r>
      <w:r>
        <w:br/>
      </w:r>
      <w:r>
        <w:t xml:space="preserve">    (a) wisely</w:t>
      </w:r>
      <w:r>
        <w:br/>
      </w:r>
      <w:r>
        <w:t xml:space="preserve">    (b) mainly</w:t>
      </w:r>
      <w:r>
        <w:br/>
      </w:r>
      <w:r>
        <w:t xml:space="preserve">    (c) really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insist on a demo later.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a word used to connect contrasting ideas as when using</w:t>
      </w:r>
      <w:r>
        <w:t xml:space="preserve"> </w:t>
      </w:r>
      <w:r>
        <w:rPr>
          <w:i/>
          <w:iCs/>
        </w:rPr>
        <w:t xml:space="preserve">though</w:t>
      </w:r>
      <w:r>
        <w:t xml:space="preserve">,</w:t>
      </w:r>
      <w:r>
        <w:t xml:space="preserve"> </w:t>
      </w:r>
      <w:r>
        <w:rPr>
          <w:i/>
          <w:iCs/>
        </w:rPr>
        <w:t xml:space="preserve">in spite of that</w:t>
      </w:r>
      <w:r>
        <w:t xml:space="preserve">,</w:t>
      </w:r>
      <w:r>
        <w:t xml:space="preserve"> </w:t>
      </w:r>
      <w:r>
        <w:rPr>
          <w:i/>
          <w:iCs/>
        </w:rPr>
        <w:t xml:space="preserve">in contrast</w:t>
      </w:r>
      <w:r>
        <w:t xml:space="preserve">,</w:t>
      </w:r>
      <w:r>
        <w:t xml:space="preserve"> </w:t>
      </w:r>
      <w:r>
        <w:rPr>
          <w:i/>
          <w:iCs/>
        </w:rPr>
        <w:t xml:space="preserve">nevertheless</w:t>
      </w:r>
      <w:r>
        <w:t xml:space="preserve">, etc.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much it tore inside her, Quinn knew it.</w:t>
      </w:r>
      <w:r>
        <w:br/>
      </w:r>
      <w:r>
        <w:t xml:space="preserve">    (a) regardless of how</w:t>
      </w:r>
      <w:r>
        <w:br/>
      </w:r>
      <w:r>
        <w:t xml:space="preserve">    (b) aka analysis -- psychiatric treatment; or a theory of psychiatric treatment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defied convention for him, risked shunning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censure</w:t>
      </w:r>
      <w:r>
        <w:rPr>
          <w:b/>
          <w:bCs/>
        </w:rPr>
        <w:t xml:space="preserve">.</w:t>
      </w:r>
      <w:r>
        <w:br/>
      </w:r>
      <w:r>
        <w:t xml:space="preserve">    (a) harsh or formal criticism</w:t>
      </w:r>
      <w:r>
        <w:br/>
      </w:r>
      <w:r>
        <w:t xml:space="preserve">    (b) being a boundary or limit</w:t>
      </w:r>
      <w:r>
        <w:br/>
      </w:r>
      <w:r>
        <w:t xml:space="preserve">    (c) find, search, or research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Following any whiff of information about devils, demons, unexplained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phenomenon</w:t>
      </w:r>
      <w:r>
        <w:rPr>
          <w:b/>
          <w:bCs/>
        </w:rPr>
        <w:t xml:space="preserve">.</w:t>
      </w:r>
      <w:r>
        <w:br/>
      </w:r>
      <w:r>
        <w:t xml:space="preserve">    (a) something that was once small, but is getting very large</w:t>
      </w:r>
      <w:r>
        <w:br/>
      </w:r>
      <w:r>
        <w:t xml:space="preserve">    (b) something that exists or happened -- often of special interest</w:t>
      </w:r>
      <w:r>
        <w:br/>
      </w:r>
      <w:r>
        <w:t xml:space="preserve">    (c) something important that is hard to see or sense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obviously morning irritable, and none of that,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mused</w:t>
      </w:r>
      <w:r>
        <w:rPr>
          <w:b/>
          <w:bCs/>
        </w:rPr>
        <w:t xml:space="preserve">, made him any less attractive.</w:t>
      </w:r>
      <w:r>
        <w:br/>
      </w:r>
      <w:r>
        <w:t xml:space="preserve">    (a) expelled or gotten rid of</w:t>
      </w:r>
      <w:r>
        <w:br/>
      </w:r>
      <w:r>
        <w:t xml:space="preserve">    (b) was abundant or plentiful</w:t>
      </w:r>
      <w:r>
        <w:br/>
      </w:r>
      <w:r>
        <w:t xml:space="preserve">    (c) thought (reflected)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Gage being drafted to make breakfast today is an example of the basics in non-</w:t>
      </w:r>
      <w:r>
        <w:rPr>
          <w:b/>
          <w:bCs/>
          <w:u w:val="single"/>
        </w:rPr>
        <w:t xml:space="preserve">gender</w:t>
      </w:r>
      <w:r>
        <w:rPr>
          <w:b/>
          <w:bCs/>
        </w:rPr>
        <w:t xml:space="preserve">-specific teamwork.</w:t>
      </w:r>
      <w:r>
        <w:br/>
      </w:r>
      <w:r>
        <w:t xml:space="preserve">    (a) male, female, or any of many trans categories</w:t>
      </w:r>
      <w:r>
        <w:br/>
      </w:r>
      <w:r>
        <w:t xml:space="preserve">    (b) quick, informal vote to see what people think</w:t>
      </w:r>
      <w:r>
        <w:br/>
      </w:r>
      <w:r>
        <w:t xml:space="preserve">    (c) an official charge (of having broken the law)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We're not going to suddenly jump sides and put on the uniform of some dark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entity</w:t>
      </w:r>
      <w:r>
        <w:rPr>
          <w:b/>
          <w:bCs/>
        </w:rPr>
        <w:t xml:space="preserve"> </w:t>
      </w:r>
      <w:r>
        <w:rPr>
          <w:b/>
          <w:bCs/>
        </w:rPr>
        <w:t xml:space="preserve">who tries to kill a dog to get his rocks off.</w:t>
      </w:r>
      <w:r>
        <w:br/>
      </w:r>
      <w:r>
        <w:t xml:space="preserve">    (a) an agreement to marry; or relating to an agreement to marry</w:t>
      </w:r>
      <w:r>
        <w:br/>
      </w:r>
      <w:r>
        <w:t xml:space="preserve">    (b) person, organization, or anything with a separate existence</w:t>
      </w:r>
      <w:r>
        <w:br/>
      </w:r>
      <w:r>
        <w:t xml:space="preserve">    (c) the act of taking someone up or receiving someone in heaven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do their counterparts, so we can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hypothesize</w:t>
      </w:r>
      <w:r>
        <w:rPr>
          <w:b/>
          <w:bCs/>
        </w:rPr>
        <w:t xml:space="preserve"> </w:t>
      </w:r>
      <w:r>
        <w:rPr>
          <w:b/>
          <w:bCs/>
        </w:rPr>
        <w:t xml:space="preserve">that those are weapons or countermeasures against him.</w:t>
      </w:r>
      <w:r>
        <w:br/>
      </w:r>
      <w:r>
        <w:t xml:space="preserve">    (a) add fuel or stir a fire to make it burn hotter; or make feelings stronger</w:t>
      </w:r>
      <w:r>
        <w:br/>
      </w:r>
      <w:r>
        <w:t xml:space="preserve">    (b) a rough calculation or guess of a value, quantity, or extent of something</w:t>
      </w:r>
      <w:r>
        <w:br/>
      </w:r>
      <w:r>
        <w:t xml:space="preserve">    (c) propose a seemingly reasonable, but unproven, idea based upon known facts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undermine</w:t>
      </w:r>
      <w:r>
        <w:rPr>
          <w:b/>
          <w:bCs/>
        </w:rPr>
        <w:t xml:space="preserve"> </w:t>
      </w:r>
      <w:r>
        <w:rPr>
          <w:b/>
          <w:bCs/>
        </w:rPr>
        <w:t xml:space="preserve">its confidence.</w:t>
      </w:r>
      <w:r>
        <w:br/>
      </w:r>
      <w:r>
        <w:t xml:space="preserve">    (a) weaken gradually</w:t>
      </w:r>
      <w:r>
        <w:br/>
      </w:r>
      <w:r>
        <w:t xml:space="preserve">    (b) take on or adopt</w:t>
      </w:r>
      <w:r>
        <w:br/>
      </w:r>
      <w:r>
        <w:t xml:space="preserve">    (c) make more varied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2026-05-20T02:44:19Z</dcterms:created>
  <dcterms:modified xsi:type="dcterms:W3CDTF">2026-05-20T02:44:19Z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