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35c6075251c191e5d4b06c8c39000fa150db8f"/>
    <w:p>
      <w:pPr>
        <w:pStyle w:val="Heading1"/>
      </w:pPr>
      <w:r>
        <w:rPr>
          <w:b/>
          <w:bCs/>
        </w:rPr>
        <w:t xml:space="preserve">Bless Me, Ultima</w:t>
      </w:r>
      <w:r>
        <w:br/>
      </w:r>
      <w:r>
        <w:rPr>
          <w:i/>
          <w:iCs/>
        </w:rPr>
        <w:t xml:space="preserve">Rudolfo Anaya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 of us were born steeped in sin, the sin of our fathers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Baptism</w:t>
      </w:r>
      <w:r>
        <w:rPr>
          <w:b/>
          <w:bCs/>
        </w:rPr>
        <w:t xml:space="preserve"> </w:t>
      </w:r>
      <w:r>
        <w:rPr>
          <w:b/>
          <w:bCs/>
        </w:rPr>
        <w:t xml:space="preserve">and Confirmation began to wash away.</w:t>
      </w:r>
      <w:r>
        <w:br/>
      </w:r>
      <w:r>
        <w:t xml:space="preserve">    (a) one of two defensive players who line up closest to the sideline to defend against passes -- especially to the wide receivers</w:t>
      </w:r>
      <w:r>
        <w:br/>
      </w:r>
      <w:r>
        <w:t xml:space="preserve">    (b) a Christian ceremony signifying spiritual cleansing and rebirth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challenging experience that initiates or purifies</w:t>
      </w:r>
      <w:r>
        <w:br/>
      </w:r>
      <w:r>
        <w:t xml:space="preserve">    (c) something created -- typically a work of music or writing; or the act of creating such a work; or the structure of such a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yearned</w:t>
      </w:r>
      <w:r>
        <w:rPr>
          <w:b/>
          <w:bCs/>
        </w:rPr>
        <w:t xml:space="preserve"> </w:t>
      </w:r>
      <w:r>
        <w:rPr>
          <w:b/>
          <w:bCs/>
        </w:rPr>
        <w:t xml:space="preserve">for my mother, and at the same time I understood that she had sent me to this place where I was an outcast.</w:t>
      </w:r>
      <w:r>
        <w:br/>
      </w:r>
      <w:r>
        <w:t xml:space="preserve">    (a) strongly desired</w:t>
      </w:r>
      <w:r>
        <w:br/>
      </w:r>
      <w:r>
        <w:t xml:space="preserve">    (b) stopped fighting</w:t>
      </w:r>
      <w:r>
        <w:br/>
      </w:r>
      <w:r>
        <w:t xml:space="preserve">    (c) not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 </w:t>
      </w:r>
      <w:r>
        <w:rPr>
          <w:b/>
          <w:bCs/>
        </w:rPr>
        <w:t xml:space="preserve">we had to kneel for one more prayer.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"He does not go to visit," Ultima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solemnly</w:t>
      </w:r>
      <w:r>
        <w:rPr>
          <w:b/>
          <w:bCs/>
        </w:rPr>
        <w:t xml:space="preserve">.</w:t>
      </w:r>
      <w:r>
        <w:br/>
      </w:r>
      <w:r>
        <w:t xml:space="preserve">    (a) in a manner that finds fault</w:t>
      </w:r>
      <w:r>
        <w:br/>
      </w:r>
      <w:r>
        <w:t xml:space="preserve">    (b) with seriousness</w:t>
      </w:r>
      <w:r>
        <w:br/>
      </w:r>
      <w:r>
        <w:t xml:space="preserve">    (c) in a manner that is not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are a fool if you do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my words.</w:t>
      </w:r>
      <w:r>
        <w:br/>
      </w:r>
      <w:r>
        <w:t xml:space="preserve">    (a) do what is suggested by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adjusted excessively or made up for excessively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voice was harsh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.</w:t>
      </w:r>
      <w:r>
        <w:br/>
      </w:r>
      <w:r>
        <w:t xml:space="preserve">    (a) huge</w:t>
      </w:r>
      <w:r>
        <w:br/>
      </w:r>
      <w:r>
        <w:t xml:space="preserve">    (b) suggestive of bad things to come</w:t>
      </w:r>
      <w:r>
        <w:br/>
      </w:r>
      <w:r>
        <w:t xml:space="preserve">    (c) comforting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knew I had witnessed a miraculous thing, the appearance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pagan</w:t>
      </w:r>
      <w:r>
        <w:rPr>
          <w:b/>
          <w:bCs/>
        </w:rPr>
        <w:t xml:space="preserve"> </w:t>
      </w:r>
      <w:r>
        <w:rPr>
          <w:b/>
          <w:bCs/>
        </w:rPr>
        <w:t xml:space="preserve">god, a thing as miraculous as the curing of my uncle Lucas.</w:t>
      </w:r>
      <w:r>
        <w:br/>
      </w:r>
      <w:r>
        <w:t xml:space="preserve">    (a) someone or something that joins two things -- especially fruit trees</w:t>
      </w:r>
      <w:r>
        <w:br/>
      </w:r>
      <w:r>
        <w:t xml:space="preserve">    (b) someone who performs a detailed examination to improve understanding</w:t>
      </w:r>
      <w:r>
        <w:br/>
      </w:r>
      <w:r>
        <w:t xml:space="preserve">    (c) an offensive term for a person who follows a non-mainstream religion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 </w:t>
      </w:r>
      <w:r>
        <w:rPr>
          <w:b/>
          <w:bCs/>
        </w:rPr>
        <w:t xml:space="preserve">of pain was more than I could bear.</w:t>
      </w:r>
      <w:r>
        <w:br/>
      </w:r>
      <w:r>
        <w:t xml:space="preserve">    (a) circular movement</w:t>
      </w:r>
      <w:r>
        <w:br/>
      </w:r>
      <w:r>
        <w:t xml:space="preserve">    (b) intense feelings of suffering</w:t>
      </w:r>
      <w:r>
        <w:br/>
      </w:r>
      <w:r>
        <w:t xml:space="preserve">    (c) size or dimension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the waters of the moon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replenish</w:t>
      </w:r>
      <w:r>
        <w:rPr>
          <w:b/>
          <w:bCs/>
        </w:rPr>
        <w:t xml:space="preserve"> </w:t>
      </w:r>
      <w:r>
        <w:rPr>
          <w:b/>
          <w:bCs/>
        </w:rPr>
        <w:t xml:space="preserve">the oceans there would be no oceans.</w:t>
      </w:r>
      <w:r>
        <w:br/>
      </w:r>
      <w:r>
        <w:t xml:space="preserve">    (a) point to differences between; or compare to show differences</w:t>
      </w:r>
      <w:r>
        <w:br/>
      </w:r>
      <w:r>
        <w:t xml:space="preserve">    (b) provide investment funds for something -- such as a business</w:t>
      </w:r>
      <w:r>
        <w:br/>
      </w:r>
      <w:r>
        <w:t xml:space="preserve">    (c) replace what was used up; or restore to a previous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our eyes grew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accustomed to</w:t>
      </w:r>
      <w:r>
        <w:rPr>
          <w:b/>
          <w:bCs/>
        </w:rPr>
        <w:t xml:space="preserve"> </w:t>
      </w:r>
      <w:r>
        <w:rPr>
          <w:b/>
          <w:bCs/>
        </w:rPr>
        <w:t xml:space="preserve">the dark and we could see the dark outlines of men, and their red, sweating faces by the light of their torches.</w:t>
      </w:r>
      <w:r>
        <w:br/>
      </w:r>
      <w:r>
        <w:t xml:space="preserve">    (a) the state or character of being good or beneficial</w:t>
      </w:r>
      <w:r>
        <w:br/>
      </w:r>
      <w:r>
        <w:t xml:space="preserve">    (b) the ability to be taken up or received into heaven</w:t>
      </w:r>
      <w:r>
        <w:br/>
      </w:r>
      <w:r>
        <w:t xml:space="preserve">    (c) used to (adapted to something, so it seems normal)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Narciso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"and if you seek to do evil to la Grande I will cut your heart out!"</w:t>
      </w:r>
      <w:r>
        <w:br/>
      </w:r>
      <w:r>
        <w:t xml:space="preserve">    (a) said indirectly</w:t>
      </w:r>
      <w:r>
        <w:br/>
      </w:r>
      <w:r>
        <w:t xml:space="preserve">    (b) replied quickly</w:t>
      </w:r>
      <w:r>
        <w:br/>
      </w:r>
      <w:r>
        <w:t xml:space="preserve">    (c) greatly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have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on you, their voices crackled.</w:t>
      </w:r>
      <w:r>
        <w:br/>
      </w:r>
      <w:r>
        <w:t xml:space="preserve">    (a) revenge</w:t>
      </w:r>
      <w:r>
        <w:br/>
      </w:r>
      <w:r>
        <w:t xml:space="preserve">    (b) something that stands out</w:t>
      </w:r>
      <w:r>
        <w:br/>
      </w:r>
      <w:r>
        <w:t xml:space="preserve">    (c) something made from parts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front of the dark doors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Purgatory</w:t>
      </w:r>
      <w:r>
        <w:rPr>
          <w:b/>
          <w:bCs/>
        </w:rPr>
        <w:t xml:space="preserve"> </w:t>
      </w:r>
      <w:r>
        <w:rPr>
          <w:b/>
          <w:bCs/>
        </w:rPr>
        <w:t xml:space="preserve">my bleached bones were laid to rest.</w:t>
      </w:r>
      <w:r>
        <w:br/>
      </w:r>
      <w:r>
        <w:t xml:space="preserve">    (a)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(b) treatment with extra kindness or tolerance  OR  (more rarely) a special pleasure (typically something done in excess of what is thought good -- such as eating too much cake, or being too lazy)</w:t>
      </w:r>
      <w:r>
        <w:br/>
      </w:r>
      <w:r>
        <w:t xml:space="preserve">    (c) a place or state of temporary suffering while waiting</w:t>
      </w:r>
      <w:r>
        <w:br/>
      </w:r>
      <w:r>
        <w:br/>
      </w:r>
      <w:r>
        <w:t xml:space="preserve">or in Roman Catholic theology: the place where those who have died in a state of grace undergo limited suffering to pay for their sins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great cry went up from the people as they saw crashing,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tumultuous</w:t>
      </w:r>
      <w:r>
        <w:rPr>
          <w:b/>
          <w:bCs/>
        </w:rPr>
        <w:t xml:space="preserve"> </w:t>
      </w:r>
      <w:r>
        <w:rPr>
          <w:b/>
          <w:bCs/>
        </w:rPr>
        <w:t xml:space="preserve">waters fill the dark hole.</w:t>
      </w:r>
      <w:r>
        <w:br/>
      </w:r>
      <w:r>
        <w:t xml:space="preserve">    (a) able to be understood or explained</w:t>
      </w:r>
      <w:r>
        <w:br/>
      </w:r>
      <w:r>
        <w:t xml:space="preserve">    (b) turbulent (confused or disordered)</w:t>
      </w:r>
      <w:r>
        <w:br/>
      </w:r>
      <w:r>
        <w:t xml:space="preserve">    (c)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thing that helped to break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monotony</w:t>
      </w:r>
      <w:r>
        <w:rPr>
          <w:b/>
          <w:bCs/>
        </w:rPr>
        <w:t xml:space="preserve"> </w:t>
      </w:r>
      <w:r>
        <w:rPr>
          <w:b/>
          <w:bCs/>
        </w:rPr>
        <w:t xml:space="preserve">of being locked in by the storm was the arrival of Leon and Eugene.</w:t>
      </w:r>
      <w:r>
        <w:br/>
      </w:r>
      <w:r>
        <w:t xml:space="preserve">    (a) relative amount</w:t>
      </w:r>
      <w:r>
        <w:br/>
      </w:r>
      <w:r>
        <w:t xml:space="preserve">    (b) lack of variety</w:t>
      </w:r>
      <w:r>
        <w:br/>
      </w:r>
      <w:r>
        <w:t xml:space="preserve">    (c)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...his voice thundered, and we fell back in horror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 </w:t>
      </w:r>
      <w:r>
        <w:rPr>
          <w:b/>
          <w:bCs/>
        </w:rPr>
        <w:t xml:space="preserve">he uttered.</w:t>
      </w:r>
      <w:r>
        <w:br/>
      </w:r>
      <w:r>
        <w:t xml:space="preserve">    (a) Nazi organization for children aged 10 to 18</w:t>
      </w:r>
      <w:r>
        <w:br/>
      </w:r>
      <w:r>
        <w:t xml:space="preserve">    (b) something said that is disrespectful of something considered sacred -- especially God or religion</w:t>
      </w:r>
      <w:r>
        <w:br/>
      </w:r>
      <w:r>
        <w:t xml:space="preserve">    (c)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shouted, "there will be no punishment, there will be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penance</w:t>
      </w:r>
      <w:r>
        <w:rPr>
          <w:b/>
          <w:bCs/>
        </w:rPr>
        <w:t xml:space="preserve">!"</w:t>
      </w:r>
      <w:r>
        <w:br/>
      </w:r>
      <w:r>
        <w:t xml:space="preserve">    (a) the act of hiding something by making it blend in with its surroundings; or hiding the truth; or something that hides or deceives</w:t>
      </w:r>
      <w:r>
        <w:br/>
      </w:r>
      <w:r>
        <w:t xml:space="preserve">    (b) to expression feelings or thoughts enthusiastically  OR  to squirt or give off (typically under pressure such as blood or leaking gas)</w:t>
      </w:r>
      <w:r>
        <w:br/>
      </w:r>
      <w:r>
        <w:t xml:space="preserve">    (c) self-punishment or other atonement (action to make up for wrong-doing)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Tellez threw up his arms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exasperation</w:t>
      </w:r>
      <w:r>
        <w:rPr>
          <w:b/>
          <w:bCs/>
        </w:rPr>
        <w:t xml:space="preserve">,</w:t>
      </w:r>
      <w:r>
        <w:br/>
      </w:r>
      <w:r>
        <w:t xml:space="preserve">    (a) relative amount</w:t>
      </w:r>
      <w:r>
        <w:br/>
      </w:r>
      <w:r>
        <w:t xml:space="preserve">    (b) in disagreement</w:t>
      </w:r>
      <w:r>
        <w:br/>
      </w:r>
      <w:r>
        <w:t xml:space="preserve">    (c)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painful wrenching in my heart made me cry aloud, "My God, my God, why have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forsaken</w:t>
      </w:r>
      <w:r>
        <w:rPr>
          <w:b/>
          <w:bCs/>
        </w:rPr>
        <w:t xml:space="preserve"> </w:t>
      </w:r>
      <w:r>
        <w:rPr>
          <w:b/>
          <w:bCs/>
        </w:rPr>
        <w:t xml:space="preserve">me!"</w:t>
      </w:r>
      <w:r>
        <w:br/>
      </w:r>
      <w:r>
        <w:t xml:space="preserve">    (a) able to take on or adopt</w:t>
      </w:r>
      <w:r>
        <w:br/>
      </w:r>
      <w:r>
        <w:t xml:space="preserve">    (b) abandoned</w:t>
      </w:r>
      <w:r>
        <w:br/>
      </w:r>
      <w:r>
        <w:t xml:space="preserve">    (c) the state of being awake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very night 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avenge</w:t>
      </w:r>
      <w:r>
        <w:rPr>
          <w:b/>
          <w:bCs/>
        </w:rPr>
        <w:t xml:space="preserve"> </w:t>
      </w:r>
      <w:r>
        <w:rPr>
          <w:b/>
          <w:bCs/>
        </w:rPr>
        <w:t xml:space="preserve">the death of my two daughters!</w:t>
      </w:r>
      <w:r>
        <w:br/>
      </w:r>
      <w:r>
        <w:t xml:space="preserve">    (a) make more varied</w:t>
      </w:r>
      <w:r>
        <w:br/>
      </w:r>
      <w:r>
        <w:t xml:space="preserve">    (b) take revenge for</w:t>
      </w:r>
      <w:r>
        <w:br/>
      </w:r>
      <w:r>
        <w:t xml:space="preserve">    (c) take on or adopt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2026-07-31T18:03:35Z</dcterms:created>
  <dcterms:modified xsi:type="dcterms:W3CDTF">2026-07-31T18:03:35Z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