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e55ae0ed1fb3915e1bad0090cdacd8945b2925"/>
    <w:p>
      <w:pPr>
        <w:pStyle w:val="Heading1"/>
      </w:pPr>
      <w:r>
        <w:rPr>
          <w:b/>
          <w:bCs/>
        </w:rPr>
        <w:t xml:space="preserve">Bleak House</w:t>
      </w:r>
      <w:r>
        <w:br/>
      </w:r>
      <w:r>
        <w:rPr>
          <w:i/>
          <w:iCs/>
        </w:rPr>
        <w:t xml:space="preserve">Charles Dickens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dresses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latest fashions.</w:t>
      </w:r>
      <w:r>
        <w:br/>
      </w:r>
      <w:r>
        <w:t xml:space="preserve">    (a) ignorance</w:t>
      </w:r>
      <w:r>
        <w:br/>
      </w:r>
      <w:r>
        <w:t xml:space="preserve">    (b) opposition</w:t>
      </w:r>
      <w:r>
        <w:br/>
      </w:r>
      <w:r>
        <w:t xml:space="preserve">    (c) keeping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fight, he turned himself in of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.</w:t>
      </w:r>
      <w:r>
        <w:br/>
      </w:r>
      <w:r>
        <w:t xml:space="preserve">    (a) own safety</w:t>
      </w:r>
      <w:r>
        <w:br/>
      </w:r>
      <w:r>
        <w:t xml:space="preserve">    (b) own mind</w:t>
      </w:r>
      <w:r>
        <w:br/>
      </w:r>
      <w:r>
        <w:t xml:space="preserve">    (c) own fear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defines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intelligence</w:t>
      </w:r>
      <w:r>
        <w:rPr>
          <w:b/>
          <w:bCs/>
        </w:rPr>
        <w:t xml:space="preserve"> </w:t>
      </w:r>
      <w:r>
        <w:rPr>
          <w:b/>
          <w:bCs/>
        </w:rPr>
        <w:t xml:space="preserve">as "the ability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</w:t>
      </w:r>
      <w:r>
        <w:rPr>
          <w:b/>
          <w:bCs/>
        </w:rPr>
        <w:t xml:space="preserve"> </w:t>
      </w:r>
      <w:r>
        <w:rPr>
          <w:b/>
          <w:bCs/>
        </w:rPr>
        <w:t xml:space="preserve">the interrelationships of presented facts in such a way as to guide action toward a desired goal."</w:t>
      </w:r>
      <w:r>
        <w:br/>
      </w:r>
      <w:r>
        <w:t xml:space="preserve">    (a) get along with</w:t>
      </w:r>
      <w:r>
        <w:br/>
      </w:r>
      <w:r>
        <w:t xml:space="preserve">    (b) understand</w:t>
      </w:r>
      <w:r>
        <w:br/>
      </w:r>
      <w:r>
        <w:t xml:space="preserve">    (c) interact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apprehended</w:t>
      </w:r>
      <w:r>
        <w:rPr>
          <w:b/>
          <w:bCs/>
        </w:rPr>
        <w:t xml:space="preserve"> </w:t>
      </w:r>
      <w:r>
        <w:rPr>
          <w:b/>
          <w:bCs/>
        </w:rPr>
        <w:t xml:space="preserve">the suspect late last night.</w:t>
      </w:r>
      <w:r>
        <w:br/>
      </w:r>
      <w:r>
        <w:t xml:space="preserve">    (a) caught and arrested</w:t>
      </w:r>
      <w:r>
        <w:br/>
      </w:r>
      <w:r>
        <w:t xml:space="preserve">    (b) found the location of</w:t>
      </w:r>
      <w:r>
        <w:br/>
      </w:r>
      <w:r>
        <w:t xml:space="preserve">    (c)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job prospects are hindered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 </w:t>
      </w:r>
      <w:r>
        <w:rPr>
          <w:b/>
          <w:bCs/>
        </w:rPr>
        <w:t xml:space="preserve">of the conviction.</w:t>
      </w:r>
      <w:r>
        <w:br/>
      </w:r>
      <w:r>
        <w:t xml:space="preserve">    (a) result</w:t>
      </w:r>
      <w:r>
        <w:br/>
      </w:r>
      <w:r>
        <w:t xml:space="preserve">    (b) important part</w:t>
      </w:r>
      <w:r>
        <w:br/>
      </w:r>
      <w:r>
        <w:t xml:space="preserve">    (c) unimportant part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the 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consequential</w:t>
      </w:r>
      <w:r>
        <w:rPr>
          <w:b/>
          <w:bCs/>
        </w:rPr>
        <w:t xml:space="preserve"> </w:t>
      </w:r>
      <w:r>
        <w:rPr>
          <w:b/>
          <w:bCs/>
        </w:rPr>
        <w:t xml:space="preserve">tax legislation in decades.</w:t>
      </w:r>
      <w:r>
        <w:br/>
      </w:r>
      <w:r>
        <w:t xml:space="preserve">    (a) harmful</w:t>
      </w:r>
      <w:r>
        <w:br/>
      </w:r>
      <w:r>
        <w:t xml:space="preserve">    (b) important</w:t>
      </w:r>
      <w:r>
        <w:br/>
      </w:r>
      <w:r>
        <w:t xml:space="preserve">    (c) unethical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appealed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deportation</w:t>
      </w:r>
      <w:r>
        <w:rPr>
          <w:b/>
          <w:bCs/>
        </w:rPr>
        <w:t xml:space="preserve">.</w:t>
      </w:r>
      <w:r>
        <w:br/>
      </w:r>
      <w:r>
        <w:t xml:space="preserve">    (a) unfavorable decision</w:t>
      </w:r>
      <w:r>
        <w:br/>
      </w:r>
      <w:r>
        <w:t xml:space="preserve">    (b) order to leave</w:t>
      </w:r>
      <w:r>
        <w:br/>
      </w:r>
      <w:r>
        <w:t xml:space="preserve">    (c) large fine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launched into a lecture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deportment</w:t>
      </w:r>
      <w:r>
        <w:rPr>
          <w:b/>
          <w:bCs/>
        </w:rPr>
        <w:t xml:space="preserve"> </w:t>
      </w:r>
      <w:r>
        <w:rPr>
          <w:b/>
          <w:bCs/>
        </w:rPr>
        <w:t xml:space="preserve">and dress at school.</w:t>
      </w:r>
      <w:r>
        <w:br/>
      </w:r>
      <w:r>
        <w:t xml:space="preserve">    (a) behavior</w:t>
      </w:r>
      <w:r>
        <w:br/>
      </w:r>
      <w:r>
        <w:t xml:space="preserve">    (b) study habits</w:t>
      </w:r>
      <w:r>
        <w:br/>
      </w:r>
      <w:r>
        <w:t xml:space="preserve">    (c) making amends for a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avoid</w:t>
      </w:r>
      <w:r>
        <w:br/>
      </w:r>
      <w:r>
        <w:t xml:space="preserve">    (b) increase</w:t>
      </w:r>
      <w:r>
        <w:br/>
      </w:r>
      <w:r>
        <w:t xml:space="preserve">    (c) create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inclined</w:t>
      </w:r>
      <w:r>
        <w:rPr>
          <w:b/>
          <w:bCs/>
        </w:rPr>
        <w:t xml:space="preserve"> </w:t>
      </w:r>
      <w:r>
        <w:rPr>
          <w:b/>
          <w:bCs/>
        </w:rPr>
        <w:t xml:space="preserve">to laugh, but I overcame the urge.</w:t>
      </w:r>
      <w:r>
        <w:br/>
      </w:r>
      <w:r>
        <w:t xml:space="preserve">    (a) tending</w:t>
      </w:r>
      <w:r>
        <w:br/>
      </w:r>
      <w:r>
        <w:t xml:space="preserve">    (b) afraid</w:t>
      </w:r>
      <w:r>
        <w:br/>
      </w:r>
      <w:r>
        <w:t xml:space="preserve">    (c) disinclined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boat ramp has a steep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incline</w:t>
      </w:r>
      <w:r>
        <w:rPr>
          <w:b/>
          <w:bCs/>
        </w:rPr>
        <w:t xml:space="preserve">.</w:t>
      </w:r>
      <w:r>
        <w:br/>
      </w:r>
      <w:r>
        <w:t xml:space="preserve">    (a) danger</w:t>
      </w:r>
      <w:r>
        <w:br/>
      </w:r>
      <w:r>
        <w:t xml:space="preserve">    (b) price</w:t>
      </w:r>
      <w:r>
        <w:br/>
      </w:r>
      <w:r>
        <w:t xml:space="preserve">    (c) slope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been seen</w:t>
      </w:r>
      <w:r>
        <w:br/>
      </w:r>
      <w:r>
        <w:t xml:space="preserve">    (b) inserted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lawyers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remonstrate</w:t>
      </w:r>
      <w:r>
        <w:rPr>
          <w:b/>
          <w:bCs/>
        </w:rPr>
        <w:t xml:space="preserve"> </w:t>
      </w:r>
      <w:r>
        <w:rPr>
          <w:b/>
          <w:bCs/>
        </w:rPr>
        <w:t xml:space="preserve">that we're starting without a written agreement, but we trust each other.</w:t>
      </w:r>
      <w:r>
        <w:br/>
      </w:r>
      <w:r>
        <w:t xml:space="preserve">    (a) promise</w:t>
      </w:r>
      <w:r>
        <w:br/>
      </w:r>
      <w:r>
        <w:t xml:space="preserve">    (b) explain</w:t>
      </w:r>
      <w:r>
        <w:br/>
      </w:r>
      <w:r>
        <w:t xml:space="preserve">    (c) protest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an invoice for $100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.</w:t>
      </w:r>
      <w:r>
        <w:br/>
      </w:r>
      <w:r>
        <w:t xml:space="preserve">    (a) described in writing</w:t>
      </w:r>
      <w:r>
        <w:br/>
      </w:r>
      <w:r>
        <w:t xml:space="preserve">    (b) provided or supplied</w:t>
      </w:r>
      <w:r>
        <w:br/>
      </w:r>
      <w:r>
        <w:t xml:space="preserve">    (c) to be performed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disorder will eventually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her paralyzed.</w:t>
      </w:r>
      <w:r>
        <w:br/>
      </w:r>
      <w:r>
        <w:t xml:space="preserve">    (a) compare</w:t>
      </w:r>
      <w:r>
        <w:br/>
      </w:r>
      <w:r>
        <w:t xml:space="preserve">    (b) make</w:t>
      </w:r>
      <w:r>
        <w:br/>
      </w:r>
      <w:r>
        <w:t xml:space="preserve">    (c) unmake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waste my time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trifling</w:t>
      </w:r>
      <w:r>
        <w:rPr>
          <w:b/>
          <w:bCs/>
        </w:rPr>
        <w:t xml:space="preserve"> </w:t>
      </w:r>
      <w:r>
        <w:rPr>
          <w:b/>
          <w:bCs/>
        </w:rPr>
        <w:t xml:space="preserve">matters.</w:t>
      </w:r>
      <w:r>
        <w:br/>
      </w:r>
      <w:r>
        <w:t xml:space="preserve">    (a) future</w:t>
      </w:r>
      <w:r>
        <w:br/>
      </w:r>
      <w:r>
        <w:t xml:space="preserve">    (b) other's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European Parliament refuses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trifled with</w:t>
      </w:r>
      <w:r>
        <w:rPr>
          <w:b/>
          <w:bCs/>
        </w:rPr>
        <w:t xml:space="preserve">.</w:t>
      </w:r>
      <w:r>
        <w:br/>
      </w:r>
      <w:r>
        <w:t xml:space="preserve">    (a) argued with</w:t>
      </w:r>
      <w:r>
        <w:br/>
      </w:r>
      <w:r>
        <w:t xml:space="preserve">    (b) negotiated with</w:t>
      </w:r>
      <w:r>
        <w:br/>
      </w:r>
      <w:r>
        <w:t xml:space="preserve">    (c) treated without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losing everything, he lived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 </w:t>
      </w:r>
      <w:r>
        <w:rPr>
          <w:b/>
          <w:bCs/>
        </w:rPr>
        <w:t xml:space="preserve">for nearly five years.</w:t>
      </w:r>
      <w:r>
        <w:br/>
      </w:r>
      <w:r>
        <w:t xml:space="preserve">    (a) wealthy landowner</w:t>
      </w:r>
      <w:r>
        <w:br/>
      </w:r>
      <w:r>
        <w:t xml:space="preserve">    (b) settled farmer</w:t>
      </w:r>
      <w:r>
        <w:br/>
      </w:r>
      <w:r>
        <w:t xml:space="preserve">    (c) wandering drifter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destroyed</w:t>
      </w:r>
      <w:r>
        <w:br/>
      </w:r>
      <w:r>
        <w:t xml:space="preserve">    (b) produced</w:t>
      </w:r>
      <w:r>
        <w:br/>
      </w:r>
      <w:r>
        <w:t xml:space="preserve">    (c) slowed down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produced</w:t>
      </w:r>
      <w:r>
        <w:br/>
      </w:r>
      <w:r>
        <w:t xml:space="preserve">    (b) gave in</w:t>
      </w:r>
      <w:r>
        <w:br/>
      </w:r>
      <w:r>
        <w:t xml:space="preserve">    (c) added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2026-07-31T14:42:06Z</dcterms:created>
  <dcterms:modified xsi:type="dcterms:W3CDTF">2026-07-31T14:42:06Z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