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3ba12b4a0ec91e7342069f8cf3679b6d94a6a0"/>
    <w:p>
      <w:pPr>
        <w:pStyle w:val="Heading1"/>
      </w:pPr>
      <w:r>
        <w:rPr>
          <w:b/>
          <w:bCs/>
        </w:rPr>
        <w:t xml:space="preserve">Bleak House</w:t>
      </w:r>
      <w:r>
        <w:br/>
      </w:r>
      <w:r>
        <w:rPr>
          <w:i/>
          <w:iCs/>
        </w:rPr>
        <w:t xml:space="preserve">Charles Dickens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arranged in exact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accordance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wishes of your guardian</w:t>
      </w:r>
      <w:r>
        <w:br/>
      </w:r>
      <w:r>
        <w:t xml:space="preserve">    (a) doubt (that something is true)</w:t>
      </w:r>
      <w:r>
        <w:br/>
      </w:r>
      <w:r>
        <w:t xml:space="preserve">    (b) agreement with</w:t>
      </w:r>
      <w:r>
        <w:br/>
      </w:r>
      <w:r>
        <w:t xml:space="preserve">    (c) the quality of being continuous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lady said, of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own accord</w:t>
      </w:r>
      <w:r>
        <w:rPr>
          <w:b/>
          <w:bCs/>
        </w:rPr>
        <w:t xml:space="preserve"> </w:t>
      </w:r>
      <w:r>
        <w:rPr>
          <w:b/>
          <w:bCs/>
        </w:rPr>
        <w:t xml:space="preserve">and not of his seeking, that her name was an assumed one.</w:t>
      </w:r>
      <w:r>
        <w:br/>
      </w:r>
      <w:r>
        <w:t xml:space="preserve">    (a) tropical viral disease transmitted by a mosquito</w:t>
      </w:r>
      <w:r>
        <w:br/>
      </w:r>
      <w:r>
        <w:t xml:space="preserve">    (b) own mind (voluntarily without anyone asking)</w:t>
      </w:r>
      <w:r>
        <w:br/>
      </w:r>
      <w:r>
        <w:t xml:space="preserve">    (c) the achievement of 3 positive feats in a sport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screen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them and it, and they were leaning on the screen, talking.</w:t>
      </w:r>
      <w:r>
        <w:br/>
      </w:r>
      <w:r>
        <w:t xml:space="preserve">    (a) to insert between other elements; or to interrupt or stop action by others</w:t>
      </w:r>
      <w:r>
        <w:br/>
      </w:r>
      <w:r>
        <w:t xml:space="preserve">    (b) not justified or explained as an understandable reaction to another action</w:t>
      </w:r>
      <w:r>
        <w:br/>
      </w:r>
      <w:r>
        <w:t xml:space="preserve">    (c) (verb) drew pictures to accompany  OR  (adjective) accompanied by pictures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weather is so very bad down in Lincolnshire that the liveliest imagination can scarcely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apprehend</w:t>
      </w:r>
      <w:r>
        <w:rPr>
          <w:b/>
          <w:bCs/>
        </w:rPr>
        <w:t xml:space="preserve"> </w:t>
      </w:r>
      <w:r>
        <w:rPr>
          <w:b/>
          <w:bCs/>
        </w:rPr>
        <w:t xml:space="preserve">its ever being fine again.</w:t>
      </w:r>
      <w:r>
        <w:br/>
      </w:r>
      <w:r>
        <w:t xml:space="preserve">    (a) interact</w:t>
      </w:r>
      <w:r>
        <w:br/>
      </w:r>
      <w:r>
        <w:t xml:space="preserve">    (b) understand</w:t>
      </w:r>
      <w:r>
        <w:br/>
      </w:r>
      <w:r>
        <w:t xml:space="preserve">    (c) get along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"The party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apprehended</w:t>
      </w:r>
      <w:r>
        <w:rPr>
          <w:b/>
          <w:bCs/>
        </w:rPr>
        <w:t xml:space="preserve"> </w:t>
      </w:r>
      <w:r>
        <w:rPr>
          <w:b/>
          <w:bCs/>
        </w:rPr>
        <w:t xml:space="preserve">is now in this house," proceeds Mr. Bucket, putting up his watch with a steady hand and with rising spirits, "and I'm about to take her into custody in your presence."</w:t>
      </w:r>
      <w:r>
        <w:br/>
      </w:r>
      <w:r>
        <w:t xml:space="preserve">    (a) worked or operated</w:t>
      </w:r>
      <w:r>
        <w:br/>
      </w:r>
      <w:r>
        <w:t xml:space="preserve">    (b) wrongly understood</w:t>
      </w:r>
      <w:r>
        <w:br/>
      </w:r>
      <w:r>
        <w:t xml:space="preserve">    (c) arrested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that was another most consummate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vagabond</w:t>
      </w:r>
      <w:r>
        <w:rPr>
          <w:b/>
          <w:bCs/>
        </w:rPr>
        <w:t xml:space="preserve">!</w:t>
      </w:r>
      <w:r>
        <w:br/>
      </w:r>
      <w:r>
        <w:t xml:space="preserve">    (a) a person who wanders from town to town with no fixed home or job</w:t>
      </w:r>
      <w:r>
        <w:br/>
      </w:r>
      <w:r>
        <w:t xml:space="preserve">    (b) feel angry or unhappy about having to accept something not liked</w:t>
      </w:r>
      <w:r>
        <w:br/>
      </w:r>
      <w:r>
        <w:t xml:space="preserve">    (c) accept something undesired as unavoidable or the lesser of evils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his whole soul is devoted to the great or whether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yields</w:t>
      </w:r>
      <w:r>
        <w:rPr>
          <w:b/>
          <w:bCs/>
        </w:rPr>
        <w:t xml:space="preserve"> </w:t>
      </w:r>
      <w:r>
        <w:rPr>
          <w:b/>
          <w:bCs/>
        </w:rPr>
        <w:t xml:space="preserve">them nothing beyond the services he sells is his personal secret.</w:t>
      </w:r>
      <w:r>
        <w:br/>
      </w:r>
      <w:r>
        <w:t xml:space="preserve">    (a) gives or produces</w:t>
      </w:r>
      <w:r>
        <w:br/>
      </w:r>
      <w:r>
        <w:t xml:space="preserve">    (b) formally gives up power, as of monarchs and emperors</w:t>
      </w:r>
      <w:r>
        <w:br/>
      </w:r>
      <w:r>
        <w:t xml:space="preserve">    (c) complains or verbally attacks in a loud, excited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greatly affected me to see him so, but I hoped he might become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yielding</w:t>
      </w:r>
      <w:r>
        <w:rPr>
          <w:b/>
          <w:bCs/>
        </w:rPr>
        <w:t xml:space="preserve">, and I remained silent.</w:t>
      </w:r>
      <w:r>
        <w:br/>
      </w:r>
      <w:r>
        <w:t xml:space="preserve">    (a) showing, demonstrating, determining, or causing acceptance</w:t>
      </w:r>
      <w:r>
        <w:br/>
      </w:r>
      <w:r>
        <w:t xml:space="preserve">    (b) placing trust (in someone) by talking about private things</w:t>
      </w:r>
      <w:r>
        <w:br/>
      </w:r>
      <w:r>
        <w:t xml:space="preserve">    (c) giving in, giving up, or giving way (easily moved or soft)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deport</w:t>
      </w:r>
      <w:r>
        <w:rPr>
          <w:b/>
          <w:bCs/>
        </w:rPr>
        <w:t xml:space="preserve"> </w:t>
      </w:r>
      <w:r>
        <w:rPr>
          <w:b/>
          <w:bCs/>
        </w:rPr>
        <w:t xml:space="preserve">him!</w:t>
      </w:r>
      <w:r>
        <w:br/>
      </w:r>
      <w:r>
        <w:t xml:space="preserve">    (a) spend time with; or someone with whom a person spends a lot of time</w:t>
      </w:r>
      <w:r>
        <w:br/>
      </w:r>
      <w:r>
        <w:t xml:space="preserve">    (b) force (him) to leave the country</w:t>
      </w:r>
      <w:r>
        <w:br/>
      </w:r>
      <w:r>
        <w:t xml:space="preserve">    (c) an overwhelming amount; or to overwhelm -- especially said of water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deporting</w:t>
      </w:r>
      <w:r>
        <w:rPr>
          <w:b/>
          <w:bCs/>
        </w:rPr>
        <w:t xml:space="preserve"> </w:t>
      </w:r>
      <w:r>
        <w:rPr>
          <w:b/>
          <w:bCs/>
        </w:rPr>
        <w:t xml:space="preserve">himself so beautifully</w:t>
      </w:r>
      <w:r>
        <w:br/>
      </w:r>
      <w:r>
        <w:t xml:space="preserve">    (a) changing through evolution</w:t>
      </w:r>
      <w:r>
        <w:br/>
      </w:r>
      <w:r>
        <w:t xml:space="preserve">    (b) stopping a battle or fight</w:t>
      </w:r>
      <w:r>
        <w:br/>
      </w:r>
      <w:r>
        <w:t xml:space="preserve">    (c) behaving (in a manner)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when it came to creditors making rows at the office and to people that the office dealt with making complaints about dirty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trifles</w:t>
      </w:r>
      <w:r>
        <w:rPr>
          <w:b/>
          <w:bCs/>
        </w:rPr>
        <w:t xml:space="preserve"> </w:t>
      </w:r>
      <w:r>
        <w:rPr>
          <w:b/>
          <w:bCs/>
        </w:rPr>
        <w:t xml:space="preserve">of borrowed money, why there was an end of that connexion.</w:t>
      </w:r>
      <w:r>
        <w:br/>
      </w:r>
      <w:r>
        <w:t xml:space="preserve">    (a) struggles or disagreements</w:t>
      </w:r>
      <w:r>
        <w:br/>
      </w:r>
      <w:r>
        <w:t xml:space="preserve">    (b) is attractive or desirable</w:t>
      </w:r>
      <w:r>
        <w:br/>
      </w:r>
      <w:r>
        <w:t xml:space="preserve">    (c) things of small importance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Lady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trifles with</w:t>
      </w:r>
      <w:r>
        <w:rPr>
          <w:b/>
          <w:bCs/>
        </w:rPr>
        <w:t xml:space="preserve"> </w:t>
      </w:r>
      <w:r>
        <w:rPr>
          <w:b/>
          <w:bCs/>
        </w:rPr>
        <w:t xml:space="preserve">the screen and makes them glitter more, again with that expression which in other times might have been so dangerous to the young man of the name of Guppy.</w:t>
      </w:r>
      <w:r>
        <w:br/>
      </w:r>
      <w:r>
        <w:t xml:space="preserve">    (a) treats thoughtlessly or without respect</w:t>
      </w:r>
      <w:r>
        <w:br/>
      </w:r>
      <w:r>
        <w:t xml:space="preserve">    (b) a nonliteral expression used for effect</w:t>
      </w:r>
      <w:r>
        <w:br/>
      </w:r>
      <w:r>
        <w:t xml:space="preserve">    (c) injured muscles or tendons of the ankle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Mr. William Guppy, however, having got the advantage, cannot quite release it without a little more injured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remonstrance</w:t>
      </w:r>
      <w:r>
        <w:rPr>
          <w:b/>
          <w:bCs/>
        </w:rPr>
        <w:t xml:space="preserve">.</w:t>
      </w:r>
      <w:r>
        <w:br/>
      </w:r>
      <w:r>
        <w:t xml:space="preserve">    (a) argument in protest or opposition</w:t>
      </w:r>
      <w:r>
        <w:br/>
      </w:r>
      <w:r>
        <w:t xml:space="preserve">    (b) someone who expresses disapproval</w:t>
      </w:r>
      <w:r>
        <w:br/>
      </w:r>
      <w:r>
        <w:t xml:space="preserve">    (c) the act of recognizing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you get into debt, you must pay your debts or take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consequences</w:t>
      </w:r>
      <w:r>
        <w:rPr>
          <w:b/>
          <w:bCs/>
        </w:rPr>
        <w:t xml:space="preserve">.</w:t>
      </w:r>
      <w:r>
        <w:br/>
      </w:r>
      <w:r>
        <w:t xml:space="preserve">    (a) desires</w:t>
      </w:r>
      <w:r>
        <w:br/>
      </w:r>
      <w:r>
        <w:t xml:space="preserve">    (b) results</w:t>
      </w:r>
      <w:r>
        <w:br/>
      </w:r>
      <w:r>
        <w:t xml:space="preserve">    (c) battles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not an illness of any serious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, Sir Leicester.</w:t>
      </w:r>
      <w:r>
        <w:br/>
      </w:r>
      <w:r>
        <w:t xml:space="preserve">    (a) sticks out</w:t>
      </w:r>
      <w:r>
        <w:br/>
      </w:r>
      <w:r>
        <w:t xml:space="preserve">    (b) importance</w:t>
      </w:r>
      <w:r>
        <w:br/>
      </w:r>
      <w:r>
        <w:t xml:space="preserve">    (c) translates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rendered</w:t>
      </w:r>
      <w:r>
        <w:rPr>
          <w:b/>
          <w:bCs/>
        </w:rPr>
        <w:t xml:space="preserve"> </w:t>
      </w:r>
      <w:r>
        <w:rPr>
          <w:b/>
          <w:bCs/>
        </w:rPr>
        <w:t xml:space="preserve">motionless.</w:t>
      </w:r>
      <w:r>
        <w:br/>
      </w:r>
      <w:r>
        <w:t xml:space="preserve">    (a) mirrored back (an image)</w:t>
      </w:r>
      <w:r>
        <w:br/>
      </w:r>
      <w:r>
        <w:t xml:space="preserve">    (b) made (caused to become)</w:t>
      </w:r>
      <w:r>
        <w:br/>
      </w:r>
      <w:r>
        <w:t xml:space="preserve">    (c) quoted (to make a point)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...and no human creature could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</w:t>
      </w:r>
      <w:r>
        <w:rPr>
          <w:b/>
          <w:bCs/>
        </w:rPr>
        <w:t xml:space="preserve"> </w:t>
      </w:r>
      <w:r>
        <w:rPr>
          <w:b/>
          <w:bCs/>
        </w:rPr>
        <w:t xml:space="preserve">her any aid.</w:t>
      </w:r>
      <w:r>
        <w:br/>
      </w:r>
      <w:r>
        <w:t xml:space="preserve">    (a) one who lives</w:t>
      </w:r>
      <w:r>
        <w:br/>
      </w:r>
      <w:r>
        <w:t xml:space="preserve">    (b) less important</w:t>
      </w:r>
      <w:r>
        <w:br/>
      </w:r>
      <w:r>
        <w:t xml:space="preserve">    (c) give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found our old lodging vacant, and in half an hour were quietly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 </w:t>
      </w:r>
      <w:r>
        <w:rPr>
          <w:b/>
          <w:bCs/>
        </w:rPr>
        <w:t xml:space="preserve">there, as if we had never gone away.</w:t>
      </w:r>
      <w:r>
        <w:br/>
      </w:r>
      <w:r>
        <w:t xml:space="preserve">    (a) persuaded someone to want something (often sex or love) by tempting with something desired</w:t>
      </w:r>
      <w:r>
        <w:br/>
      </w:r>
      <w:r>
        <w:t xml:space="preserve">    (b) not having a relationship whereby a change in one thing helps predict a change in another</w:t>
      </w:r>
      <w:r>
        <w:br/>
      </w:r>
      <w:r>
        <w:t xml:space="preserve">    (c) settled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his head as if he did not wholly dispute even that.</w:t>
      </w:r>
      <w:r>
        <w:br/>
      </w:r>
      <w:r>
        <w:t xml:space="preserve">    (a) bent</w:t>
      </w:r>
      <w:r>
        <w:br/>
      </w:r>
      <w:r>
        <w:t xml:space="preserve">    (b) told (a story)</w:t>
      </w:r>
      <w:r>
        <w:br/>
      </w:r>
      <w:r>
        <w:t xml:space="preserve">    (c) lied or misled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 approached the house, I was strongly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to turn back,</w:t>
      </w:r>
      <w:r>
        <w:br/>
      </w:r>
      <w:r>
        <w:t xml:space="preserve">    (a) not capable of being suffered through (or put up with)</w:t>
      </w:r>
      <w:r>
        <w:br/>
      </w:r>
      <w:r>
        <w:t xml:space="preserve">    (b) in the mood (had a desire to)</w:t>
      </w:r>
      <w:r>
        <w:br/>
      </w:r>
      <w:r>
        <w:t xml:space="preserve">    (c) the degree to which something can be solved or settled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2026-05-20T01:15:43Z</dcterms:created>
  <dcterms:modified xsi:type="dcterms:W3CDTF">2026-05-20T01:15:43Z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