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f133c964f4d4c9dba0a6620d9fbed4ac07fb8f"/>
    <w:p>
      <w:pPr>
        <w:pStyle w:val="Heading1"/>
      </w:pPr>
      <w:r>
        <w:rPr>
          <w:b/>
          <w:bCs/>
        </w:rPr>
        <w:t xml:space="preserve">Bleak House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receives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salutations</w:t>
      </w:r>
      <w:r>
        <w:rPr>
          <w:b/>
          <w:bCs/>
        </w:rPr>
        <w:t xml:space="preserve"> </w:t>
      </w:r>
      <w:r>
        <w:rPr>
          <w:b/>
          <w:bCs/>
        </w:rPr>
        <w:t xml:space="preserve">with gravity and buries them along with the rest of his knowledge.</w:t>
      </w:r>
      <w:r>
        <w:br/>
      </w:r>
      <w:r>
        <w:t xml:space="preserve">    (a) people who suffer from psychosis (any severe mental disorder in which contact with reality is lost or highly distorted)</w:t>
      </w:r>
      <w:r>
        <w:br/>
      </w:r>
      <w:r>
        <w:t xml:space="preserve">    (b) subatomic particles with negative charge that are found in all atoms and that act as the primary carrier of electricity</w:t>
      </w:r>
      <w:r>
        <w:br/>
      </w:r>
      <w:r>
        <w:t xml:space="preserve">    (c)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 nonentity, sir?" said Richard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able to be disagreed with</w:t>
      </w:r>
      <w:r>
        <w:br/>
      </w:r>
      <w:r>
        <w:t xml:space="preserve">    (b) not tending to find fault</w:t>
      </w:r>
      <w:r>
        <w:br/>
      </w:r>
      <w:r>
        <w:t xml:space="preserve">    (c) comical in an unusual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look forward, my dear, to our meeting easily and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 </w:t>
      </w:r>
      <w:r>
        <w:rPr>
          <w:b/>
          <w:bCs/>
        </w:rPr>
        <w:t xml:space="preserve">on either side.</w:t>
      </w:r>
      <w:r>
        <w:br/>
      </w:r>
      <w:r>
        <w:t xml:space="preserve">    (a) a Muslim religious teacher or leader</w:t>
      </w:r>
      <w:r>
        <w:br/>
      </w:r>
      <w:r>
        <w:t xml:space="preserve">    (b) something that limits something else</w:t>
      </w:r>
      <w:r>
        <w:br/>
      </w:r>
      <w:r>
        <w:t xml:space="preserve">    (c) lacking experience or sophistication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of course I said nothing in reply except that I would do my best, though I feared (I realty felt it necessary to repeat this) that he thought me much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than I was.</w:t>
      </w:r>
      <w:r>
        <w:br/>
      </w:r>
      <w:r>
        <w:t xml:space="preserve">    (a) wise</w:t>
      </w:r>
      <w:r>
        <w:br/>
      </w:r>
      <w:r>
        <w:t xml:space="preserve">    (b) city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then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boy in the world, and he is now the most impetuous man.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impulsive (acting suddenly without much thought)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recollect once thinking there was something in his manner, uncouth as it was,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a fall in life.</w:t>
      </w:r>
      <w:r>
        <w:br/>
      </w:r>
      <w:r>
        <w:t xml:space="preserve">    (a) with rises and falls in pitch</w:t>
      </w:r>
      <w:r>
        <w:br/>
      </w:r>
      <w:r>
        <w:t xml:space="preserve">    (b) stand for or symbolize literally; or be a sign or indicator of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a few dirty scraps of newspapers, all referring to coroners'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inquests</w:t>
      </w:r>
      <w:r>
        <w:rPr>
          <w:b/>
          <w:bCs/>
        </w:rPr>
        <w:t xml:space="preserve">; there is nothing else.</w:t>
      </w:r>
      <w:r>
        <w:br/>
      </w:r>
      <w:r>
        <w:t xml:space="preserve">    (a) things that stand out</w:t>
      </w:r>
      <w:r>
        <w:br/>
      </w:r>
      <w:r>
        <w:t xml:space="preserve">    (b) formal investigations</w:t>
      </w:r>
      <w:r>
        <w:br/>
      </w:r>
      <w:r>
        <w:t xml:space="preserve">    (c) shows or demonstrates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Boy put aside, to the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audience, especially of Little Swills, the comic vocalist.</w:t>
      </w:r>
      <w:r>
        <w:br/>
      </w:r>
      <w:r>
        <w:t xml:space="preserve">    (a) a last name</w:t>
      </w:r>
      <w:r>
        <w:br/>
      </w:r>
      <w:r>
        <w:t xml:space="preserve">    (b) well suited</w:t>
      </w:r>
      <w:r>
        <w:br/>
      </w:r>
      <w:r>
        <w:t xml:space="preserve">    (c) instruction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Mr. Richard Carstone, who has so meritoriously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acquitted</w:t>
      </w:r>
      <w:r>
        <w:rPr>
          <w:b/>
          <w:bCs/>
        </w:rPr>
        <w:t xml:space="preserve"> </w:t>
      </w:r>
      <w:r>
        <w:rPr>
          <w:b/>
          <w:bCs/>
        </w:rPr>
        <w:t xml:space="preserve">himself in the—shall I say the classic shades?</w:t>
      </w:r>
      <w:r>
        <w:br/>
      </w:r>
      <w:r>
        <w:t xml:space="preserve">    (a) not hired, occupied, or booked</w:t>
      </w:r>
      <w:r>
        <w:br/>
      </w:r>
      <w:r>
        <w:t xml:space="preserve">    (b) developed or changed gradually</w:t>
      </w:r>
      <w:r>
        <w:br/>
      </w:r>
      <w:r>
        <w:t xml:space="preserve">    (c) handled (conducted or behaved)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lie in a shady place like this and think of adventurous spirits going to the North Pole or penetrating to the heart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Torrid</w:t>
      </w:r>
      <w:r>
        <w:rPr>
          <w:b/>
          <w:bCs/>
        </w:rPr>
        <w:t xml:space="preserve"> </w:t>
      </w:r>
      <w:r>
        <w:rPr>
          <w:b/>
          <w:bCs/>
        </w:rPr>
        <w:t xml:space="preserve">Zone with admiration.</w:t>
      </w:r>
      <w:r>
        <w:br/>
      </w:r>
      <w:r>
        <w:t xml:space="preserve">    (a) hot</w:t>
      </w:r>
      <w:r>
        <w:br/>
      </w:r>
      <w:r>
        <w:t xml:space="preserve">    (b) arouse or inspire</w:t>
      </w:r>
      <w:r>
        <w:br/>
      </w:r>
      <w:r>
        <w:t xml:space="preserve">    (c) restarts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Bagnet is an exartilleryman, tall and upright, with shaggy eyebrows and whiskers like the fibres of a coco-nut, not a hair upon his head,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torrid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complexion.</w:t>
      </w:r>
      <w:r>
        <w:br/>
      </w:r>
      <w:r>
        <w:t xml:space="preserve">    (a) the gain of advantage from something</w:t>
      </w:r>
      <w:r>
        <w:br/>
      </w:r>
      <w:r>
        <w:t xml:space="preserve">    (b) troubled</w:t>
      </w:r>
      <w:r>
        <w:br/>
      </w:r>
      <w:r>
        <w:t xml:space="preserve">    (c) the quality of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nothing to you or to any one else that the great lights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parliamentary</w:t>
      </w:r>
      <w:r>
        <w:rPr>
          <w:b/>
          <w:bCs/>
        </w:rPr>
        <w:t xml:space="preserve"> </w:t>
      </w:r>
      <w:r>
        <w:rPr>
          <w:b/>
          <w:bCs/>
        </w:rPr>
        <w:t xml:space="preserve">sky have failed for some few years in this business to set you the example of moving on.</w:t>
      </w:r>
      <w:r>
        <w:br/>
      </w:r>
      <w:r>
        <w:t xml:space="preserve">    (a) relating to a form of democracy where the chief executive is selected by and answerable to and the legislature</w:t>
      </w:r>
      <w:r>
        <w:br/>
      </w:r>
      <w:r>
        <w:t xml:space="preserve">    (b) post-traumatic stress disorder -- an anxiety disorder that can develop after exposure to traumatic experiences</w:t>
      </w:r>
      <w:r>
        <w:br/>
      </w:r>
      <w:r>
        <w:t xml:space="preserve">    (c) a condition where the body cannot properly regulate blood sugar levels because doesn't use insulin effectively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Guppy saunters along with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congenially</w:t>
      </w:r>
      <w:r>
        <w:rPr>
          <w:b/>
          <w:bCs/>
        </w:rPr>
        <w:t xml:space="preserve">.</w:t>
      </w:r>
      <w:r>
        <w:br/>
      </w:r>
      <w:r>
        <w:t xml:space="preserve">    (a) in a agreeable or compatible manner</w:t>
      </w:r>
      <w:r>
        <w:br/>
      </w:r>
      <w:r>
        <w:t xml:space="preserve">    (b) in a manner that is excessively dry</w:t>
      </w:r>
      <w:r>
        <w:br/>
      </w:r>
      <w:r>
        <w:t xml:space="preserve">    (c) in a well-known or important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</w:t>
      </w:r>
      <w:r>
        <w:rPr>
          <w:b/>
          <w:bCs/>
        </w:rPr>
        <w:t xml:space="preserve"> </w:t>
      </w:r>
      <w:r>
        <w:rPr>
          <w:b/>
          <w:bCs/>
        </w:rPr>
        <w:t xml:space="preserve">her to say, "Snagsby has something on his mind!"</w:t>
      </w:r>
      <w:r>
        <w:br/>
      </w:r>
      <w:r>
        <w:t xml:space="preserve">    (a) keep busy thinking about or doing something</w:t>
      </w:r>
      <w:r>
        <w:br/>
      </w:r>
      <w:r>
        <w:t xml:space="preserve">    (b) cancel or annul a formal ruling or contract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it's well I never made that evolution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.</w:t>
      </w:r>
      <w:r>
        <w:br/>
      </w:r>
      <w:r>
        <w:t xml:space="preserve">    (a) disorder</w:t>
      </w:r>
      <w:r>
        <w:br/>
      </w:r>
      <w:r>
        <w:t xml:space="preserve">    (b) reporter</w:t>
      </w:r>
      <w:r>
        <w:br/>
      </w:r>
      <w:r>
        <w:t xml:space="preserve">    (c)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"In short, your ladyship," says Mr. Guppy like a meanly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thief, "the person I was to have had the letters of, has come to a sudden end, and—" He stops.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having the characteristic of or relating to bouncing back light/heat/sound...</w:t>
      </w:r>
      <w:r>
        <w:br/>
      </w:r>
      <w:r>
        <w:t xml:space="preserve">    (c) feeling or expressing sorrow for having done wrong; or a person who does such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Comment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the quality of being sensible and careful</w:t>
      </w:r>
      <w:r>
        <w:br/>
      </w:r>
      <w:r>
        <w:t xml:space="preserve">    (b) more than is needed, desired, or required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suggest that as you think her worthy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, you should exert your influence to keep her from these dangerous hands.</w:t>
      </w:r>
      <w:r>
        <w:br/>
      </w:r>
      <w:r>
        <w:t xml:space="preserve">    (a) belief in a single God</w:t>
      </w:r>
      <w:r>
        <w:br/>
      </w:r>
      <w:r>
        <w:t xml:space="preserve">    (b) lowest legal hourly pay</w:t>
      </w:r>
      <w:r>
        <w:br/>
      </w:r>
      <w:r>
        <w:t xml:space="preserve">    (c) support or favor given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told us that a large reward was offered by Sir Leicester Dedlock for the murderer's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...</w:t>
      </w:r>
      <w:r>
        <w:br/>
      </w:r>
      <w:r>
        <w:t xml:space="preserve">    (a) something that stands out</w:t>
      </w:r>
      <w:r>
        <w:br/>
      </w:r>
      <w:r>
        <w:t xml:space="preserve">    (b) capture</w:t>
      </w:r>
      <w:r>
        <w:br/>
      </w:r>
      <w:r>
        <w:t xml:space="preserve">    (c) something made from parts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little does he think how near together he and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 </w:t>
      </w:r>
      <w:r>
        <w:rPr>
          <w:b/>
          <w:bCs/>
        </w:rPr>
        <w:t xml:space="preserve">have suffered in the fortunes of two sisters, and his antagonist, who knows it now, is not the man to tell him.</w:t>
      </w:r>
      <w:r>
        <w:br/>
      </w:r>
      <w:r>
        <w:t xml:space="preserve">    (a) someone who changes something (upon review)</w:t>
      </w:r>
      <w:r>
        <w:br/>
      </w:r>
      <w:r>
        <w:t xml:space="preserve">    (b) someone who takes something on as their own</w:t>
      </w:r>
      <w:r>
        <w:br/>
      </w:r>
      <w:r>
        <w:t xml:space="preserve">    (c) someone who offers opposition or is hostile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2026-07-31T14:42:07Z</dcterms:created>
  <dcterms:modified xsi:type="dcterms:W3CDTF">2026-07-31T14:42:07Z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