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dba7df508524b8e5314d3ac471eace1423a70d"/>
    <w:p>
      <w:pPr>
        <w:pStyle w:val="Heading1"/>
      </w:pPr>
      <w:r>
        <w:rPr>
          <w:b/>
          <w:bCs/>
        </w:rPr>
        <w:t xml:space="preserve">Black Like Me</w:t>
      </w:r>
      <w:r>
        <w:br/>
      </w:r>
      <w:r>
        <w:rPr>
          <w:i/>
          <w:iCs/>
        </w:rPr>
        <w:t xml:space="preserve">John Howard Griffin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researches</w:t>
      </w:r>
      <w:r>
        <w:br/>
      </w:r>
      <w:r>
        <w:t xml:space="preserve">    (b) supports</w:t>
      </w:r>
      <w:r>
        <w:br/>
      </w:r>
      <w:r>
        <w:t xml:space="preserve">    (c) is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accused the paper of religious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bigotry</w:t>
      </w:r>
      <w:r>
        <w:rPr>
          <w:b/>
          <w:bCs/>
        </w:rPr>
        <w:t xml:space="preserve">.</w:t>
      </w:r>
      <w:r>
        <w:br/>
      </w:r>
      <w:r>
        <w:t xml:space="preserve">    (a) prejudice</w:t>
      </w:r>
      <w:r>
        <w:br/>
      </w:r>
      <w:r>
        <w:t xml:space="preserve">    (b) ignorance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Marx's writings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inspired revolutions across many countries in the 1900s.</w:t>
      </w:r>
      <w:r>
        <w:br/>
      </w:r>
      <w:r>
        <w:t xml:space="preserve">    (a) religious reform</w:t>
      </w:r>
      <w:r>
        <w:br/>
      </w:r>
      <w:r>
        <w:t xml:space="preserve">    (b) free market trade</w:t>
      </w:r>
      <w:r>
        <w:br/>
      </w:r>
      <w:r>
        <w:t xml:space="preserve">    (c) collective ownership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understand</w:t>
      </w:r>
      <w:r>
        <w:br/>
      </w:r>
      <w:r>
        <w:t xml:space="preserve">    (b) insure</w:t>
      </w:r>
      <w:r>
        <w:br/>
      </w:r>
      <w:r>
        <w:t xml:space="preserve">    (c) approve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lack of respect</w:t>
      </w:r>
      <w:r>
        <w:br/>
      </w:r>
      <w:r>
        <w:t xml:space="preserve">    (b) impatience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clumsy manner</w:t>
      </w:r>
      <w:r>
        <w:br/>
      </w:r>
      <w:r>
        <w:t xml:space="preserve">    (b) in a hurried manner</w:t>
      </w:r>
      <w:r>
        <w:br/>
      </w:r>
      <w:r>
        <w:t xml:space="preserve">    (c) in a friendly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ruling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deprived</w:t>
      </w:r>
      <w:r>
        <w:rPr>
          <w:b/>
          <w:bCs/>
        </w:rPr>
        <w:t xml:space="preserve"> </w:t>
      </w:r>
      <w:r>
        <w:rPr>
          <w:b/>
          <w:bCs/>
        </w:rPr>
        <w:t xml:space="preserve">him of custody of his children.</w:t>
      </w:r>
      <w:r>
        <w:br/>
      </w:r>
      <w:r>
        <w:t xml:space="preserve">    (a) delayed</w:t>
      </w:r>
      <w:r>
        <w:br/>
      </w:r>
      <w:r>
        <w:t xml:space="preserve">    (b) granted</w:t>
      </w:r>
      <w:r>
        <w:br/>
      </w:r>
      <w:r>
        <w:t xml:space="preserve">    (c) stripped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wrong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discriminate</w:t>
      </w:r>
      <w:r>
        <w:rPr>
          <w:b/>
          <w:bCs/>
        </w:rPr>
        <w:t xml:space="preserve"> </w:t>
      </w:r>
      <w:r>
        <w:rPr>
          <w:b/>
          <w:bCs/>
        </w:rPr>
        <w:t xml:space="preserve">against people because of their race.</w:t>
      </w:r>
      <w:r>
        <w:br/>
      </w:r>
      <w:r>
        <w:t xml:space="preserve">    (a) treat fairly</w:t>
      </w:r>
      <w:r>
        <w:br/>
      </w:r>
      <w:r>
        <w:t xml:space="preserve">    (b) argue with</w:t>
      </w:r>
      <w:r>
        <w:br/>
      </w:r>
      <w:r>
        <w:t xml:space="preserve">    (c) treat unfairly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hinted</w:t>
      </w:r>
      <w:r>
        <w:br/>
      </w:r>
      <w:r>
        <w:t xml:space="preserve">    (b) insisted</w:t>
      </w:r>
      <w:r>
        <w:br/>
      </w:r>
      <w:r>
        <w:t xml:space="preserve">    (c) denied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cheaper headphones sounded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to the ones she usually used.</w:t>
      </w:r>
      <w:r>
        <w:br/>
      </w:r>
      <w:r>
        <w:t xml:space="preserve">    (a) higher in quality</w:t>
      </w:r>
      <w:r>
        <w:br/>
      </w:r>
      <w:r>
        <w:t xml:space="preserve">    (b) lower in quality</w:t>
      </w:r>
      <w:r>
        <w:br/>
      </w:r>
      <w:r>
        <w:t xml:space="preserve">    (c) equal in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her travels, she found peace and tranquility in the serene surroundings of the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nestled high in the mountains.</w:t>
      </w:r>
      <w:r>
        <w:br/>
      </w:r>
      <w:r>
        <w:t xml:space="preserve">    (a) religious residence</w:t>
      </w:r>
      <w:r>
        <w:br/>
      </w:r>
      <w:r>
        <w:t xml:space="preserve">    (b) remote cabin</w:t>
      </w:r>
      <w:r>
        <w:br/>
      </w:r>
      <w:r>
        <w:t xml:space="preserve">    (c) secure castle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defendant wear prison clothes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against the defendant.</w:t>
      </w:r>
      <w:r>
        <w:br/>
      </w:r>
      <w:r>
        <w:t xml:space="preserve">    (a) create a sympathetic belief in</w:t>
      </w:r>
      <w:r>
        <w:br/>
      </w:r>
      <w:r>
        <w:t xml:space="preserve">    (b) create a serious attitude in</w:t>
      </w:r>
      <w:r>
        <w:br/>
      </w:r>
      <w:r>
        <w:t xml:space="preserve">    (c) create an unfair belief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prevailing</w:t>
      </w:r>
      <w:r>
        <w:rPr>
          <w:b/>
          <w:bCs/>
        </w:rPr>
        <w:t xml:space="preserve"> </w:t>
      </w:r>
      <w:r>
        <w:rPr>
          <w:b/>
          <w:bCs/>
        </w:rPr>
        <w:t xml:space="preserve">belief was that trans fats were healthier than butter.</w:t>
      </w:r>
      <w:r>
        <w:br/>
      </w:r>
      <w:r>
        <w:t xml:space="preserve">    (a) most common</w:t>
      </w:r>
      <w:r>
        <w:br/>
      </w:r>
      <w:r>
        <w:t xml:space="preserve">    (b) mistaken</w:t>
      </w:r>
      <w:r>
        <w:br/>
      </w:r>
      <w:r>
        <w:t xml:space="preserve">    (c) less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rare, the ancient practice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prevails</w:t>
      </w:r>
      <w:r>
        <w:rPr>
          <w:b/>
          <w:bCs/>
        </w:rPr>
        <w:t xml:space="preserve"> </w:t>
      </w:r>
      <w:r>
        <w:rPr>
          <w:b/>
          <w:bCs/>
        </w:rPr>
        <w:t xml:space="preserve">today.</w:t>
      </w:r>
      <w:r>
        <w:br/>
      </w:r>
      <w:r>
        <w:t xml:space="preserve">    (a) is misunderstood</w:t>
      </w:r>
      <w:r>
        <w:br/>
      </w:r>
      <w:r>
        <w:t xml:space="preserve">    (b) is hidden</w:t>
      </w:r>
      <w:r>
        <w:br/>
      </w:r>
      <w:r>
        <w:t xml:space="preserve">    (c) is in 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thinker.</w:t>
      </w:r>
      <w:r>
        <w:br/>
      </w:r>
      <w:r>
        <w:t xml:space="preserve">    (a) deep</w:t>
      </w:r>
      <w:r>
        <w:br/>
      </w:r>
      <w:r>
        <w:t xml:space="preserve">    (b) quick</w:t>
      </w:r>
      <w:r>
        <w:br/>
      </w:r>
      <w:r>
        <w:t xml:space="preserve">    (c) shallow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traditional</w:t>
      </w:r>
      <w:r>
        <w:br/>
      </w:r>
      <w:r>
        <w:t xml:space="preserve">    (b) common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among friends, Lena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plans.</w:t>
      </w:r>
      <w:r>
        <w:br/>
      </w:r>
      <w:r>
        <w:t xml:space="preserve">    (a) ready to celebrate</w:t>
      </w:r>
      <w:r>
        <w:br/>
      </w:r>
      <w:r>
        <w:t xml:space="preserve">    (b) eager to argue</w:t>
      </w:r>
      <w:r>
        <w:br/>
      </w:r>
      <w:r>
        <w:t xml:space="preserve">    (c) not willing to talk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cruelty</w:t>
      </w:r>
      <w:r>
        <w:br/>
      </w:r>
      <w:r>
        <w:t xml:space="preserve">    (b) confusion</w:t>
      </w:r>
      <w:r>
        <w:br/>
      </w:r>
      <w:r>
        <w:t xml:space="preserve">    (c) slum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poison. In small doses, it might never be detected, but eventually your heart will fail.</w:t>
      </w:r>
      <w:r>
        <w:br/>
      </w:r>
      <w:r>
        <w:t xml:space="preserve">    (a) hard to notice</w:t>
      </w:r>
      <w:r>
        <w:br/>
      </w:r>
      <w:r>
        <w:t xml:space="preserve">    (b) powerful</w:t>
      </w:r>
      <w:r>
        <w:br/>
      </w:r>
      <w:r>
        <w:t xml:space="preserve">    (c) painless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minor</w:t>
      </w:r>
      <w:r>
        <w:br/>
      </w:r>
      <w:r>
        <w:t xml:space="preserve">    (b) contrasting</w:t>
      </w:r>
      <w:r>
        <w:br/>
      </w:r>
      <w:r>
        <w:t xml:space="preserve">    (c) complementary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2026-07-31T18:13:25Z</dcterms:created>
  <dcterms:modified xsi:type="dcterms:W3CDTF">2026-07-31T18:13:25Z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