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48b5dae2d1561f735835aa29b8f3e93a4471b5"/>
    <w:p>
      <w:pPr>
        <w:pStyle w:val="Heading1"/>
      </w:pPr>
      <w:r>
        <w:rPr>
          <w:b/>
          <w:bCs/>
        </w:rPr>
        <w:t xml:space="preserve">Black Boy</w:t>
      </w:r>
      <w:r>
        <w:br/>
      </w:r>
      <w:r>
        <w:rPr>
          <w:i/>
          <w:iCs/>
        </w:rPr>
        <w:t xml:space="preserve">Richard Wright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told the police officer that she was trying to awaken the sensibilities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bourgeois</w:t>
      </w:r>
      <w:r>
        <w:rPr>
          <w:b/>
          <w:bCs/>
        </w:rPr>
        <w:t xml:space="preserve"> </w:t>
      </w:r>
      <w:r>
        <w:rPr>
          <w:b/>
          <w:bCs/>
        </w:rPr>
        <w:t xml:space="preserve">neighbors.</w:t>
      </w:r>
      <w:r>
        <w:br/>
      </w:r>
      <w:r>
        <w:t xml:space="preserve">    (a) foolish</w:t>
      </w:r>
      <w:r>
        <w:br/>
      </w:r>
      <w:r>
        <w:t xml:space="preserve">    (b) irresponsible</w:t>
      </w:r>
      <w:r>
        <w:br/>
      </w:r>
      <w:r>
        <w:t xml:space="preserve">    (c) conventional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Marx's writings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communism</w:t>
      </w:r>
      <w:r>
        <w:rPr>
          <w:b/>
          <w:bCs/>
        </w:rPr>
        <w:t xml:space="preserve"> </w:t>
      </w:r>
      <w:r>
        <w:rPr>
          <w:b/>
          <w:bCs/>
        </w:rPr>
        <w:t xml:space="preserve">inspired revolutions across many countries in the 1900s.</w:t>
      </w:r>
      <w:r>
        <w:br/>
      </w:r>
      <w:r>
        <w:t xml:space="preserve">    (a) free market trade</w:t>
      </w:r>
      <w:r>
        <w:br/>
      </w:r>
      <w:r>
        <w:t xml:space="preserve">    (b) religious reform</w:t>
      </w:r>
      <w:r>
        <w:br/>
      </w:r>
      <w:r>
        <w:t xml:space="preserve">    (c) collective ownership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Alternating walk and rest was more beneficial than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continuous</w:t>
      </w:r>
      <w:r>
        <w:rPr>
          <w:b/>
          <w:bCs/>
        </w:rPr>
        <w:t xml:space="preserve"> </w:t>
      </w:r>
      <w:r>
        <w:rPr>
          <w:b/>
          <w:bCs/>
        </w:rPr>
        <w:t xml:space="preserve">walking for people with Type 2 diabetes.</w:t>
      </w:r>
      <w:r>
        <w:br/>
      </w:r>
      <w:r>
        <w:t xml:space="preserve">    (a) scheduled</w:t>
      </w:r>
      <w:r>
        <w:br/>
      </w:r>
      <w:r>
        <w:t xml:space="preserve">    (b) uninterrupted</w:t>
      </w:r>
      <w:r>
        <w:br/>
      </w:r>
      <w:r>
        <w:t xml:space="preserve">    (c) occasional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Over the years, she has grown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cynical</w:t>
      </w:r>
      <w:r>
        <w:rPr>
          <w:b/>
          <w:bCs/>
        </w:rPr>
        <w:t xml:space="preserve"> </w:t>
      </w:r>
      <w:r>
        <w:rPr>
          <w:b/>
          <w:bCs/>
        </w:rPr>
        <w:t xml:space="preserve">and unhappy.</w:t>
      </w:r>
      <w:r>
        <w:br/>
      </w:r>
      <w:r>
        <w:t xml:space="preserve">    (a) trusting of strangers</w:t>
      </w:r>
      <w:r>
        <w:br/>
      </w:r>
      <w:r>
        <w:t xml:space="preserve">    (b) envious of friends</w:t>
      </w:r>
      <w:r>
        <w:br/>
      </w:r>
      <w:r>
        <w:t xml:space="preserve">    (c) distrustful of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bravely stepped forward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denounce</w:t>
      </w:r>
      <w:r>
        <w:rPr>
          <w:b/>
          <w:bCs/>
        </w:rPr>
        <w:t xml:space="preserve"> </w:t>
      </w:r>
      <w:r>
        <w:rPr>
          <w:b/>
          <w:bCs/>
        </w:rPr>
        <w:t xml:space="preserve">the corruption within her company.</w:t>
      </w:r>
      <w:r>
        <w:br/>
      </w:r>
      <w:r>
        <w:t xml:space="preserve">    (a) warmly praise</w:t>
      </w:r>
      <w:r>
        <w:br/>
      </w:r>
      <w:r>
        <w:t xml:space="preserve">    (b) openly condemn</w:t>
      </w:r>
      <w:r>
        <w:br/>
      </w:r>
      <w:r>
        <w:t xml:space="preserve">    (c) quietly ignore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remark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evoked</w:t>
      </w:r>
      <w:r>
        <w:rPr>
          <w:b/>
          <w:bCs/>
        </w:rPr>
        <w:t xml:space="preserve"> </w:t>
      </w:r>
      <w:r>
        <w:rPr>
          <w:b/>
          <w:bCs/>
        </w:rPr>
        <w:t xml:space="preserve">sadness.</w:t>
      </w:r>
      <w:r>
        <w:br/>
      </w:r>
      <w:r>
        <w:t xml:space="preserve">    (a) relieved</w:t>
      </w:r>
      <w:r>
        <w:br/>
      </w:r>
      <w:r>
        <w:t xml:space="preserve">    (b) eased</w:t>
      </w:r>
      <w:r>
        <w:br/>
      </w:r>
      <w:r>
        <w:t xml:space="preserve">    (c) caused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attempt to fix the cracked screen with tape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futile</w:t>
      </w:r>
      <w:r>
        <w:rPr>
          <w:b/>
          <w:bCs/>
        </w:rPr>
        <w:t xml:space="preserve">.</w:t>
      </w:r>
      <w:r>
        <w:br/>
      </w:r>
      <w:r>
        <w:t xml:space="preserve">    (a) pointless</w:t>
      </w:r>
      <w:r>
        <w:br/>
      </w:r>
      <w:r>
        <w:t xml:space="preserve">    (b) dangerous</w:t>
      </w:r>
      <w:r>
        <w:br/>
      </w:r>
      <w:r>
        <w:t xml:space="preserve">    (c) simple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that she would vote with us.</w:t>
      </w:r>
      <w:r>
        <w:br/>
      </w:r>
      <w:r>
        <w:t xml:space="preserve">    (a) denied</w:t>
      </w:r>
      <w:r>
        <w:br/>
      </w:r>
      <w:r>
        <w:t xml:space="preserve">    (b) hinted</w:t>
      </w:r>
      <w:r>
        <w:br/>
      </w:r>
      <w:r>
        <w:t xml:space="preserve">    (c) insisted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annoyed at something unjust</w:t>
      </w:r>
      <w:r>
        <w:br/>
      </w:r>
      <w:r>
        <w:t xml:space="preserve">    (b) surprised at the unexpected</w:t>
      </w:r>
      <w:r>
        <w:br/>
      </w:r>
      <w:r>
        <w:t xml:space="preserve">    (c) defensive about being suspected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allowed her life insurance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lapse</w:t>
      </w:r>
      <w:r>
        <w:rPr>
          <w:b/>
          <w:bCs/>
        </w:rPr>
        <w:t xml:space="preserve">.</w:t>
      </w:r>
      <w:r>
        <w:br/>
      </w:r>
      <w:r>
        <w:t xml:space="preserve">    (a) automatically renew</w:t>
      </w:r>
      <w:r>
        <w:br/>
      </w:r>
      <w:r>
        <w:t xml:space="preserve">    (b) end or terminate</w:t>
      </w:r>
      <w:r>
        <w:br/>
      </w:r>
      <w:r>
        <w:t xml:space="preserve">    (c) automatically increase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HPV infection reactivated when her immune system weakened with age.</w:t>
      </w:r>
      <w:r>
        <w:br/>
      </w:r>
      <w:r>
        <w:t xml:space="preserve">    (a) inactive</w:t>
      </w:r>
      <w:r>
        <w:br/>
      </w:r>
      <w:r>
        <w:t xml:space="preserve">    (b) severe</w:t>
      </w:r>
      <w:r>
        <w:br/>
      </w:r>
      <w:r>
        <w:t xml:space="preserve">    (c) common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wouldn't describe myself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materialistic</w:t>
      </w:r>
      <w:r>
        <w:rPr>
          <w:b/>
          <w:bCs/>
        </w:rPr>
        <w:t xml:space="preserve">, but I would like some financial security.</w:t>
      </w:r>
      <w:r>
        <w:br/>
      </w:r>
      <w:r>
        <w:t xml:space="preserve">    (a) too concerned with wealth and possessions</w:t>
      </w:r>
      <w:r>
        <w:br/>
      </w:r>
      <w:r>
        <w:t xml:space="preserve">    (b) unwilling to spend any money</w:t>
      </w:r>
      <w:r>
        <w:br/>
      </w:r>
      <w:r>
        <w:t xml:space="preserve">    (c) too afraid of risk and uncertainty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is cracking down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militant</w:t>
      </w:r>
      <w:r>
        <w:rPr>
          <w:b/>
          <w:bCs/>
        </w:rPr>
        <w:t xml:space="preserve"> </w:t>
      </w:r>
      <w:r>
        <w:rPr>
          <w:b/>
          <w:bCs/>
        </w:rPr>
        <w:t xml:space="preserve">farmers who are blocking city traffic until government funded crop insurance is instituted.</w:t>
      </w:r>
      <w:r>
        <w:br/>
      </w:r>
      <w:r>
        <w:t xml:space="preserve">    (a) using machinery</w:t>
      </w:r>
      <w:r>
        <w:br/>
      </w:r>
      <w:r>
        <w:t xml:space="preserve">    (b) using publicity</w:t>
      </w:r>
      <w:r>
        <w:br/>
      </w:r>
      <w:r>
        <w:t xml:space="preserve">    (c) using force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desire for religious freedom was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 </w:t>
      </w:r>
      <w:r>
        <w:rPr>
          <w:b/>
          <w:bCs/>
        </w:rPr>
        <w:t xml:space="preserve">for leaving England.</w:t>
      </w:r>
      <w:r>
        <w:br/>
      </w:r>
      <w:r>
        <w:t xml:space="preserve">    (a) technique</w:t>
      </w:r>
      <w:r>
        <w:br/>
      </w:r>
      <w:r>
        <w:t xml:space="preserve">    (b) excuse</w:t>
      </w:r>
      <w:r>
        <w:br/>
      </w:r>
      <w:r>
        <w:t xml:space="preserve">    (c)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naive</w:t>
      </w:r>
      <w:r>
        <w:rPr>
          <w:b/>
          <w:bCs/>
        </w:rPr>
        <w:t xml:space="preserve">, she is too quick to believe what people say.</w:t>
      </w:r>
      <w:r>
        <w:br/>
      </w:r>
      <w:r>
        <w:t xml:space="preserve">    (a) a pleaser</w:t>
      </w:r>
      <w:r>
        <w:br/>
      </w:r>
      <w:r>
        <w:t xml:space="preserve">    (b) honest</w:t>
      </w:r>
      <w:r>
        <w:br/>
      </w:r>
      <w:r>
        <w:t xml:space="preserve">    (c) too trusting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refuted</w:t>
      </w:r>
      <w:r>
        <w:rPr>
          <w:b/>
          <w:bCs/>
        </w:rPr>
        <w:t xml:space="preserve"> </w:t>
      </w:r>
      <w:r>
        <w:rPr>
          <w:b/>
          <w:bCs/>
        </w:rPr>
        <w:t xml:space="preserve">the argument.</w:t>
      </w:r>
      <w:r>
        <w:br/>
      </w:r>
      <w:r>
        <w:t xml:space="preserve">    (a) avoided</w:t>
      </w:r>
      <w:r>
        <w:br/>
      </w:r>
      <w:r>
        <w:t xml:space="preserve">    (b) argued against</w:t>
      </w:r>
      <w:r>
        <w:br/>
      </w:r>
      <w:r>
        <w:t xml:space="preserve">    (c) complained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behavior at the party made everyone want to go home early.</w:t>
      </w:r>
      <w:r>
        <w:br/>
      </w:r>
      <w:r>
        <w:t xml:space="preserve">    (a) highly amusing</w:t>
      </w:r>
      <w:r>
        <w:br/>
      </w:r>
      <w:r>
        <w:t xml:space="preserve">    (b) deeply offensive</w:t>
      </w:r>
      <w:r>
        <w:br/>
      </w:r>
      <w:r>
        <w:t xml:space="preserve">    (c) warmly welcomed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taunted</w:t>
      </w:r>
      <w:r>
        <w:rPr>
          <w:b/>
          <w:bCs/>
        </w:rPr>
        <w:t xml:space="preserve"> </w:t>
      </w:r>
      <w:r>
        <w:rPr>
          <w:b/>
          <w:bCs/>
        </w:rPr>
        <w:t xml:space="preserve">her until she responded physically, and then they beat her up.</w:t>
      </w:r>
      <w:r>
        <w:br/>
      </w:r>
      <w:r>
        <w:t xml:space="preserve">    (a) surrounded</w:t>
      </w:r>
      <w:r>
        <w:br/>
      </w:r>
      <w:r>
        <w:t xml:space="preserve">    (b) insulted</w:t>
      </w:r>
      <w:r>
        <w:br/>
      </w:r>
      <w:r>
        <w:t xml:space="preserve">    (c) followed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heard only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trivial</w:t>
      </w:r>
      <w:r>
        <w:rPr>
          <w:b/>
          <w:bCs/>
        </w:rPr>
        <w:t xml:space="preserve"> </w:t>
      </w:r>
      <w:r>
        <w:rPr>
          <w:b/>
          <w:bCs/>
        </w:rPr>
        <w:t xml:space="preserve">objections.</w:t>
      </w:r>
      <w:r>
        <w:br/>
      </w:r>
      <w:r>
        <w:t xml:space="preserve">    (a) exaggerated</w:t>
      </w:r>
      <w:r>
        <w:br/>
      </w:r>
      <w:r>
        <w:t xml:space="preserve">    (b) convincing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</w:t>
      </w:r>
      <w:r>
        <w:rPr>
          <w:b/>
          <w:bCs/>
        </w:rPr>
        <w:t xml:space="preserve"> </w:t>
      </w:r>
      <w:r>
        <w:rPr>
          <w:b/>
          <w:bCs/>
        </w:rPr>
        <w:t xml:space="preserve">for more independence.</w:t>
      </w:r>
      <w:r>
        <w:br/>
      </w:r>
      <w:r>
        <w:t xml:space="preserve">    (a) fear</w:t>
      </w:r>
      <w:r>
        <w:br/>
      </w:r>
      <w:r>
        <w:t xml:space="preserve">    (b) desire</w:t>
      </w:r>
      <w:r>
        <w:br/>
      </w:r>
      <w:r>
        <w:t xml:space="preserve">    (c) work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2026-07-31T18:19:25Z</dcterms:created>
  <dcterms:modified xsi:type="dcterms:W3CDTF">2026-07-31T18:19:25Z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