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8c45a01c90a79ca02a65280593976b7b1af79ea"/>
    <w:p>
      <w:pPr>
        <w:pStyle w:val="Heading1"/>
      </w:pPr>
      <w:r>
        <w:rPr>
          <w:b/>
          <w:bCs/>
        </w:rPr>
        <w:t xml:space="preserve">Black: The Birth of Evil</w:t>
      </w:r>
      <w:r>
        <w:br/>
      </w:r>
      <w:r>
        <w:rPr>
          <w:i/>
          <w:iCs/>
        </w:rPr>
        <w:t xml:space="preserve">Ted Dekker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FDA discovered the problem while reviewing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adverse</w:t>
      </w:r>
      <w:r>
        <w:rPr>
          <w:b/>
          <w:bCs/>
        </w:rPr>
        <w:t xml:space="preserve"> </w:t>
      </w:r>
      <w:r>
        <w:rPr>
          <w:b/>
          <w:bCs/>
        </w:rPr>
        <w:t xml:space="preserve">events reported in the database.</w:t>
      </w:r>
      <w:r>
        <w:br/>
      </w:r>
      <w:r>
        <w:t xml:space="preserve">    (a) harmful</w:t>
      </w:r>
      <w:r>
        <w:br/>
      </w:r>
      <w:r>
        <w:t xml:space="preserve">    (b) minor</w:t>
      </w:r>
      <w:r>
        <w:br/>
      </w:r>
      <w:r>
        <w:t xml:space="preserve">    (c) routine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Amnesia</w:t>
      </w:r>
      <w:r>
        <w:rPr>
          <w:b/>
          <w:bCs/>
        </w:rPr>
        <w:t xml:space="preserve"> </w:t>
      </w:r>
      <w:r>
        <w:rPr>
          <w:b/>
          <w:bCs/>
        </w:rPr>
        <w:t xml:space="preserve">is much more common in the movies than it is in life.</w:t>
      </w:r>
      <w:r>
        <w:br/>
      </w:r>
      <w:r>
        <w:t xml:space="preserve">    (a) love at first sight</w:t>
      </w:r>
      <w:r>
        <w:br/>
      </w:r>
      <w:r>
        <w:t xml:space="preserve">    (b) loss of memory</w:t>
      </w:r>
      <w:r>
        <w:br/>
      </w:r>
      <w:r>
        <w:t xml:space="preserve">    (c) a minor gunshot wound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refused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comply</w:t>
      </w:r>
      <w:r>
        <w:rPr>
          <w:b/>
          <w:bCs/>
        </w:rPr>
        <w:t xml:space="preserve"> </w:t>
      </w:r>
      <w:r>
        <w:rPr>
          <w:b/>
          <w:bCs/>
        </w:rPr>
        <w:t xml:space="preserve">with their unreasonable demands.</w:t>
      </w:r>
      <w:r>
        <w:br/>
      </w:r>
      <w:r>
        <w:t xml:space="preserve">    (a) resist</w:t>
      </w:r>
      <w:r>
        <w:br/>
      </w:r>
      <w:r>
        <w:t xml:space="preserve">    (b) ignore</w:t>
      </w:r>
      <w:r>
        <w:br/>
      </w:r>
      <w:r>
        <w:t xml:space="preserve">    (c) obey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coach made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contingency</w:t>
      </w:r>
      <w:r>
        <w:rPr>
          <w:b/>
          <w:bCs/>
        </w:rPr>
        <w:t xml:space="preserve"> </w:t>
      </w:r>
      <w:r>
        <w:rPr>
          <w:b/>
          <w:bCs/>
        </w:rPr>
        <w:t xml:space="preserve">plan in case the game was delayed by storms.</w:t>
      </w:r>
      <w:r>
        <w:br/>
      </w:r>
      <w:r>
        <w:t xml:space="preserve">    (a) backup</w:t>
      </w:r>
      <w:r>
        <w:br/>
      </w:r>
      <w:r>
        <w:t xml:space="preserve">    (b) reward</w:t>
      </w:r>
      <w:r>
        <w:br/>
      </w:r>
      <w:r>
        <w:t xml:space="preserve">    (c) mistake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Scientists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correlate</w:t>
      </w:r>
      <w:r>
        <w:rPr>
          <w:b/>
          <w:bCs/>
        </w:rPr>
        <w:t xml:space="preserve"> </w:t>
      </w:r>
      <w:r>
        <w:rPr>
          <w:b/>
          <w:bCs/>
        </w:rPr>
        <w:t xml:space="preserve">carbon emissions with rising global temperatures.</w:t>
      </w:r>
      <w:r>
        <w:br/>
      </w:r>
      <w:r>
        <w:t xml:space="preserve">    (a) associate</w:t>
      </w:r>
      <w:r>
        <w:br/>
      </w:r>
      <w:r>
        <w:t xml:space="preserve">    (b) contrast</w:t>
      </w:r>
      <w:r>
        <w:br/>
      </w:r>
      <w:r>
        <w:t xml:space="preserve">    (c) replace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fake article was written to attract attention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deceive</w:t>
      </w:r>
      <w:r>
        <w:rPr>
          <w:b/>
          <w:bCs/>
        </w:rPr>
        <w:t xml:space="preserve"> </w:t>
      </w:r>
      <w:r>
        <w:rPr>
          <w:b/>
          <w:bCs/>
        </w:rPr>
        <w:t xml:space="preserve">readers.</w:t>
      </w:r>
      <w:r>
        <w:br/>
      </w:r>
      <w:r>
        <w:t xml:space="preserve">    (a) entertain</w:t>
      </w:r>
      <w:r>
        <w:br/>
      </w:r>
      <w:r>
        <w:t xml:space="preserve">    (b) lie to or mislead</w:t>
      </w:r>
      <w:r>
        <w:br/>
      </w:r>
      <w:r>
        <w:t xml:space="preserve">    (c) attract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con artist used clever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deception</w:t>
      </w:r>
      <w:r>
        <w:rPr>
          <w:b/>
          <w:bCs/>
        </w:rPr>
        <w:t xml:space="preserve"> </w:t>
      </w:r>
      <w:r>
        <w:rPr>
          <w:b/>
          <w:bCs/>
        </w:rPr>
        <w:t xml:space="preserve">to trick wealthy investors.</w:t>
      </w:r>
      <w:r>
        <w:br/>
      </w:r>
      <w:r>
        <w:t xml:space="preserve">    (a) kindness</w:t>
      </w:r>
      <w:r>
        <w:br/>
      </w:r>
      <w:r>
        <w:t xml:space="preserve">    (b) praise</w:t>
      </w:r>
      <w:r>
        <w:br/>
      </w:r>
      <w:r>
        <w:t xml:space="preserve">    (c) trickery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the maze, she felt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disoriented</w:t>
      </w:r>
      <w:r>
        <w:rPr>
          <w:b/>
          <w:bCs/>
        </w:rPr>
        <w:t xml:space="preserve"> </w:t>
      </w:r>
      <w:r>
        <w:rPr>
          <w:b/>
          <w:bCs/>
        </w:rPr>
        <w:t xml:space="preserve">and could not tell which way was north.</w:t>
      </w:r>
      <w:r>
        <w:br/>
      </w:r>
      <w:r>
        <w:t xml:space="preserve">    (a) certain of her choice</w:t>
      </w:r>
      <w:r>
        <w:br/>
      </w:r>
      <w:r>
        <w:t xml:space="preserve">    (b) angry about the delay</w:t>
      </w:r>
      <w:r>
        <w:br/>
      </w:r>
      <w:r>
        <w:t xml:space="preserve">    (c) confused about direction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goal is good, but the plan doesn't seem very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feasible</w:t>
      </w:r>
      <w:r>
        <w:rPr>
          <w:b/>
          <w:bCs/>
        </w:rPr>
        <w:t xml:space="preserve">.</w:t>
      </w:r>
      <w:r>
        <w:br/>
      </w:r>
      <w:r>
        <w:t xml:space="preserve">    (a) profitable</w:t>
      </w:r>
      <w:r>
        <w:br/>
      </w:r>
      <w:r>
        <w:t xml:space="preserve">    (b) impressive</w:t>
      </w:r>
      <w:r>
        <w:br/>
      </w:r>
      <w:r>
        <w:t xml:space="preserve">    (c) practical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Half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genes</w:t>
      </w:r>
      <w:r>
        <w:rPr>
          <w:b/>
          <w:bCs/>
        </w:rPr>
        <w:t xml:space="preserve"> </w:t>
      </w:r>
      <w:r>
        <w:rPr>
          <w:b/>
          <w:bCs/>
        </w:rPr>
        <w:t xml:space="preserve">come from the father and half from the mother.</w:t>
      </w:r>
      <w:r>
        <w:br/>
      </w:r>
      <w:r>
        <w:t xml:space="preserve">    (a) DNA segments</w:t>
      </w:r>
      <w:r>
        <w:br/>
      </w:r>
      <w:r>
        <w:t xml:space="preserve">    (b) second cousins</w:t>
      </w:r>
      <w:r>
        <w:br/>
      </w:r>
      <w:r>
        <w:t xml:space="preserve">    (c) advice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hope to take the ACT just once.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, I will take it early, so there is time to study and take it again if my scores aren't high enough.</w:t>
      </w:r>
      <w:r>
        <w:br/>
      </w:r>
      <w:r>
        <w:t xml:space="preserve">    (a) also</w:t>
      </w:r>
      <w:r>
        <w:br/>
      </w:r>
      <w:r>
        <w:t xml:space="preserve">    (b) but</w:t>
      </w:r>
      <w:r>
        <w:br/>
      </w:r>
      <w:r>
        <w:t xml:space="preserve">    (c) 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 </w:t>
      </w:r>
      <w:r>
        <w:rPr>
          <w:b/>
          <w:bCs/>
        </w:rPr>
        <w:t xml:space="preserve">safe we make it, there will always be risk.</w:t>
      </w:r>
      <w:r>
        <w:br/>
      </w:r>
      <w:r>
        <w:t xml:space="preserve">    (a) in addition</w:t>
      </w:r>
      <w:r>
        <w:br/>
      </w:r>
      <w:r>
        <w:t xml:space="preserve">    (b) no matter how</w:t>
      </w:r>
      <w:r>
        <w:br/>
      </w:r>
      <w:r>
        <w:t xml:space="preserve">    (c) on-the-other-hand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tripped on a thick tree root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jutted out</w:t>
      </w:r>
      <w:r>
        <w:rPr>
          <w:b/>
          <w:bCs/>
        </w:rPr>
        <w:t xml:space="preserve"> </w:t>
      </w:r>
      <w:r>
        <w:rPr>
          <w:b/>
          <w:bCs/>
        </w:rPr>
        <w:t xml:space="preserve">across the muddy path.</w:t>
      </w:r>
      <w:r>
        <w:br/>
      </w:r>
      <w:r>
        <w:t xml:space="preserve">    (a) curled up</w:t>
      </w:r>
      <w:r>
        <w:br/>
      </w:r>
      <w:r>
        <w:t xml:space="preserve">    (b) washed away</w:t>
      </w:r>
      <w:r>
        <w:br/>
      </w:r>
      <w:r>
        <w:t xml:space="preserve">    (c) stuck 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Radiation is less dangerous after child-bearing years since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mutations</w:t>
      </w:r>
      <w:r>
        <w:rPr>
          <w:b/>
          <w:bCs/>
        </w:rPr>
        <w:t xml:space="preserve"> </w:t>
      </w:r>
      <w:r>
        <w:rPr>
          <w:b/>
          <w:bCs/>
        </w:rPr>
        <w:t xml:space="preserve">can no longer affect the next generation.</w:t>
      </w:r>
      <w:r>
        <w:br/>
      </w:r>
      <w:r>
        <w:t xml:space="preserve">    (a) ionizing energy</w:t>
      </w:r>
      <w:r>
        <w:br/>
      </w:r>
      <w:r>
        <w:t xml:space="preserve">    (b) changes in the genes</w:t>
      </w:r>
      <w:r>
        <w:br/>
      </w:r>
      <w:r>
        <w:t xml:space="preserve">    (c) free neutrons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small reading group became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nucleus</w:t>
      </w:r>
      <w:r>
        <w:rPr>
          <w:b/>
          <w:bCs/>
        </w:rPr>
        <w:t xml:space="preserve"> </w:t>
      </w:r>
      <w:r>
        <w:rPr>
          <w:b/>
          <w:bCs/>
        </w:rPr>
        <w:t xml:space="preserve">of a schoolwide book club.</w:t>
      </w:r>
      <w:r>
        <w:br/>
      </w:r>
      <w:r>
        <w:t xml:space="preserve">    (a) critics</w:t>
      </w:r>
      <w:r>
        <w:br/>
      </w:r>
      <w:r>
        <w:t xml:space="preserve">    (b) ending</w:t>
      </w:r>
      <w:r>
        <w:br/>
      </w:r>
      <w:r>
        <w:t xml:space="preserve">    (c) center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claim that he finished the whole project in five minutes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preposterous</w:t>
      </w:r>
      <w:r>
        <w:rPr>
          <w:b/>
          <w:bCs/>
        </w:rPr>
        <w:t xml:space="preserve">.</w:t>
      </w:r>
      <w:r>
        <w:br/>
      </w:r>
      <w:r>
        <w:t xml:space="preserve">    (a) ordinary</w:t>
      </w:r>
      <w:r>
        <w:br/>
      </w:r>
      <w:r>
        <w:t xml:space="preserve">    (b) careful</w:t>
      </w:r>
      <w:r>
        <w:br/>
      </w:r>
      <w:r>
        <w:t xml:space="preserve">    (c) absurd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Our police are tested in conditions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simulate</w:t>
      </w:r>
      <w:r>
        <w:rPr>
          <w:b/>
          <w:bCs/>
        </w:rPr>
        <w:t xml:space="preserve"> </w:t>
      </w:r>
      <w:r>
        <w:rPr>
          <w:b/>
          <w:bCs/>
        </w:rPr>
        <w:t xml:space="preserve">gunfire exchange with criminals in the presence of innocent bystanders.</w:t>
      </w:r>
      <w:r>
        <w:br/>
      </w:r>
      <w:r>
        <w:t xml:space="preserve">    (a) imitate</w:t>
      </w:r>
      <w:r>
        <w:br/>
      </w:r>
      <w:r>
        <w:t xml:space="preserve">    (b) train</w:t>
      </w:r>
      <w:r>
        <w:br/>
      </w:r>
      <w:r>
        <w:t xml:space="preserve">    (c) defend against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felt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surreal</w:t>
      </w:r>
      <w:r>
        <w:rPr>
          <w:b/>
          <w:bCs/>
        </w:rPr>
        <w:t xml:space="preserve"> </w:t>
      </w:r>
      <w:r>
        <w:rPr>
          <w:b/>
          <w:bCs/>
        </w:rPr>
        <w:t xml:space="preserve">to win the championship after years of hard work.</w:t>
      </w:r>
      <w:r>
        <w:br/>
      </w:r>
      <w:r>
        <w:t xml:space="preserve">    (a) ordinary</w:t>
      </w:r>
      <w:r>
        <w:br/>
      </w:r>
      <w:r>
        <w:t xml:space="preserve">    (b) dreamlike</w:t>
      </w:r>
      <w:r>
        <w:br/>
      </w:r>
      <w:r>
        <w:t xml:space="preserve">    (c) exhausting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Bird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talons</w:t>
      </w:r>
      <w:r>
        <w:rPr>
          <w:b/>
          <w:bCs/>
        </w:rPr>
        <w:t xml:space="preserve"> </w:t>
      </w:r>
      <w:r>
        <w:rPr>
          <w:b/>
          <w:bCs/>
        </w:rPr>
        <w:t xml:space="preserve">are similar to a dog's nails.</w:t>
      </w:r>
      <w:r>
        <w:br/>
      </w:r>
      <w:r>
        <w:t xml:space="preserve">    (a) claws</w:t>
      </w:r>
      <w:r>
        <w:br/>
      </w:r>
      <w:r>
        <w:t xml:space="preserve">    (b) beaks</w:t>
      </w:r>
      <w:r>
        <w:br/>
      </w:r>
      <w:r>
        <w:t xml:space="preserve">    (c) teeth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Doctors quickly identified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virus</w:t>
      </w:r>
      <w:r>
        <w:rPr>
          <w:b/>
          <w:bCs/>
        </w:rPr>
        <w:t xml:space="preserve"> </w:t>
      </w:r>
      <w:r>
        <w:rPr>
          <w:b/>
          <w:bCs/>
        </w:rPr>
        <w:t xml:space="preserve">that was making patients ill.</w:t>
      </w:r>
      <w:r>
        <w:br/>
      </w:r>
      <w:r>
        <w:t xml:space="preserve">    (a) tiny infectious agent</w:t>
      </w:r>
      <w:r>
        <w:br/>
      </w:r>
      <w:r>
        <w:t xml:space="preserve">    (b) harmless dust speck</w:t>
      </w:r>
      <w:r>
        <w:br/>
      </w:r>
      <w:r>
        <w:t xml:space="preserve">    (c) healing bacteria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2026-07-31T16:39:04Z</dcterms:created>
  <dcterms:modified xsi:type="dcterms:W3CDTF">2026-07-31T16:39:04Z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