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a0f595edc059bdc5d7d9b21930c4a292d24c7f"/>
    <w:p>
      <w:pPr>
        <w:pStyle w:val="Heading1"/>
      </w:pPr>
      <w:r>
        <w:rPr>
          <w:b/>
          <w:bCs/>
        </w:rPr>
        <w:t xml:space="preserve">Black: The Birth of Evil</w:t>
      </w:r>
      <w:r>
        <w:br/>
      </w:r>
      <w:r>
        <w:rPr>
          <w:i/>
          <w:iCs/>
        </w:rPr>
        <w:t xml:space="preserve">Ted Dekker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innocuous</w:t>
      </w:r>
      <w:r>
        <w:rPr>
          <w:b/>
          <w:bCs/>
        </w:rPr>
        <w:t xml:space="preserve">-sounding reports of infectious diseases quickly made their way to the headquarters in Atlanta.</w:t>
      </w:r>
      <w:r>
        <w:br/>
      </w:r>
      <w:r>
        <w:t xml:space="preserve">    (a) not attractive or desirable</w:t>
      </w:r>
      <w:r>
        <w:br/>
      </w:r>
      <w:r>
        <w:t xml:space="preserve">    (b) orbiting Earth once per day</w:t>
      </w:r>
      <w:r>
        <w:br/>
      </w:r>
      <w:r>
        <w:t xml:space="preserve">    (c) unlikely to harm or disturb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move was simply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inverted</w:t>
      </w:r>
      <w:r>
        <w:rPr>
          <w:b/>
          <w:bCs/>
        </w:rPr>
        <w:t xml:space="preserve"> </w:t>
      </w:r>
      <w:r>
        <w:rPr>
          <w:b/>
          <w:bCs/>
        </w:rPr>
        <w:t xml:space="preserve">bicycle kick, but he hadn't executed it in half a dozen years, and this time his eyes weren't on a soccer ball tossed up by one of his Filipino friends in Manila.</w:t>
      </w:r>
      <w:r>
        <w:br/>
      </w:r>
      <w:r>
        <w:t xml:space="preserve">    (a) (of an injury) became inflamed and created pus  OR  (generally) got worse -- especially through inattention</w:t>
      </w:r>
      <w:r>
        <w:br/>
      </w:r>
      <w:r>
        <w:t xml:space="preserve">    (b) treated something in an educated, intellectual way -- often excluding emotional or practical considerations</w:t>
      </w:r>
      <w:r>
        <w:br/>
      </w:r>
      <w:r>
        <w:t xml:space="preserve">    (c) turned in the opposite position -- such as upside down, inside out, or (of two things) in switched position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Gabil stood over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prostrate</w:t>
      </w:r>
      <w:r>
        <w:rPr>
          <w:b/>
          <w:bCs/>
        </w:rPr>
        <w:t xml:space="preserve"> </w:t>
      </w:r>
      <w:r>
        <w:rPr>
          <w:b/>
          <w:bCs/>
        </w:rPr>
        <w:t xml:space="preserve">body again, swaying.</w:t>
      </w:r>
      <w:r>
        <w:br/>
      </w:r>
      <w:r>
        <w:t xml:space="preserve">    (a) spend time with; or someone with whom a person spends a lot of time</w:t>
      </w:r>
      <w:r>
        <w:br/>
      </w:r>
      <w:r>
        <w:t xml:space="preserve">    (b) an overwhelming amount; or to overwhelm -- especially said of water</w:t>
      </w:r>
      <w:r>
        <w:br/>
      </w:r>
      <w:r>
        <w:t xml:space="preserve">    (c) lying down - typically face downward on the ground as in submission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audacious</w:t>
      </w:r>
      <w:r>
        <w:rPr>
          <w:b/>
          <w:bCs/>
        </w:rPr>
        <w:t xml:space="preserve">.</w:t>
      </w:r>
      <w:r>
        <w:br/>
      </w:r>
      <w:r>
        <w:t xml:space="preserve">    (a) material wealth</w:t>
      </w:r>
      <w:r>
        <w:br/>
      </w:r>
      <w:r>
        <w:t xml:space="preserve">    (b) bold and daring</w:t>
      </w:r>
      <w:r>
        <w:br/>
      </w:r>
      <w:r>
        <w:t xml:space="preserve">    (c) strongly biased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other place, the forces of good and evil could not be seen. Only their effects. But here, both good and evil are more … intimate. ... An incomplete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differentiation</w:t>
      </w:r>
      <w:r>
        <w:rPr>
          <w:b/>
          <w:bCs/>
        </w:rPr>
        <w:t xml:space="preserve">, but simple enough, wouldn't you say, Gabil?</w:t>
      </w:r>
      <w:r>
        <w:br/>
      </w:r>
      <w:r>
        <w:t xml:space="preserve">    (a) explanation of differences</w:t>
      </w:r>
      <w:r>
        <w:br/>
      </w:r>
      <w:r>
        <w:t xml:space="preserve">    (b) purpose, job, or natural activity</w:t>
      </w:r>
      <w:r>
        <w:br/>
      </w:r>
      <w:r>
        <w:t xml:space="preserve">    (c) someone who expresses disapproval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There'll be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exodus</w:t>
      </w:r>
      <w:r>
        <w:rPr>
          <w:b/>
          <w:bCs/>
        </w:rPr>
        <w:t xml:space="preserve"> </w:t>
      </w:r>
      <w:r>
        <w:rPr>
          <w:b/>
          <w:bCs/>
        </w:rPr>
        <w:t xml:space="preserve">just before dusk.</w:t>
      </w:r>
      <w:r>
        <w:br/>
      </w:r>
      <w:r>
        <w:t xml:space="preserve">    (a) small quantity or indication</w:t>
      </w:r>
      <w:r>
        <w:br/>
      </w:r>
      <w:r>
        <w:t xml:space="preserve">    (b) reason (for doing something)</w:t>
      </w:r>
      <w:r>
        <w:br/>
      </w:r>
      <w:r>
        <w:t xml:space="preserve">    (c) departure by a lot of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Who would care about such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trivia</w:t>
      </w:r>
      <w:r>
        <w:rPr>
          <w:b/>
          <w:bCs/>
        </w:rPr>
        <w:t xml:space="preserve">?</w:t>
      </w:r>
      <w:r>
        <w:br/>
      </w:r>
      <w:r>
        <w:t xml:space="preserve">    (a) facts or details that are generally considered unimportant</w:t>
      </w:r>
      <w:r>
        <w:br/>
      </w:r>
      <w:r>
        <w:t xml:space="preserve">    (b) the practice or tendency to be pessimistic or disagreeable</w:t>
      </w:r>
      <w:r>
        <w:br/>
      </w:r>
      <w:r>
        <w:t xml:space="preserve">    (c) the doctrine that all knowledge is derived from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wasted breath escaped Johan's lips,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fluctuation</w:t>
      </w:r>
      <w:r>
        <w:rPr>
          <w:b/>
          <w:bCs/>
        </w:rPr>
        <w:t xml:space="preserve"> </w:t>
      </w:r>
      <w:r>
        <w:rPr>
          <w:b/>
          <w:bCs/>
        </w:rPr>
        <w:t xml:space="preserve">in tone, no strain of muscles in his neck.</w:t>
      </w:r>
      <w:r>
        <w:br/>
      </w:r>
      <w:r>
        <w:t xml:space="preserve">    (a) a law developed by governmental groups in contrast to common law (based on custom and precedent)</w:t>
      </w:r>
      <w:r>
        <w:br/>
      </w:r>
      <w:r>
        <w:t xml:space="preserve">    (b) something that encourages something else to happen; or the process of something being encouraged</w:t>
      </w:r>
      <w:r>
        <w:br/>
      </w:r>
      <w:r>
        <w:t xml:space="preserve">    (c) the process of alternately increasing and decreasing in quantity; or the amount of such a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You've received a complaint from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credible</w:t>
      </w:r>
      <w:r>
        <w:rPr>
          <w:b/>
          <w:bCs/>
        </w:rPr>
        <w:t xml:space="preserve"> </w:t>
      </w:r>
      <w:r>
        <w:rPr>
          <w:b/>
          <w:bCs/>
        </w:rPr>
        <w:t xml:space="preserve">source.</w:t>
      </w:r>
      <w:r>
        <w:br/>
      </w:r>
      <w:r>
        <w:t xml:space="preserve">    (a) the characteristic of being excessively unhappy and unsociable</w:t>
      </w:r>
      <w:r>
        <w:br/>
      </w:r>
      <w:r>
        <w:t xml:space="preserve">    (b) the condition of continuing or seeming to continue without end</w:t>
      </w:r>
      <w:r>
        <w:br/>
      </w:r>
      <w:r>
        <w:t xml:space="preserve">    (c) believable as a truth or as a means of accomplishing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Pretty clear case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defamation</w:t>
      </w:r>
      <w:r>
        <w:rPr>
          <w:b/>
          <w:bCs/>
        </w:rPr>
        <w:t xml:space="preserve">, don't you think?</w:t>
      </w:r>
      <w:r>
        <w:br/>
      </w:r>
      <w:r>
        <w:t xml:space="preserve">    (a) having the characteristic of mirroring (shining back images)</w:t>
      </w:r>
      <w:r>
        <w:br/>
      </w:r>
      <w:r>
        <w:t xml:space="preserve">    (b) the hurting of someone's reputation through false statements</w:t>
      </w:r>
      <w:r>
        <w:br/>
      </w:r>
      <w:r>
        <w:t xml:space="preserve">    (c) to again think carefully and make a judgment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could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dissuade</w:t>
      </w:r>
      <w:r>
        <w:rPr>
          <w:b/>
          <w:bCs/>
        </w:rPr>
        <w:t xml:space="preserve"> </w:t>
      </w:r>
      <w:r>
        <w:rPr>
          <w:b/>
          <w:bCs/>
        </w:rPr>
        <w:t xml:space="preserve">Tanis without this admission?</w:t>
      </w:r>
      <w:r>
        <w:br/>
      </w:r>
      <w:r>
        <w:t xml:space="preserve">    (a) persuade someone not to do something</w:t>
      </w:r>
      <w:r>
        <w:br/>
      </w:r>
      <w:r>
        <w:t xml:space="preserve">    (b) move into position to work; or start</w:t>
      </w:r>
      <w:r>
        <w:br/>
      </w:r>
      <w:r>
        <w:t xml:space="preserve">    (c) to spread to other parts of the body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flight to Singapore had been a long, sleepless affair during which Kara and Tom had flipped through channels on the small em-bedded screens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reminisced</w:t>
      </w:r>
      <w:r>
        <w:rPr>
          <w:b/>
          <w:bCs/>
        </w:rPr>
        <w:t xml:space="preserve"> </w:t>
      </w:r>
      <w:r>
        <w:rPr>
          <w:b/>
          <w:bCs/>
        </w:rPr>
        <w:t xml:space="preserve">about their years in Southeast Asia.</w:t>
      </w:r>
      <w:r>
        <w:br/>
      </w:r>
      <w:r>
        <w:t xml:space="preserve">    (a) held together (connected or united) or wrapped</w:t>
      </w:r>
      <w:r>
        <w:br/>
      </w:r>
      <w:r>
        <w:t xml:space="preserve">    (b) considered (for affect on a result or outcome)</w:t>
      </w:r>
      <w:r>
        <w:br/>
      </w:r>
      <w:r>
        <w:t xml:space="preserve">    (c) to talk or think fondly about past experiences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He'd have to get used to the horns again-they were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ubiquitous</w:t>
      </w:r>
      <w:r>
        <w:rPr>
          <w:b/>
          <w:bCs/>
        </w:rPr>
        <w:t xml:space="preserve"> </w:t>
      </w:r>
      <w:r>
        <w:rPr>
          <w:b/>
          <w:bCs/>
        </w:rPr>
        <w:t xml:space="preserve">as road markings here.</w:t>
      </w:r>
      <w:r>
        <w:br/>
      </w:r>
      <w:r>
        <w:t xml:space="preserve">    (a) lacking a tendency to be full of thought</w:t>
      </w:r>
      <w:r>
        <w:br/>
      </w:r>
      <w:r>
        <w:t xml:space="preserve">    (b) being present everywhere or all the time</w:t>
      </w:r>
      <w:r>
        <w:br/>
      </w:r>
      <w:r>
        <w:t xml:space="preserve">    (c) without a tendency to be full of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although it was true that part of his anxiousness was motivated by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unabashed</w:t>
      </w:r>
      <w:r>
        <w:rPr>
          <w:b/>
          <w:bCs/>
        </w:rPr>
        <w:t xml:space="preserve"> </w:t>
      </w:r>
      <w:r>
        <w:rPr>
          <w:b/>
          <w:bCs/>
        </w:rPr>
        <w:t xml:space="preserve">approach to romance, in all honesty he was very much attracted to her.</w:t>
      </w:r>
      <w:r>
        <w:br/>
      </w:r>
      <w:r>
        <w:t xml:space="preserve">    (a) not embarrassed or self-conscious</w:t>
      </w:r>
      <w:r>
        <w:br/>
      </w:r>
      <w:r>
        <w:t xml:space="preserve">    (b) not limited or without boundaries</w:t>
      </w:r>
      <w:r>
        <w:br/>
      </w:r>
      <w:r>
        <w:t xml:space="preserve">    (c) was overly unhappy and unsociable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He'd gone for it impulsively, pushed by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inordinate</w:t>
      </w:r>
      <w:r>
        <w:rPr>
          <w:b/>
          <w:bCs/>
        </w:rPr>
        <w:t xml:space="preserve"> </w:t>
      </w:r>
      <w:r>
        <w:rPr>
          <w:b/>
          <w:bCs/>
        </w:rPr>
        <w:t xml:space="preserve">desire to show his strength and skill.</w:t>
      </w:r>
      <w:r>
        <w:br/>
      </w:r>
      <w:r>
        <w:t xml:space="preserve">    (a) with the involvement of other people or things</w:t>
      </w:r>
      <w:r>
        <w:br/>
      </w:r>
      <w:r>
        <w:t xml:space="preserve">    (b) mental activity of which one is not self-aware</w:t>
      </w:r>
      <w:r>
        <w:br/>
      </w:r>
      <w:r>
        <w:t xml:space="preserve">    (c) excessive or more than is reasonable or normal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Gold necklace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nondescript</w:t>
      </w:r>
      <w:r>
        <w:rPr>
          <w:b/>
          <w:bCs/>
        </w:rPr>
        <w:t xml:space="preserve"> </w:t>
      </w:r>
      <w:r>
        <w:rPr>
          <w:b/>
          <w:bCs/>
        </w:rPr>
        <w:t xml:space="preserve">gold pendant that looked vaguely like a dolphin.</w:t>
      </w:r>
      <w:r>
        <w:br/>
      </w:r>
      <w:r>
        <w:t xml:space="preserve">    (a) of a guitar or other musical instrument:  not using electricity to amplify sound</w:t>
      </w:r>
      <w:r>
        <w:br/>
      </w:r>
      <w:r>
        <w:t xml:space="preserve">    (b) relating to the smallest amount of a chemical substance that can exist by itself</w:t>
      </w:r>
      <w:r>
        <w:br/>
      </w:r>
      <w:r>
        <w:t xml:space="preserve">    (c) without distinct or individual characteristics -- perhaps dull and uninteresting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the first time, he'd awakened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compulsion</w:t>
      </w:r>
      <w:r>
        <w:rPr>
          <w:b/>
          <w:bCs/>
        </w:rPr>
        <w:t xml:space="preserve"> </w:t>
      </w:r>
      <w:r>
        <w:rPr>
          <w:b/>
          <w:bCs/>
        </w:rPr>
        <w:t xml:space="preserve">to treat this dream of Bangkok, this lucid fabrication in his mind, as real.</w:t>
      </w:r>
      <w:r>
        <w:br/>
      </w:r>
      <w:r>
        <w:t xml:space="preserve">    (a) an urge, force, or requirement to do something</w:t>
      </w:r>
      <w:r>
        <w:br/>
      </w:r>
      <w:r>
        <w:t xml:space="preserve">    (b) a strategy or plan to do something</w:t>
      </w:r>
      <w:r>
        <w:br/>
      </w:r>
      <w:r>
        <w:t xml:space="preserve">    (c) a dream about doing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sick,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demented</w:t>
      </w:r>
      <w:r>
        <w:rPr>
          <w:b/>
          <w:bCs/>
        </w:rPr>
        <w:t xml:space="preserve"> </w:t>
      </w:r>
      <w:r>
        <w:rPr>
          <w:b/>
          <w:bCs/>
        </w:rPr>
        <w:t xml:space="preserve">creatures behind me.</w:t>
      </w:r>
      <w:r>
        <w:br/>
      </w:r>
      <w:r>
        <w:t xml:space="preserve">    (a) the quality of holding something back or holding others down through oppression</w:t>
      </w:r>
      <w:r>
        <w:br/>
      </w:r>
      <w:r>
        <w:t xml:space="preserve">    (b) having the characteristics of a</w:t>
      </w:r>
      <w:r>
        <w:t xml:space="preserve"> </w:t>
      </w:r>
      <w:r>
        <w:rPr>
          <w:i/>
          <w:iCs/>
        </w:rPr>
        <w:t xml:space="preserve">monk</w:t>
      </w:r>
      <w:r>
        <w:t xml:space="preserve"> </w:t>
      </w:r>
      <w:r>
        <w:t xml:space="preserve">(often inclined toward self-denial)</w:t>
      </w:r>
      <w:r>
        <w:br/>
      </w:r>
      <w:r>
        <w:t xml:space="preserve">    (c) acting crazy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suffering from cognitive dementia (mental deterioration)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Unless by giving them everything you have, you severely hamper any attempt to produce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antidote</w:t>
      </w:r>
      <w:r>
        <w:rPr>
          <w:b/>
          <w:bCs/>
        </w:rPr>
        <w:t xml:space="preserve"> </w:t>
      </w:r>
      <w:r>
        <w:rPr>
          <w:b/>
          <w:bCs/>
        </w:rPr>
        <w:t xml:space="preserve">to the Raison Strain.</w:t>
      </w:r>
      <w:r>
        <w:br/>
      </w:r>
      <w:r>
        <w:t xml:space="preserve">    (a) cure</w:t>
      </w:r>
      <w:r>
        <w:br/>
      </w:r>
      <w:r>
        <w:t xml:space="preserve">    (b) poison</w:t>
      </w:r>
      <w:r>
        <w:br/>
      </w:r>
      <w:r>
        <w:t xml:space="preserve">    (c) toxin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That's called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latency</w:t>
      </w:r>
      <w:r>
        <w:rPr>
          <w:b/>
          <w:bCs/>
        </w:rPr>
        <w:t xml:space="preserve">.</w:t>
      </w:r>
      <w:r>
        <w:br/>
      </w:r>
      <w:r>
        <w:t xml:space="preserve">    (a) lack of interest; or the process of stopping interaction or interest</w:t>
      </w:r>
      <w:r>
        <w:br/>
      </w:r>
      <w:r>
        <w:t xml:space="preserve">    (b) the amount of time before something that exists is evident or active</w:t>
      </w:r>
      <w:r>
        <w:br/>
      </w:r>
      <w:r>
        <w:t xml:space="preserve">    (c) relating to logical examination of something to better understand it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2026-07-31T16:39:05Z</dcterms:created>
  <dcterms:modified xsi:type="dcterms:W3CDTF">2026-07-31T16:39:05Z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