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754253d84370107e39c93c4b94e5380ceb0c46"/>
    <w:p>
      <w:pPr>
        <w:pStyle w:val="Heading1"/>
      </w:pPr>
      <w:r>
        <w:rPr>
          <w:b/>
          <w:bCs/>
        </w:rPr>
        <w:t xml:space="preserve">Billy Budd</w:t>
      </w:r>
      <w:r>
        <w:br/>
      </w:r>
      <w:r>
        <w:rPr>
          <w:i/>
          <w:iCs/>
        </w:rPr>
        <w:t xml:space="preserve">Herman Melville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concern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Surges in debt are a recurring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</w:t>
      </w:r>
      <w:r>
        <w:rPr>
          <w:b/>
          <w:bCs/>
        </w:rPr>
        <w:t xml:space="preserve"> </w:t>
      </w:r>
      <w:r>
        <w:rPr>
          <w:b/>
          <w:bCs/>
        </w:rPr>
        <w:t xml:space="preserve">to U.S. banking crises.</w:t>
      </w:r>
      <w:r>
        <w:br/>
      </w:r>
      <w:r>
        <w:t xml:space="preserve">    (a) (adjective) designed to stop something  OR  (noun)  something that stops something else</w:t>
      </w:r>
      <w:r>
        <w:br/>
      </w:r>
      <w:r>
        <w:t xml:space="preserve">    (b) related to a branch of psychology concerned with the links between biology and behavior</w:t>
      </w:r>
      <w:r>
        <w:br/>
      </w:r>
      <w:r>
        <w:t xml:space="preserve">    (c) something that precedes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flexibility</w:t>
      </w:r>
      <w:r>
        <w:br/>
      </w:r>
      <w:r>
        <w:t xml:space="preserve">    (c)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record</w:t>
      </w:r>
      <w:r>
        <w:br/>
      </w:r>
      <w:r>
        <w:t xml:space="preserve">    (b) destroy</w:t>
      </w:r>
      <w:r>
        <w:br/>
      </w:r>
      <w:r>
        <w:t xml:space="preserve">    (c) interpret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Euthanasia</w:t>
      </w:r>
      <w:r>
        <w:rPr>
          <w:b/>
          <w:bCs/>
        </w:rPr>
        <w:t xml:space="preserve"> </w:t>
      </w:r>
      <w:r>
        <w:rPr>
          <w:b/>
          <w:bCs/>
        </w:rPr>
        <w:t xml:space="preserve">could end hopeless suffering, but how do we assure it is not abused?</w:t>
      </w:r>
      <w:r>
        <w:br/>
      </w:r>
      <w:r>
        <w:t xml:space="preserve">    (a) a strong drug</w:t>
      </w:r>
      <w:r>
        <w:br/>
      </w:r>
      <w:r>
        <w:t xml:space="preserve">    (b) mercy killing</w:t>
      </w:r>
      <w:r>
        <w:br/>
      </w:r>
      <w:r>
        <w:t xml:space="preserve">    (c) a brain operation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publicly</w:t>
      </w:r>
      <w:r>
        <w:br/>
      </w:r>
      <w:r>
        <w:t xml:space="preserve">    (b) immediately</w:t>
      </w:r>
      <w:r>
        <w:br/>
      </w:r>
      <w:r>
        <w:t xml:space="preserve">    (c)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eventual</w:t>
      </w:r>
      <w:r>
        <w:br/>
      </w:r>
      <w:r>
        <w:t xml:space="preserve">    (b) quick</w:t>
      </w:r>
      <w:r>
        <w:br/>
      </w:r>
      <w:r>
        <w:t xml:space="preserve">    (c) disgraceful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immorality</w:t>
      </w:r>
      <w:r>
        <w:br/>
      </w:r>
      <w:r>
        <w:t xml:space="preserve">    (b) supporters</w:t>
      </w:r>
      <w:r>
        <w:br/>
      </w:r>
      <w:r>
        <w:t xml:space="preserve">    (c) practice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interloper</w:t>
      </w:r>
      <w:r>
        <w:rPr>
          <w:b/>
          <w:bCs/>
        </w:rPr>
        <w:t xml:space="preserve"> </w:t>
      </w:r>
      <w:r>
        <w:rPr>
          <w:b/>
          <w:bCs/>
        </w:rPr>
        <w:t xml:space="preserve">at the family reunion she crashed.</w:t>
      </w:r>
      <w:r>
        <w:br/>
      </w:r>
      <w:r>
        <w:t xml:space="preserve">    (a) an intruder</w:t>
      </w:r>
      <w:r>
        <w:br/>
      </w:r>
      <w:r>
        <w:t xml:space="preserve">    (b) a close friend</w:t>
      </w:r>
      <w:r>
        <w:br/>
      </w:r>
      <w:r>
        <w:t xml:space="preserve">    (c) an invited guest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usual mood is one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impatience.</w:t>
      </w:r>
      <w:r>
        <w:br/>
      </w:r>
      <w:r>
        <w:t xml:space="preserve">    (a) unable to find</w:t>
      </w:r>
      <w:r>
        <w:br/>
      </w:r>
      <w:r>
        <w:t xml:space="preserve">    (b) very important</w:t>
      </w:r>
      <w:r>
        <w:br/>
      </w:r>
      <w:r>
        <w:t xml:space="preserve">    (c) easily angered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retreat</w:t>
      </w:r>
      <w:r>
        <w:br/>
      </w:r>
      <w:r>
        <w:t xml:space="preserve">    (b) negotiate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book learning</w:t>
      </w:r>
      <w:r>
        <w:br/>
      </w:r>
      <w:r>
        <w:t xml:space="preserve">    (b) of someone too concerned with regional style</w:t>
      </w:r>
      <w:r>
        <w:br/>
      </w:r>
      <w:r>
        <w:t xml:space="preserve">    (c) of someone too concerned with statistical studies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in line with her usual manner</w:t>
      </w:r>
      <w:r>
        <w:br/>
      </w:r>
      <w:r>
        <w:t xml:space="preserve">    (b) more rushed than usual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Ken Kesey provided one of her favorite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pithy</w:t>
      </w:r>
      <w:r>
        <w:rPr>
          <w:b/>
          <w:bCs/>
        </w:rPr>
        <w:t xml:space="preserve"> </w:t>
      </w:r>
      <w:r>
        <w:rPr>
          <w:b/>
          <w:bCs/>
        </w:rPr>
        <w:t xml:space="preserve">quotes: "You can count the seeds in the apple, but you can't count the apples in the seed."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concise</w:t>
      </w:r>
      <w:r>
        <w:br/>
      </w:r>
      <w:r>
        <w:t xml:space="preserve">    (c) tending to have excessively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area has been inhabited 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primeval</w:t>
      </w:r>
      <w:r>
        <w:rPr>
          <w:b/>
          <w:bCs/>
        </w:rPr>
        <w:t xml:space="preserve"> </w:t>
      </w:r>
      <w:r>
        <w:rPr>
          <w:b/>
          <w:bCs/>
        </w:rPr>
        <w:t xml:space="preserve">times.</w:t>
      </w:r>
      <w:r>
        <w:br/>
      </w:r>
      <w:r>
        <w:t xml:space="preserve">    (a) filled</w:t>
      </w:r>
      <w:r>
        <w:br/>
      </w:r>
      <w:r>
        <w:t xml:space="preserve">    (b) skillful</w:t>
      </w:r>
      <w:r>
        <w:br/>
      </w:r>
      <w:r>
        <w:t xml:space="preserve">    (c) ancient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able to make clear with example, diagram, photo, etc.</w:t>
      </w:r>
      <w:r>
        <w:br/>
      </w:r>
      <w:r>
        <w:t xml:space="preserve">    (c) ordinary and uninteresting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wise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greeting</w:t>
      </w:r>
      <w:r>
        <w:br/>
      </w:r>
      <w:r>
        <w:t xml:space="preserve">    (b) introduction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reasonable</w:t>
      </w:r>
      <w:r>
        <w:br/>
      </w:r>
      <w:r>
        <w:t xml:space="preserve">    (c) implied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2026-07-31T17:25:24Z</dcterms:created>
  <dcterms:modified xsi:type="dcterms:W3CDTF">2026-07-31T17:25:24Z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