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b6556b67085bb719b6407c42372e0bb7799f9d"/>
    <w:p>
      <w:pPr>
        <w:pStyle w:val="Heading1"/>
      </w:pPr>
      <w:r>
        <w:rPr>
          <w:b/>
          <w:bCs/>
        </w:rPr>
        <w:t xml:space="preserve">Betrayed</w:t>
      </w:r>
      <w:r>
        <w:br/>
      </w:r>
      <w:r>
        <w:rPr>
          <w:i/>
          <w:iCs/>
        </w:rPr>
        <w:t xml:space="preserve">P. C. Cast &amp; Kristin Cast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away from the school for the yearly Shakespeare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monologue</w:t>
      </w:r>
      <w:r>
        <w:rPr>
          <w:b/>
          <w:bCs/>
        </w:rPr>
        <w:t xml:space="preserve"> </w:t>
      </w:r>
      <w:r>
        <w:rPr>
          <w:b/>
          <w:bCs/>
        </w:rPr>
        <w:t xml:space="preserve">competition.</w:t>
      </w:r>
      <w:r>
        <w:br/>
      </w:r>
      <w:r>
        <w:t xml:space="preserve">    (a) a long uninterrupted speech</w:t>
      </w:r>
      <w:r>
        <w:br/>
      </w:r>
      <w:r>
        <w:t xml:space="preserve">    (b) result or predictable value</w:t>
      </w:r>
      <w:r>
        <w:br/>
      </w:r>
      <w:r>
        <w:t xml:space="preserve">    (c) the highest-ranking manager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it had been a stuck-up rich kids'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 school</w:t>
      </w:r>
      <w:r>
        <w:rPr>
          <w:b/>
          <w:bCs/>
        </w:rPr>
        <w:t xml:space="preserve">, but it had originally been built as a monastery for the Saint Augustine People of Faith monks.</w:t>
      </w:r>
      <w:r>
        <w:br/>
      </w:r>
      <w:r>
        <w:t xml:space="preserve">    (a) injured muscles or tendons (despite calling it muscle)</w:t>
      </w:r>
      <w:r>
        <w:br/>
      </w:r>
      <w:r>
        <w:t xml:space="preserve">    (b) done to get ready for something that will happen later</w:t>
      </w:r>
      <w:r>
        <w:br/>
      </w:r>
      <w:r>
        <w:t xml:space="preserve">    (c) the idea that anything that can go wrong will go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Fledglings formed special bonds with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mentors</w:t>
      </w:r>
      <w:r>
        <w:rPr>
          <w:b/>
          <w:bCs/>
        </w:rPr>
        <w:t xml:space="preserve">—and I had an extra-special mentor in the High Priestess of the school.</w:t>
      </w:r>
      <w:r>
        <w:br/>
      </w:r>
      <w:r>
        <w:t xml:space="preserve">    (a) gradually destroys or changes the purpose of something -- such as a government, institution, or rule</w:t>
      </w:r>
      <w:r>
        <w:br/>
      </w:r>
      <w:r>
        <w:t xml:space="preserve">    (b) someone who guides and advises another who is less experienced; or the act of providing such guidance</w:t>
      </w:r>
      <w:r>
        <w:br/>
      </w:r>
      <w:r>
        <w:t xml:space="preserve">    (c) expresses personal artistic ideas or feelings while performing (or performing to) someone else's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eyes never left mine 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poem.</w:t>
      </w:r>
      <w:r>
        <w:br/>
      </w:r>
      <w:r>
        <w:t xml:space="preserve">    (a) to say or read something aloud -- especially something previously memorized such as a poem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to say in detail -- especially a list of things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recommended or required what should be done  OR  (of a medical doctor) gave medical instructions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us.</w:t>
      </w:r>
      <w:r>
        <w:br/>
      </w:r>
      <w:r>
        <w:t xml:space="preserve">    (a) lie or mislead</w:t>
      </w:r>
      <w:r>
        <w:br/>
      </w:r>
      <w:r>
        <w:t xml:space="preserve">    (b) hate or detest</w:t>
      </w:r>
      <w:r>
        <w:br/>
      </w:r>
      <w:r>
        <w:t xml:space="preserve">    (c) tell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 did tell you to follow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intuition</w:t>
      </w:r>
      <w:r>
        <w:rPr>
          <w:b/>
          <w:bCs/>
        </w:rPr>
        <w:t xml:space="preserve">, didn't I?</w:t>
      </w:r>
      <w:r>
        <w:br/>
      </w:r>
      <w:r>
        <w:t xml:space="preserve">    (a) the redirection energy from a negative (unacceptable) impulse or urge into a positive or acceptable action</w:t>
      </w:r>
      <w:r>
        <w:br/>
      </w:r>
      <w:r>
        <w:t xml:space="preserve">    (b) feelings or instincts rather than conscious reasoning</w:t>
      </w:r>
      <w:r>
        <w:br/>
      </w:r>
      <w:r>
        <w:t xml:space="preserve">    (c) someone with a potentially life-threatening psychological eating disorder that prevents eating enough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considering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bizarreness</w:t>
      </w:r>
      <w:r>
        <w:rPr>
          <w:b/>
          <w:bCs/>
        </w:rPr>
        <w:t xml:space="preserve"> </w:t>
      </w:r>
      <w:r>
        <w:rPr>
          <w:b/>
          <w:bCs/>
        </w:rPr>
        <w:t xml:space="preserve">of my new life when I noticed the piece of paper that had been taped to the inside shelf of my locker.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quality or degree of being exceedingly odd or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by pushing my jacket down around my elbows.</w:t>
      </w:r>
      <w:r>
        <w:br/>
      </w:r>
      <w:r>
        <w:t xml:space="preserve">    (a) traded</w:t>
      </w:r>
      <w:r>
        <w:br/>
      </w:r>
      <w:r>
        <w:t xml:space="preserve">    (b) showed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looked sad and serious as she talked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camera.</w:t>
      </w:r>
      <w:r>
        <w:br/>
      </w:r>
      <w:r>
        <w:t xml:space="preserve">    (a) sincerely or seriously</w:t>
      </w:r>
      <w:r>
        <w:br/>
      </w:r>
      <w:r>
        <w:t xml:space="preserve">    (b) in a self-aware manner</w:t>
      </w:r>
      <w:r>
        <w:br/>
      </w:r>
      <w:r>
        <w:t xml:space="preserve">    (c) finally; or in the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Zoey legally changed her last name to Redbird when she became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emancipated</w:t>
      </w:r>
      <w:r>
        <w:rPr>
          <w:b/>
          <w:bCs/>
        </w:rPr>
        <w:t xml:space="preserve"> </w:t>
      </w:r>
      <w:r>
        <w:rPr>
          <w:b/>
          <w:bCs/>
        </w:rPr>
        <w:t xml:space="preserve">minor upon entrance to our school last month.</w:t>
      </w:r>
      <w:r>
        <w:br/>
      </w:r>
      <w:r>
        <w:t xml:space="preserve">    (a) not interacting or having interest; or stopped interacting or having interest</w:t>
      </w:r>
      <w:r>
        <w:br/>
      </w:r>
      <w:r>
        <w:t xml:space="preserve">    (b) released from slavery or servitude; or (metaphorically) from social restraints</w:t>
      </w:r>
      <w:r>
        <w:br/>
      </w:r>
      <w:r>
        <w:t xml:space="preserve">    (c) became less intense, less severe, or less active -- perhaps went away entirely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Low clouds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the sun and a light, constant drizzle made everything look blurred.</w:t>
      </w:r>
      <w:r>
        <w:br/>
      </w:r>
      <w:r>
        <w:t xml:space="preserve">    (a) made less visible</w:t>
      </w:r>
      <w:r>
        <w:br/>
      </w:r>
      <w:r>
        <w:t xml:space="preserve">    (b) not fit for service to humans or home life</w:t>
      </w:r>
      <w:r>
        <w:br/>
      </w:r>
      <w:r>
        <w:t xml:space="preserve">    (c) emphasized (called attention to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scribbled down the Dewey Decimal Number for the book and found it up on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shelf, dusty and lonely.</w:t>
      </w:r>
      <w:r>
        <w:br/>
      </w:r>
      <w:r>
        <w:t xml:space="preserve">    (a) the state or degree of agreeing or approving</w:t>
      </w:r>
      <w:r>
        <w:br/>
      </w:r>
      <w:r>
        <w:t xml:space="preserve">    (b) not used by many people</w:t>
      </w:r>
      <w:r>
        <w:br/>
      </w:r>
      <w:r>
        <w:t xml:space="preserve">    (c) the state of doing something unintentionally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you tell them that we're Nature's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Jihad</w:t>
      </w:r>
      <w:r>
        <w:rPr>
          <w:b/>
          <w:bCs/>
        </w:rPr>
        <w:t xml:space="preserve">?</w:t>
      </w:r>
      <w:r>
        <w:br/>
      </w:r>
      <w:r>
        <w:t xml:space="preserve">    (a) a holy war waged by Muslims against infidels; or any relentless battle for a belief</w:t>
      </w:r>
      <w:r>
        <w:br/>
      </w:r>
      <w:r>
        <w:br/>
      </w:r>
      <w:r>
        <w:t xml:space="preserve">or more rarely:  a holy struggle or striving by a Muslim for a moral, spiritual, or political goal</w:t>
      </w:r>
      <w:r>
        <w:br/>
      </w:r>
      <w:r>
        <w:t xml:space="preserve">    (b) popular art movement of late 19th century French painters who used dabs of color to give an impression of their subject rather than a photographic-like depiction</w:t>
      </w:r>
      <w:r>
        <w:br/>
      </w:r>
      <w:r>
        <w:t xml:space="preserve">    (c) the process of replacing what was used up  OR  the process of restoring to a previous condition  OR  (more rarely) materials that replaced what was used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floundered, trying to put the instinct that so often whispered to 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goaded</w:t>
      </w:r>
      <w:r>
        <w:rPr>
          <w:b/>
          <w:bCs/>
        </w:rPr>
        <w:t xml:space="preserve"> </w:t>
      </w:r>
      <w:r>
        <w:rPr>
          <w:b/>
          <w:bCs/>
        </w:rPr>
        <w:t xml:space="preserve">me to do, or not to do, things into words.</w:t>
      </w:r>
      <w:r>
        <w:br/>
      </w:r>
      <w:r>
        <w:t xml:space="preserve">    (a) nervous or confused</w:t>
      </w:r>
      <w:r>
        <w:br/>
      </w:r>
      <w:r>
        <w:t xml:space="preserve">    (b) excessively excited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No. I wouldn't think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things tonight.</w:t>
      </w:r>
      <w:r>
        <w:br/>
      </w:r>
      <w:r>
        <w:t xml:space="preserve">    (a) tell (a story)</w:t>
      </w:r>
      <w:r>
        <w:br/>
      </w:r>
      <w:r>
        <w:t xml:space="preserve">    (b) begin fighting</w:t>
      </w:r>
      <w:r>
        <w:br/>
      </w:r>
      <w:r>
        <w:t xml:space="preserve">    (c)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of you who believes you can uphold the ideals of the Dark Daughters and Sons, and will try your best to be authentic, faithful, wise,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empathetic</w:t>
      </w:r>
      <w:r>
        <w:rPr>
          <w:b/>
          <w:bCs/>
        </w:rPr>
        <w:t xml:space="preserve">, and sincere—you may continue your membership in this group.</w:t>
      </w:r>
      <w:r>
        <w:br/>
      </w:r>
      <w:r>
        <w:t xml:space="preserve">    (a) the ability, tendency, or act of understanding and sharing another's emotional state</w:t>
      </w:r>
      <w:r>
        <w:br/>
      </w:r>
      <w:r>
        <w:t xml:space="preserve">    (b) a solution that is simpler (and often more comprehensive) than most would anticipate</w:t>
      </w:r>
      <w:r>
        <w:br/>
      </w:r>
      <w:r>
        <w:t xml:space="preserve">    (c) the state of not representing or imitating external reality or the objects of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tattoos on my face, back, and shoulders stood out in stark, sapphire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white of my skin and the rust-colored smears of blood that covered my body.</w:t>
      </w:r>
      <w:r>
        <w:br/>
      </w:r>
      <w:r>
        <w:t xml:space="preserve">    (a) difference (in brightness or tone)</w:t>
      </w:r>
      <w:r>
        <w:br/>
      </w:r>
      <w:r>
        <w:t xml:space="preserve">    (b) come to terms with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have to see Neferet," I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resolutely</w:t>
      </w:r>
      <w:r>
        <w:rPr>
          <w:b/>
          <w:bCs/>
        </w:rPr>
        <w:t xml:space="preserve"> </w:t>
      </w:r>
      <w:r>
        <w:rPr>
          <w:b/>
          <w:bCs/>
        </w:rPr>
        <w:t xml:space="preserve">and stood up, surprised at how steady my knees had become.</w:t>
      </w:r>
      <w:r>
        <w:br/>
      </w:r>
      <w:r>
        <w:t xml:space="preserve">    (a) with firm purpose</w:t>
      </w:r>
      <w:r>
        <w:br/>
      </w:r>
      <w:r>
        <w:t xml:space="preserve">    (b) in a strongly biased manner</w:t>
      </w:r>
      <w:r>
        <w:br/>
      </w:r>
      <w:r>
        <w:t xml:space="preserve">    (c) in a morally correct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be together,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your elements, and think about me.</w:t>
      </w:r>
      <w:r>
        <w:br/>
      </w:r>
      <w:r>
        <w:t xml:space="preserve">    (a) show or demonstrate (make obvious)</w:t>
      </w:r>
      <w:r>
        <w:br/>
      </w:r>
      <w:r>
        <w:t xml:space="preserve">    (b) to understand or explain something in a particular way</w:t>
      </w:r>
      <w:r>
        <w:br/>
      </w:r>
      <w:r>
        <w:t xml:space="preserve">    (c) excessively examine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Erik laughed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 </w:t>
      </w:r>
      <w:r>
        <w:rPr>
          <w:b/>
          <w:bCs/>
        </w:rPr>
        <w:t xml:space="preserve">touched the newly tattooed skin of my back.</w:t>
      </w:r>
      <w:r>
        <w:br/>
      </w:r>
      <w:r>
        <w:t xml:space="preserve">    (a) in a manner that is not sincere</w:t>
      </w:r>
      <w:r>
        <w:br/>
      </w:r>
      <w:r>
        <w:t xml:space="preserve">    (b) in an unsure or hesitant manner</w:t>
      </w:r>
      <w:r>
        <w:br/>
      </w:r>
      <w:r>
        <w:t xml:space="preserve">    (c) in comparison to something else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2026-07-31T18:34:46Z</dcterms:created>
  <dcterms:modified xsi:type="dcterms:W3CDTF">2026-07-31T18:34:46Z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