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6cc2254a4a15570dddba7db57e3d34ed1cbafa"/>
    <w:p>
      <w:pPr>
        <w:pStyle w:val="Heading1"/>
      </w:pPr>
      <w:r>
        <w:rPr>
          <w:b/>
          <w:bCs/>
        </w:rPr>
        <w:t xml:space="preserve">Beowulf</w:t>
      </w:r>
      <w:r>
        <w:br/>
      </w:r>
      <w:r>
        <w:rPr>
          <w:i/>
          <w:iCs/>
        </w:rPr>
        <w:t xml:space="preserve">Author Unknown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book,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Harry Potter</w:t>
      </w:r>
      <w:r>
        <w:rPr>
          <w:b/>
          <w:bCs/>
        </w:rPr>
        <w:t xml:space="preserve">, Voldemort is Harry's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antagonist</w:t>
      </w:r>
      <w:r>
        <w:rPr>
          <w:b/>
          <w:bCs/>
        </w:rPr>
        <w:t xml:space="preserve">.</w:t>
      </w:r>
      <w:r>
        <w:br/>
      </w:r>
      <w:r>
        <w:t xml:space="preserve">    (a) friend</w:t>
      </w:r>
      <w:r>
        <w:br/>
      </w:r>
      <w:r>
        <w:t xml:space="preserve">    (b) enemy</w:t>
      </w:r>
      <w:r>
        <w:br/>
      </w:r>
      <w:r>
        <w:t xml:space="preserve">    (c) partner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 genuine effort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atone</w:t>
      </w:r>
      <w:r>
        <w:rPr>
          <w:b/>
          <w:bCs/>
        </w:rPr>
        <w:t xml:space="preserve"> </w:t>
      </w:r>
      <w:r>
        <w:rPr>
          <w:b/>
          <w:bCs/>
        </w:rPr>
        <w:t xml:space="preserve">for her behavior.</w:t>
      </w:r>
      <w:r>
        <w:br/>
      </w:r>
      <w:r>
        <w:t xml:space="preserve">    (a) avoid penalty</w:t>
      </w:r>
      <w:r>
        <w:br/>
      </w:r>
      <w:r>
        <w:t xml:space="preserve">    (b) make up</w:t>
      </w:r>
      <w:r>
        <w:br/>
      </w:r>
      <w:r>
        <w:t xml:space="preserve">    (c) get rewarded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calls himself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bard</w:t>
      </w:r>
      <w:r>
        <w:rPr>
          <w:b/>
          <w:bCs/>
        </w:rPr>
        <w:t xml:space="preserve"> </w:t>
      </w:r>
      <w:r>
        <w:rPr>
          <w:b/>
          <w:bCs/>
        </w:rPr>
        <w:t xml:space="preserve">from Brooklyn.</w:t>
      </w:r>
      <w:r>
        <w:br/>
      </w:r>
      <w:r>
        <w:t xml:space="preserve">    (a) someone who knows everything about everyone</w:t>
      </w:r>
      <w:r>
        <w:br/>
      </w:r>
      <w:r>
        <w:t xml:space="preserve">    (b) someone who protects the weak and delivers justice to those who are evil</w:t>
      </w:r>
      <w:r>
        <w:br/>
      </w:r>
      <w:r>
        <w:t xml:space="preserve">    (c) someone who composes and shares poems about important events and people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focus on the Industrial Age in no way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belittles</w:t>
      </w:r>
      <w:r>
        <w:rPr>
          <w:b/>
          <w:bCs/>
        </w:rPr>
        <w:t xml:space="preserve"> </w:t>
      </w:r>
      <w:r>
        <w:rPr>
          <w:b/>
          <w:bCs/>
        </w:rPr>
        <w:t xml:space="preserve">the preceding progress.</w:t>
      </w:r>
      <w:r>
        <w:br/>
      </w:r>
      <w:r>
        <w:t xml:space="preserve">    (a) treats as unimportant</w:t>
      </w:r>
      <w:r>
        <w:br/>
      </w:r>
      <w:r>
        <w:t xml:space="preserve">    (b) exaggerates about</w:t>
      </w:r>
      <w:r>
        <w:br/>
      </w:r>
      <w:r>
        <w:t xml:space="preserve">    (c) treats as more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aunt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bequeathed</w:t>
      </w:r>
      <w:r>
        <w:rPr>
          <w:b/>
          <w:bCs/>
        </w:rPr>
        <w:t xml:space="preserve"> </w:t>
      </w:r>
      <w:r>
        <w:rPr>
          <w:b/>
          <w:bCs/>
        </w:rPr>
        <w:t xml:space="preserve">me her pearl necklace.</w:t>
      </w:r>
      <w:r>
        <w:br/>
      </w:r>
      <w:r>
        <w:t xml:space="preserve">    (a) gave</w:t>
      </w:r>
      <w:r>
        <w:br/>
      </w:r>
      <w:r>
        <w:t xml:space="preserve">    (b) took</w:t>
      </w:r>
      <w:r>
        <w:br/>
      </w:r>
      <w:r>
        <w:t xml:space="preserve">    (c) loaned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her usual unworried,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blithe</w:t>
      </w:r>
      <w:r>
        <w:rPr>
          <w:b/>
          <w:bCs/>
        </w:rPr>
        <w:t xml:space="preserve"> </w:t>
      </w:r>
      <w:r>
        <w:rPr>
          <w:b/>
          <w:bCs/>
        </w:rPr>
        <w:t xml:space="preserve">self.</w:t>
      </w:r>
      <w:r>
        <w:br/>
      </w:r>
      <w:r>
        <w:t xml:space="preserve">    (a) carefree and happy</w:t>
      </w:r>
      <w:r>
        <w:br/>
      </w:r>
      <w:r>
        <w:t xml:space="preserve">    (b) busy and distracted</w:t>
      </w:r>
      <w:r>
        <w:br/>
      </w:r>
      <w:r>
        <w:t xml:space="preserve">    (c) sleepy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remote workers, high-speed internet is a real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boon</w:t>
      </w:r>
      <w:r>
        <w:rPr>
          <w:b/>
          <w:bCs/>
        </w:rPr>
        <w:t xml:space="preserve">, making it easier to stay productive from home.</w:t>
      </w:r>
      <w:r>
        <w:br/>
      </w:r>
      <w:r>
        <w:t xml:space="preserve">    (a) something that is of great benefit</w:t>
      </w:r>
      <w:r>
        <w:br/>
      </w:r>
      <w:r>
        <w:t xml:space="preserve">    (b) something that causes great harm</w:t>
      </w:r>
      <w:r>
        <w:br/>
      </w:r>
      <w:r>
        <w:t xml:space="preserve">    (c) a source of constant distraction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spent hours trying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burnish</w:t>
      </w:r>
      <w:r>
        <w:rPr>
          <w:b/>
          <w:bCs/>
        </w:rPr>
        <w:t xml:space="preserve"> </w:t>
      </w:r>
      <w:r>
        <w:rPr>
          <w:b/>
          <w:bCs/>
        </w:rPr>
        <w:t xml:space="preserve">the old brass lamp until it gleamed.</w:t>
      </w:r>
      <w:r>
        <w:br/>
      </w:r>
      <w:r>
        <w:t xml:space="preserve">    (a) wear out</w:t>
      </w:r>
      <w:r>
        <w:br/>
      </w:r>
      <w:r>
        <w:t xml:space="preserve">    (b) shine up</w:t>
      </w:r>
      <w:r>
        <w:br/>
      </w:r>
      <w:r>
        <w:t xml:space="preserve">    (c) throw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were 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carousing</w:t>
      </w:r>
      <w:r>
        <w:rPr>
          <w:b/>
          <w:bCs/>
        </w:rPr>
        <w:t xml:space="preserve"> </w:t>
      </w:r>
      <w:r>
        <w:rPr>
          <w:b/>
          <w:bCs/>
        </w:rPr>
        <w:t xml:space="preserve">last night.</w:t>
      </w:r>
      <w:r>
        <w:br/>
      </w:r>
      <w:r>
        <w:t xml:space="preserve">    (a) working late</w:t>
      </w:r>
      <w:r>
        <w:br/>
      </w:r>
      <w:r>
        <w:t xml:space="preserve">    (b) eating dinner</w:t>
      </w:r>
      <w:r>
        <w:br/>
      </w:r>
      <w:r>
        <w:t xml:space="preserve">    (c) partying loudly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harbors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enmity</w:t>
      </w:r>
      <w:r>
        <w:rPr>
          <w:b/>
          <w:bCs/>
        </w:rPr>
        <w:t xml:space="preserve"> </w:t>
      </w:r>
      <w:r>
        <w:rPr>
          <w:b/>
          <w:bCs/>
        </w:rPr>
        <w:t xml:space="preserve">towards her ex-husband.</w:t>
      </w:r>
      <w:r>
        <w:br/>
      </w:r>
      <w:r>
        <w:t xml:space="preserve">    (a) disrespect</w:t>
      </w:r>
      <w:r>
        <w:br/>
      </w:r>
      <w:r>
        <w:t xml:space="preserve">    (b) hatred</w:t>
      </w:r>
      <w:r>
        <w:br/>
      </w:r>
      <w:r>
        <w:t xml:space="preserve">    (c) love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patience or tolerance</w:t>
      </w:r>
      <w:r>
        <w:br/>
      </w:r>
      <w:r>
        <w:t xml:space="preserve">    (b) family concerns</w:t>
      </w:r>
      <w:r>
        <w:br/>
      </w:r>
      <w:r>
        <w:t xml:space="preserve">    (c) financial loan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prospering</w:t>
      </w:r>
      <w:r>
        <w:rPr>
          <w:b/>
          <w:bCs/>
        </w:rPr>
        <w:t xml:space="preserve"> </w:t>
      </w:r>
      <w:r>
        <w:rPr>
          <w:b/>
          <w:bCs/>
        </w:rPr>
        <w:t xml:space="preserve">in business.</w:t>
      </w:r>
      <w:r>
        <w:br/>
      </w:r>
      <w:r>
        <w:t xml:space="preserve">    (a) starting</w:t>
      </w:r>
      <w:r>
        <w:br/>
      </w:r>
      <w:r>
        <w:t xml:space="preserve">    (b) struggling</w:t>
      </w:r>
      <w:r>
        <w:br/>
      </w:r>
      <w:r>
        <w:t xml:space="preserve">    (c) doing well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1829 India banned the Hindu custom of a widow's suicide on her husband's funeral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pyre</w:t>
      </w:r>
      <w:r>
        <w:rPr>
          <w:b/>
          <w:bCs/>
        </w:rPr>
        <w:t xml:space="preserve">.</w:t>
      </w:r>
      <w:r>
        <w:br/>
      </w:r>
      <w:r>
        <w:t xml:space="preserve">    (a) fire</w:t>
      </w:r>
      <w:r>
        <w:br/>
      </w:r>
      <w:r>
        <w:t xml:space="preserve">    (b) coffin</w:t>
      </w:r>
      <w:r>
        <w:br/>
      </w:r>
      <w:r>
        <w:t xml:space="preserve">    (c) gravestone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bird is called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Resplendent</w:t>
      </w:r>
      <w:r>
        <w:rPr>
          <w:b/>
          <w:bCs/>
        </w:rPr>
        <w:t xml:space="preserve"> </w:t>
      </w:r>
      <w:r>
        <w:rPr>
          <w:b/>
          <w:bCs/>
        </w:rPr>
        <w:t xml:space="preserve">Quetzal because of its beautiful, shimmering colors.</w:t>
      </w:r>
      <w:r>
        <w:br/>
      </w:r>
      <w:r>
        <w:t xml:space="preserve">    (a) magnificent</w:t>
      </w:r>
      <w:r>
        <w:br/>
      </w:r>
      <w:r>
        <w:t xml:space="preserve">    (b) colorful</w:t>
      </w:r>
      <w:r>
        <w:br/>
      </w:r>
      <w:r>
        <w:t xml:space="preserve">    (c) shimmering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tempest</w:t>
      </w:r>
      <w:r>
        <w:rPr>
          <w:b/>
          <w:bCs/>
        </w:rPr>
        <w:t xml:space="preserve"> </w:t>
      </w:r>
      <w:r>
        <w:rPr>
          <w:b/>
          <w:bCs/>
        </w:rPr>
        <w:t xml:space="preserve">swept over the island.</w:t>
      </w:r>
      <w:r>
        <w:br/>
      </w:r>
      <w:r>
        <w:t xml:space="preserve">    (a) fear</w:t>
      </w:r>
      <w:r>
        <w:br/>
      </w:r>
      <w:r>
        <w:t xml:space="preserve">    (b) darkness</w:t>
      </w:r>
      <w:r>
        <w:br/>
      </w:r>
      <w:r>
        <w:t xml:space="preserve">    (c) storm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jury reached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unanimous</w:t>
      </w:r>
      <w:r>
        <w:rPr>
          <w:b/>
          <w:bCs/>
        </w:rPr>
        <w:t xml:space="preserve"> </w:t>
      </w:r>
      <w:r>
        <w:rPr>
          <w:b/>
          <w:bCs/>
        </w:rPr>
        <w:t xml:space="preserve">decision after just two hours of deliberation.</w:t>
      </w:r>
      <w:r>
        <w:br/>
      </w:r>
      <w:r>
        <w:t xml:space="preserve">    (a) agreed on by all</w:t>
      </w:r>
      <w:r>
        <w:br/>
      </w:r>
      <w:r>
        <w:t xml:space="preserve">    (b) made by just one juror</w:t>
      </w:r>
      <w:r>
        <w:br/>
      </w:r>
      <w:r>
        <w:t xml:space="preserve">    (c) split nearly evenly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uncouth</w:t>
      </w:r>
      <w:r>
        <w:rPr>
          <w:b/>
          <w:bCs/>
        </w:rPr>
        <w:t xml:space="preserve"> </w:t>
      </w:r>
      <w:r>
        <w:rPr>
          <w:b/>
          <w:bCs/>
        </w:rPr>
        <w:t xml:space="preserve">man's behavior at the dinner party was embarrassing to his guests.</w:t>
      </w:r>
      <w:r>
        <w:br/>
      </w:r>
      <w:r>
        <w:t xml:space="preserve">    (a) drunken</w:t>
      </w:r>
      <w:r>
        <w:br/>
      </w:r>
      <w:r>
        <w:t xml:space="preserve">    (b) rude or unpleasant</w:t>
      </w:r>
      <w:r>
        <w:br/>
      </w:r>
      <w:r>
        <w:t xml:space="preserve">    (c) not bathed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unwitting</w:t>
      </w:r>
      <w:r>
        <w:rPr>
          <w:b/>
          <w:bCs/>
        </w:rPr>
        <w:t xml:space="preserve"> </w:t>
      </w:r>
      <w:r>
        <w:rPr>
          <w:b/>
          <w:bCs/>
        </w:rPr>
        <w:t xml:space="preserve">accomplice in the crime.</w:t>
      </w:r>
      <w:r>
        <w:br/>
      </w:r>
      <w:r>
        <w:t xml:space="preserve">    (a) unkind</w:t>
      </w:r>
      <w:r>
        <w:br/>
      </w:r>
      <w:r>
        <w:t xml:space="preserve">    (b) unimportant</w:t>
      </w:r>
      <w:r>
        <w:br/>
      </w:r>
      <w:r>
        <w:t xml:space="preserve">    (c) unintentional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need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vanquish</w:t>
      </w:r>
      <w:r>
        <w:rPr>
          <w:b/>
          <w:bCs/>
        </w:rPr>
        <w:t xml:space="preserve"> </w:t>
      </w:r>
      <w:r>
        <w:rPr>
          <w:b/>
          <w:bCs/>
        </w:rPr>
        <w:t xml:space="preserve">those negative thoughts and think about good things.</w:t>
      </w:r>
      <w:r>
        <w:br/>
      </w:r>
      <w:r>
        <w:t xml:space="preserve">    (a) gently persuade</w:t>
      </w:r>
      <w:r>
        <w:br/>
      </w:r>
      <w:r>
        <w:t xml:space="preserve">    (b) gently ease</w:t>
      </w:r>
      <w:r>
        <w:br/>
      </w:r>
      <w:r>
        <w:t xml:space="preserve">    (c) completely defeat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were surprised that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venerable</w:t>
      </w:r>
      <w:r>
        <w:rPr>
          <w:b/>
          <w:bCs/>
        </w:rPr>
        <w:t xml:space="preserve"> </w:t>
      </w:r>
      <w:r>
        <w:rPr>
          <w:b/>
          <w:bCs/>
        </w:rPr>
        <w:t xml:space="preserve">institution like Bear Stearns could so rapidly go out of business.</w:t>
      </w:r>
      <w:r>
        <w:br/>
      </w:r>
      <w:r>
        <w:t xml:space="preserve">    (a) large and successful</w:t>
      </w:r>
      <w:r>
        <w:br/>
      </w:r>
      <w:r>
        <w:t xml:space="preserve">    (b) long respected</w:t>
      </w:r>
      <w:r>
        <w:br/>
      </w:r>
      <w:r>
        <w:t xml:space="preserve">    (c) popular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2026-07-31T17:47:58Z</dcterms:created>
  <dcterms:modified xsi:type="dcterms:W3CDTF">2026-07-31T17:47:58Z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