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beloved-toni-morrison-vocabulary-preview"/>
    <w:p>
      <w:pPr>
        <w:pStyle w:val="Heading1"/>
      </w:pPr>
      <w:r>
        <w:rPr>
          <w:b/>
          <w:bCs/>
        </w:rPr>
        <w:t xml:space="preserve">Beloved</w:t>
      </w:r>
      <w:r>
        <w:br/>
      </w:r>
      <w:r>
        <w:rPr>
          <w:i/>
          <w:iCs/>
        </w:rPr>
        <w:t xml:space="preserve">Toni Morrison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the topic comes up.</w:t>
      </w:r>
      <w:r>
        <w:br/>
      </w:r>
      <w:r>
        <w:t xml:space="preserve">    (a) gloomy (sad)</w:t>
      </w:r>
      <w:r>
        <w:br/>
      </w:r>
      <w:r>
        <w:t xml:space="preserve">    (b) calm and thoughtful</w:t>
      </w:r>
      <w:r>
        <w:br/>
      </w:r>
      <w:r>
        <w:t xml:space="preserve">    (c) emotionally disturbed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deliberately</w:t>
      </w:r>
      <w:r>
        <w:rPr>
          <w:b/>
          <w:bCs/>
        </w:rPr>
        <w:t xml:space="preserve"> </w:t>
      </w:r>
      <w:r>
        <w:rPr>
          <w:b/>
          <w:bCs/>
        </w:rPr>
        <w:t xml:space="preserve">added false information to the Wikipedia page.</w:t>
      </w:r>
      <w:r>
        <w:br/>
      </w:r>
      <w:r>
        <w:t xml:space="preserve">    (a) carelessly</w:t>
      </w:r>
      <w:r>
        <w:br/>
      </w:r>
      <w:r>
        <w:t xml:space="preserve">    (b) intentionally</w:t>
      </w:r>
      <w:r>
        <w:br/>
      </w:r>
      <w:r>
        <w:t xml:space="preserve">    (c) accidentally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wasn't accustomed to cold weather, but she managed to cross the icy street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</w:t>
      </w:r>
      <w:r>
        <w:rPr>
          <w:b/>
          <w:bCs/>
        </w:rPr>
        <w:t xml:space="preserve"> </w:t>
      </w:r>
      <w:r>
        <w:rPr>
          <w:b/>
          <w:bCs/>
        </w:rPr>
        <w:t xml:space="preserve">care.</w:t>
      </w:r>
      <w:r>
        <w:br/>
      </w:r>
      <w:r>
        <w:t xml:space="preserve">    (a) very little</w:t>
      </w:r>
      <w:r>
        <w:br/>
      </w:r>
      <w:r>
        <w:t xml:space="preserve">    (b) slow and careful</w:t>
      </w:r>
      <w:r>
        <w:br/>
      </w:r>
      <w:r>
        <w:t xml:space="preserve">    (c) quick and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 people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discriminate</w:t>
      </w:r>
      <w:r>
        <w:rPr>
          <w:b/>
          <w:bCs/>
        </w:rPr>
        <w:t xml:space="preserve"> </w:t>
      </w:r>
      <w:r>
        <w:rPr>
          <w:b/>
          <w:bCs/>
        </w:rPr>
        <w:t xml:space="preserve">between similar shades of blue.</w:t>
      </w:r>
      <w:r>
        <w:br/>
      </w:r>
      <w:r>
        <w:t xml:space="preserve">    (a) confuse</w:t>
      </w:r>
      <w:r>
        <w:br/>
      </w:r>
      <w:r>
        <w:t xml:space="preserve">    (b) distinguish</w:t>
      </w:r>
      <w:r>
        <w:br/>
      </w:r>
      <w:r>
        <w:t xml:space="preserve">    (c) imagine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sanctions are intended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dissuade</w:t>
      </w:r>
      <w:r>
        <w:rPr>
          <w:b/>
          <w:bCs/>
        </w:rPr>
        <w:t xml:space="preserve"> </w:t>
      </w:r>
      <w:r>
        <w:rPr>
          <w:b/>
          <w:bCs/>
        </w:rPr>
        <w:t xml:space="preserve">nuclear weapon development in other countries.</w:t>
      </w:r>
      <w:r>
        <w:br/>
      </w:r>
      <w:r>
        <w:t xml:space="preserve">    (a) encourage</w:t>
      </w:r>
      <w:r>
        <w:br/>
      </w:r>
      <w:r>
        <w:t xml:space="preserve">    (b) discourage</w:t>
      </w:r>
      <w:r>
        <w:br/>
      </w:r>
      <w:r>
        <w:t xml:space="preserve">    (c) assist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fugitive</w:t>
      </w:r>
      <w:r>
        <w:rPr>
          <w:b/>
          <w:bCs/>
        </w:rPr>
        <w:t xml:space="preserve"> </w:t>
      </w:r>
      <w:r>
        <w:rPr>
          <w:b/>
          <w:bCs/>
        </w:rPr>
        <w:t xml:space="preserve">fled to Venezuela.</w:t>
      </w:r>
      <w:r>
        <w:br/>
      </w:r>
      <w:r>
        <w:t xml:space="preserve">    (a) rebel</w:t>
      </w:r>
      <w:r>
        <w:br/>
      </w:r>
      <w:r>
        <w:t xml:space="preserve">    (b) person running from the law</w:t>
      </w:r>
      <w:r>
        <w:br/>
      </w:r>
      <w:r>
        <w:t xml:space="preserve">    (c) person on vacation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but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on-the-other-hand</w:t>
      </w:r>
      <w:r>
        <w:br/>
      </w:r>
      <w:r>
        <w:t xml:space="preserve">    (b) in addition</w:t>
      </w:r>
      <w:r>
        <w:br/>
      </w:r>
      <w:r>
        <w:t xml:space="preserve">    (c) no matter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</w:t>
      </w:r>
      <w:r>
        <w:rPr>
          <w:b/>
          <w:bCs/>
        </w:rPr>
        <w:t xml:space="preserve"> </w:t>
      </w:r>
      <w:r>
        <w:rPr>
          <w:b/>
          <w:bCs/>
        </w:rPr>
        <w:t xml:space="preserve">in my affairs!</w:t>
      </w:r>
      <w:r>
        <w:br/>
      </w:r>
      <w:r>
        <w:t xml:space="preserve">    (a) pretend to understand</w:t>
      </w:r>
      <w:r>
        <w:br/>
      </w:r>
      <w:r>
        <w:t xml:space="preserve">    (b) offer sympathy</w:t>
      </w:r>
      <w:r>
        <w:br/>
      </w:r>
      <w:r>
        <w:t xml:space="preserve">    (c)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in addition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didn't want to help, but I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obliged</w:t>
      </w:r>
      <w:r>
        <w:rPr>
          <w:b/>
          <w:bCs/>
        </w:rPr>
        <w:t xml:space="preserve"> </w:t>
      </w:r>
      <w:r>
        <w:rPr>
          <w:b/>
          <w:bCs/>
        </w:rPr>
        <w:t xml:space="preserve">because of our family connections.</w:t>
      </w:r>
      <w:r>
        <w:br/>
      </w:r>
      <w:r>
        <w:t xml:space="preserve">    (a) sad</w:t>
      </w:r>
      <w:r>
        <w:br/>
      </w:r>
      <w:r>
        <w:t xml:space="preserve">    (b) required to</w:t>
      </w:r>
      <w:r>
        <w:br/>
      </w:r>
      <w:r>
        <w:t xml:space="preserve">    (c) interested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I'll be happy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oblige</w:t>
      </w:r>
      <w:r>
        <w:rPr>
          <w:b/>
          <w:bCs/>
        </w:rPr>
        <w:t xml:space="preserve">.</w:t>
      </w:r>
      <w:r>
        <w:br/>
      </w:r>
      <w:r>
        <w:t xml:space="preserve">    (a) delay until a later time</w:t>
      </w:r>
      <w:r>
        <w:br/>
      </w:r>
      <w:r>
        <w:t xml:space="preserve">    (b) grant a favor</w:t>
      </w:r>
      <w:r>
        <w:br/>
      </w:r>
      <w:r>
        <w:t xml:space="preserve">    (c) say nice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mild curiosity</w:t>
      </w:r>
      <w:r>
        <w:br/>
      </w:r>
      <w:r>
        <w:t xml:space="preserve">    (b) deep bitterness</w:t>
      </w:r>
      <w:r>
        <w:br/>
      </w:r>
      <w:r>
        <w:t xml:space="preserve">    (c) warm affection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more than is needed or desired</w:t>
      </w:r>
      <w:r>
        <w:br/>
      </w:r>
      <w:r>
        <w:t xml:space="preserve">    (b) exactly fitting requirements</w:t>
      </w:r>
      <w:r>
        <w:br/>
      </w:r>
      <w:r>
        <w:t xml:space="preserve">    (c) less than what is required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disorder will eventually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</w:t>
      </w:r>
      <w:r>
        <w:rPr>
          <w:b/>
          <w:bCs/>
        </w:rPr>
        <w:t xml:space="preserve"> </w:t>
      </w:r>
      <w:r>
        <w:rPr>
          <w:b/>
          <w:bCs/>
        </w:rPr>
        <w:t xml:space="preserve">her paralyzed.</w:t>
      </w:r>
      <w:r>
        <w:br/>
      </w:r>
      <w:r>
        <w:t xml:space="preserve">    (a) make</w:t>
      </w:r>
      <w:r>
        <w:br/>
      </w:r>
      <w:r>
        <w:t xml:space="preserve">    (b) unmake</w:t>
      </w:r>
      <w:r>
        <w:br/>
      </w:r>
      <w:r>
        <w:t xml:space="preserve">    (c) compare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face of the child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 </w:t>
      </w:r>
      <w:r>
        <w:rPr>
          <w:b/>
          <w:bCs/>
        </w:rPr>
        <w:t xml:space="preserve">with much tenderness in this painting.</w:t>
      </w:r>
      <w:r>
        <w:br/>
      </w:r>
      <w:r>
        <w:t xml:space="preserve">    (a) depicted or created with more detail than normal</w:t>
      </w:r>
      <w:r>
        <w:br/>
      </w:r>
      <w:r>
        <w:t xml:space="preserve">    (b) portrayed or created in a particular way</w:t>
      </w:r>
      <w:r>
        <w:br/>
      </w:r>
      <w:r>
        <w:t xml:space="preserve">    (c) created in a manner that will always be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step to see if her injured ankle would support her weight.</w:t>
      </w:r>
      <w:r>
        <w:br/>
      </w:r>
      <w:r>
        <w:t xml:space="preserve">    (a) careful</w:t>
      </w:r>
      <w:r>
        <w:br/>
      </w:r>
      <w:r>
        <w:t xml:space="preserve">    (b) brave</w:t>
      </w:r>
      <w:r>
        <w:br/>
      </w:r>
      <w:r>
        <w:t xml:space="preserve">    (c)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plan, but don't want to make any promises until I discuss it with some friends.</w:t>
      </w:r>
      <w:r>
        <w:br/>
      </w:r>
      <w:r>
        <w:t xml:space="preserve">    (a) subject to change (likely or possibly going to change)</w:t>
      </w:r>
      <w:r>
        <w:br/>
      </w:r>
      <w:r>
        <w:t xml:space="preserve">    (b) action without forethought; or such a tendency</w:t>
      </w:r>
      <w:r>
        <w:br/>
      </w:r>
      <w:r>
        <w:t xml:space="preserve">    (c) intended to deceive -- usually for financial 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environmental activists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thwarted</w:t>
      </w:r>
      <w:r>
        <w:rPr>
          <w:b/>
          <w:bCs/>
        </w:rPr>
        <w:t xml:space="preserve"> </w:t>
      </w:r>
      <w:r>
        <w:rPr>
          <w:b/>
          <w:bCs/>
        </w:rPr>
        <w:t xml:space="preserve">the construction of the new oil pipeline by protesting and filing lawsuits.</w:t>
      </w:r>
      <w:r>
        <w:br/>
      </w:r>
      <w:r>
        <w:t xml:space="preserve">    (a) responded</w:t>
      </w:r>
      <w:r>
        <w:br/>
      </w:r>
      <w:r>
        <w:t xml:space="preserve">    (b) surprised</w:t>
      </w:r>
      <w:r>
        <w:br/>
      </w:r>
      <w:r>
        <w:t xml:space="preserve">    (c) prevented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</w:t>
      </w:r>
      <w:r>
        <w:rPr>
          <w:b/>
          <w:bCs/>
        </w:rPr>
        <w:t xml:space="preserve"> </w:t>
      </w:r>
      <w:r>
        <w:rPr>
          <w:b/>
          <w:bCs/>
        </w:rPr>
        <w:t xml:space="preserve">for more independence.</w:t>
      </w:r>
      <w:r>
        <w:br/>
      </w:r>
      <w:r>
        <w:t xml:space="preserve">    (a) desire</w:t>
      </w:r>
      <w:r>
        <w:br/>
      </w:r>
      <w:r>
        <w:t xml:space="preserve">    (b) fear</w:t>
      </w:r>
      <w:r>
        <w:br/>
      </w:r>
      <w:r>
        <w:t xml:space="preserve">    (c) work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2026-07-31T15:28:18Z</dcterms:created>
  <dcterms:modified xsi:type="dcterms:W3CDTF">2026-07-31T15:28:18Z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