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f3cc865aff30f5350bd8b281a3dc625adf384d"/>
    <w:p>
      <w:pPr>
        <w:pStyle w:val="Heading1"/>
      </w:pPr>
      <w:r>
        <w:rPr>
          <w:b/>
          <w:bCs/>
        </w:rPr>
        <w:t xml:space="preserve">Beloved</w:t>
      </w:r>
      <w:r>
        <w:br/>
      </w:r>
      <w:r>
        <w:rPr>
          <w:i/>
          <w:iCs/>
        </w:rPr>
        <w:t xml:space="preserve">Toni Morrison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dictator's first move was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abolish</w:t>
      </w:r>
      <w:r>
        <w:rPr>
          <w:b/>
          <w:bCs/>
        </w:rPr>
        <w:t xml:space="preserve"> </w:t>
      </w:r>
      <w:r>
        <w:rPr>
          <w:b/>
          <w:bCs/>
        </w:rPr>
        <w:t xml:space="preserve">free speech and a free press.</w:t>
      </w:r>
      <w:r>
        <w:br/>
      </w:r>
      <w:r>
        <w:t xml:space="preserve">    (a) restore</w:t>
      </w:r>
      <w:r>
        <w:br/>
      </w:r>
      <w:r>
        <w:t xml:space="preserve">    (b) encourage</w:t>
      </w:r>
      <w:r>
        <w:br/>
      </w:r>
      <w:r>
        <w:t xml:space="preserve">    (c) eliminate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understand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antagonism</w:t>
      </w:r>
      <w:r>
        <w:rPr>
          <w:b/>
          <w:bCs/>
        </w:rPr>
        <w:t xml:space="preserve"> </w:t>
      </w:r>
      <w:r>
        <w:rPr>
          <w:b/>
          <w:bCs/>
        </w:rPr>
        <w:t xml:space="preserve">toward me.</w:t>
      </w:r>
      <w:r>
        <w:br/>
      </w:r>
      <w:r>
        <w:t xml:space="preserve">    (a) positive attitude</w:t>
      </w:r>
      <w:r>
        <w:br/>
      </w:r>
      <w:r>
        <w:t xml:space="preserve">    (b) kindness</w:t>
      </w:r>
      <w:r>
        <w:br/>
      </w:r>
      <w:r>
        <w:t xml:space="preserve">    (c) hostility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are building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arbor</w:t>
      </w:r>
      <w:r>
        <w:rPr>
          <w:b/>
          <w:bCs/>
        </w:rPr>
        <w:t xml:space="preserve"> </w:t>
      </w:r>
      <w:r>
        <w:rPr>
          <w:b/>
          <w:bCs/>
        </w:rPr>
        <w:t xml:space="preserve">in the back yard.</w:t>
      </w:r>
      <w:r>
        <w:br/>
      </w:r>
      <w:r>
        <w:t xml:space="preserve">    (a) framework for plants</w:t>
      </w:r>
      <w:r>
        <w:br/>
      </w:r>
      <w:r>
        <w:t xml:space="preserve">    (b) raised flower bed</w:t>
      </w:r>
      <w:r>
        <w:br/>
      </w:r>
      <w:r>
        <w:t xml:space="preserve">    (c) stone fire pit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earthquake left our pictures hanging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askew</w:t>
      </w:r>
      <w:r>
        <w:rPr>
          <w:b/>
          <w:bCs/>
        </w:rPr>
        <w:t xml:space="preserve">.</w:t>
      </w:r>
      <w:r>
        <w:br/>
      </w:r>
      <w:r>
        <w:t xml:space="preserve">    (a) covered in dust</w:t>
      </w:r>
      <w:r>
        <w:br/>
      </w:r>
      <w:r>
        <w:t xml:space="preserve">    (b) crooked</w:t>
      </w:r>
      <w:r>
        <w:br/>
      </w:r>
      <w:r>
        <w:t xml:space="preserve">    (c) alone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philosopher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cogitated</w:t>
      </w:r>
      <w:r>
        <w:rPr>
          <w:b/>
          <w:bCs/>
        </w:rPr>
        <w:t xml:space="preserve"> </w:t>
      </w:r>
      <w:r>
        <w:rPr>
          <w:b/>
          <w:bCs/>
        </w:rPr>
        <w:t xml:space="preserve">for hours in her study, pondering the meaning of existence and human nature.</w:t>
      </w:r>
      <w:r>
        <w:br/>
      </w:r>
      <w:r>
        <w:t xml:space="preserve">    (a) with rises and falls in pitch</w:t>
      </w:r>
      <w:r>
        <w:br/>
      </w:r>
      <w:r>
        <w:t xml:space="preserve">    (b) thought deeply</w:t>
      </w:r>
      <w:r>
        <w:br/>
      </w:r>
      <w:r>
        <w:t xml:space="preserve">    (c) commended or praised publicly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contentious</w:t>
      </w:r>
      <w:r>
        <w:rPr>
          <w:b/>
          <w:bCs/>
        </w:rPr>
        <w:t xml:space="preserve"> </w:t>
      </w:r>
      <w:r>
        <w:rPr>
          <w:b/>
          <w:bCs/>
        </w:rPr>
        <w:t xml:space="preserve">and complicated issue that I think should be discussed at a separate meeting.</w:t>
      </w:r>
      <w:r>
        <w:br/>
      </w:r>
      <w:r>
        <w:t xml:space="preserve">    (a) complex</w:t>
      </w:r>
      <w:r>
        <w:br/>
      </w:r>
      <w:r>
        <w:t xml:space="preserve">    (b) philosophical</w:t>
      </w:r>
      <w:r>
        <w:br/>
      </w:r>
      <w:r>
        <w:t xml:space="preserve">    (c) controversial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 </w:t>
      </w:r>
      <w:r>
        <w:rPr>
          <w:b/>
          <w:bCs/>
        </w:rPr>
        <w:t xml:space="preserve">terrorism.</w:t>
      </w:r>
      <w:r>
        <w:br/>
      </w:r>
      <w:r>
        <w:t xml:space="preserve">    (a) discourage</w:t>
      </w:r>
      <w:r>
        <w:br/>
      </w:r>
      <w:r>
        <w:t xml:space="preserve">    (b) show favor for</w:t>
      </w:r>
      <w:r>
        <w:br/>
      </w:r>
      <w:r>
        <w:t xml:space="preserve">    (c) provide funds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almost always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defers</w:t>
      </w:r>
      <w:r>
        <w:rPr>
          <w:b/>
          <w:bCs/>
        </w:rPr>
        <w:t xml:space="preserve"> </w:t>
      </w:r>
      <w:r>
        <w:rPr>
          <w:b/>
          <w:bCs/>
        </w:rPr>
        <w:t xml:space="preserve">to her wishes about which movie to see.</w:t>
      </w:r>
      <w:r>
        <w:br/>
      </w:r>
      <w:r>
        <w:t xml:space="preserve">    (a) add more</w:t>
      </w:r>
      <w:r>
        <w:br/>
      </w:r>
      <w:r>
        <w:t xml:space="preserve">    (b) presents argument</w:t>
      </w:r>
      <w:r>
        <w:br/>
      </w:r>
      <w:r>
        <w:t xml:space="preserve">    (c) submits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devious</w:t>
      </w:r>
      <w:r>
        <w:rPr>
          <w:b/>
          <w:bCs/>
        </w:rPr>
        <w:t xml:space="preserve"> </w:t>
      </w:r>
      <w:r>
        <w:rPr>
          <w:b/>
          <w:bCs/>
        </w:rPr>
        <w:t xml:space="preserve">opponent.</w:t>
      </w:r>
      <w:r>
        <w:br/>
      </w:r>
      <w:r>
        <w:t xml:space="preserve">    (a) widely respected</w:t>
      </w:r>
      <w:r>
        <w:br/>
      </w:r>
      <w:r>
        <w:t xml:space="preserve">    (b) not very challenging</w:t>
      </w:r>
      <w:r>
        <w:br/>
      </w:r>
      <w:r>
        <w:t xml:space="preserve">    (c) deceitful and clever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dotes</w:t>
      </w:r>
      <w:r>
        <w:rPr>
          <w:b/>
          <w:bCs/>
        </w:rPr>
        <w:t xml:space="preserve"> </w:t>
      </w:r>
      <w:r>
        <w:rPr>
          <w:b/>
          <w:bCs/>
        </w:rPr>
        <w:t xml:space="preserve">upon her children.</w:t>
      </w:r>
      <w:r>
        <w:br/>
      </w:r>
      <w:r>
        <w:t xml:space="preserve">    (a) worries</w:t>
      </w:r>
      <w:r>
        <w:br/>
      </w:r>
      <w:r>
        <w:t xml:space="preserve">    (b) adores</w:t>
      </w:r>
      <w:r>
        <w:br/>
      </w:r>
      <w:r>
        <w:t xml:space="preserve">    (c) criticizes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mare gave birth to a healthy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foal</w:t>
      </w:r>
      <w:r>
        <w:rPr>
          <w:b/>
          <w:bCs/>
        </w:rPr>
        <w:t xml:space="preserve"> </w:t>
      </w:r>
      <w:r>
        <w:rPr>
          <w:b/>
          <w:bCs/>
        </w:rPr>
        <w:t xml:space="preserve">in the spring meadow.</w:t>
      </w:r>
      <w:r>
        <w:br/>
      </w:r>
      <w:r>
        <w:t xml:space="preserve">    (a) metal gate</w:t>
      </w:r>
      <w:r>
        <w:br/>
      </w:r>
      <w:r>
        <w:t xml:space="preserve">    (b) young horse</w:t>
      </w:r>
      <w:r>
        <w:br/>
      </w:r>
      <w:r>
        <w:t xml:space="preserve">    (c) wooden saddle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team was half an hour late and had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forfeit</w:t>
      </w:r>
      <w:r>
        <w:rPr>
          <w:b/>
          <w:bCs/>
        </w:rPr>
        <w:t xml:space="preserve"> </w:t>
      </w:r>
      <w:r>
        <w:rPr>
          <w:b/>
          <w:bCs/>
        </w:rPr>
        <w:t xml:space="preserve">the game.</w:t>
      </w:r>
      <w:r>
        <w:br/>
      </w:r>
      <w:r>
        <w:t xml:space="preserve">    (a) give up as lost</w:t>
      </w:r>
      <w:r>
        <w:br/>
      </w:r>
      <w:r>
        <w:t xml:space="preserve">    (b) re-schedule</w:t>
      </w:r>
      <w:r>
        <w:br/>
      </w:r>
      <w:r>
        <w:t xml:space="preserve">    (c) rush through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indolent</w:t>
      </w:r>
      <w:r>
        <w:rPr>
          <w:b/>
          <w:bCs/>
        </w:rPr>
        <w:t xml:space="preserve"> </w:t>
      </w:r>
      <w:r>
        <w:rPr>
          <w:b/>
          <w:bCs/>
        </w:rPr>
        <w:t xml:space="preserve">for med school.</w:t>
      </w:r>
      <w:r>
        <w:br/>
      </w:r>
      <w:r>
        <w:t xml:space="preserve">    (a) calm</w:t>
      </w:r>
      <w:r>
        <w:br/>
      </w:r>
      <w:r>
        <w:t xml:space="preserve">    (b) kind</w:t>
      </w:r>
      <w:r>
        <w:br/>
      </w:r>
      <w:r>
        <w:t xml:space="preserve">    (c) lazy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liable</w:t>
      </w:r>
      <w:r>
        <w:rPr>
          <w:b/>
          <w:bCs/>
        </w:rPr>
        <w:t xml:space="preserve"> </w:t>
      </w:r>
      <w:r>
        <w:rPr>
          <w:b/>
          <w:bCs/>
        </w:rPr>
        <w:t xml:space="preserve">to forget something that important.</w:t>
      </w:r>
      <w:r>
        <w:br/>
      </w:r>
      <w:r>
        <w:t xml:space="preserve">    (a) likely</w:t>
      </w:r>
      <w:r>
        <w:br/>
      </w:r>
      <w:r>
        <w:t xml:space="preserve">    (b) the state or degree of being bad or harmful</w:t>
      </w:r>
      <w:r>
        <w:br/>
      </w:r>
      <w:r>
        <w:t xml:space="preserve">    (c) the state or degree of being less than zero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computer is so frustrating. Sometimes it seems alive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malevolent</w:t>
      </w:r>
      <w:r>
        <w:rPr>
          <w:b/>
          <w:bCs/>
        </w:rPr>
        <w:t xml:space="preserve">.</w:t>
      </w:r>
      <w:r>
        <w:br/>
      </w:r>
      <w:r>
        <w:t xml:space="preserve">    (a) stupid</w:t>
      </w:r>
      <w:r>
        <w:br/>
      </w:r>
      <w:r>
        <w:t xml:space="preserve">    (b) unstable</w:t>
      </w:r>
      <w:r>
        <w:br/>
      </w:r>
      <w:r>
        <w:t xml:space="preserve">    (c) evil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restaurant received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mediocre</w:t>
      </w:r>
      <w:r>
        <w:rPr>
          <w:b/>
          <w:bCs/>
        </w:rPr>
        <w:t xml:space="preserve"> </w:t>
      </w:r>
      <w:r>
        <w:rPr>
          <w:b/>
          <w:bCs/>
        </w:rPr>
        <w:t xml:space="preserve">reviews, so we chose another place.</w:t>
      </w:r>
      <w:r>
        <w:br/>
      </w:r>
      <w:r>
        <w:t xml:space="preserve">    (a) clearly terrible</w:t>
      </w:r>
      <w:r>
        <w:br/>
      </w:r>
      <w:r>
        <w:t xml:space="preserve">    (b) truly excellent</w:t>
      </w:r>
      <w:r>
        <w:br/>
      </w:r>
      <w:r>
        <w:t xml:space="preserve">    (c) only average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campaign did not survive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onslaught</w:t>
      </w:r>
      <w:r>
        <w:rPr>
          <w:b/>
          <w:bCs/>
        </w:rPr>
        <w:t xml:space="preserve"> </w:t>
      </w:r>
      <w:r>
        <w:rPr>
          <w:b/>
          <w:bCs/>
        </w:rPr>
        <w:t xml:space="preserve">of attack ads.</w:t>
      </w:r>
      <w:r>
        <w:br/>
      </w:r>
      <w:r>
        <w:t xml:space="preserve">    (a) a clever attack</w:t>
      </w:r>
      <w:r>
        <w:br/>
      </w:r>
      <w:r>
        <w:t xml:space="preserve">    (b) powerful attack</w:t>
      </w:r>
      <w:r>
        <w:br/>
      </w:r>
      <w:r>
        <w:t xml:space="preserve">    (c) an unfair attack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perfunctory</w:t>
      </w:r>
      <w:r>
        <w:rPr>
          <w:b/>
          <w:bCs/>
        </w:rPr>
        <w:t xml:space="preserve"> </w:t>
      </w:r>
      <w:r>
        <w:rPr>
          <w:b/>
          <w:bCs/>
        </w:rPr>
        <w:t xml:space="preserve">apology did little to ease my annoyance.</w:t>
      </w:r>
      <w:r>
        <w:br/>
      </w:r>
      <w:r>
        <w:t xml:space="preserve">    (a) superficial</w:t>
      </w:r>
      <w:r>
        <w:br/>
      </w:r>
      <w:r>
        <w:t xml:space="preserve">    (b) written</w:t>
      </w:r>
      <w:r>
        <w:br/>
      </w:r>
      <w:r>
        <w:t xml:space="preserve">    (c) sincere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Someone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pilfer</w:t>
      </w:r>
      <w:r>
        <w:rPr>
          <w:b/>
          <w:bCs/>
        </w:rPr>
        <w:t xml:space="preserve"> </w:t>
      </w:r>
      <w:r>
        <w:rPr>
          <w:b/>
          <w:bCs/>
        </w:rPr>
        <w:t xml:space="preserve">candy from the store display near the register.</w:t>
      </w:r>
      <w:r>
        <w:br/>
      </w:r>
      <w:r>
        <w:t xml:space="preserve">    (a) steal small things</w:t>
      </w:r>
      <w:r>
        <w:br/>
      </w:r>
      <w:r>
        <w:t xml:space="preserve">    (b) sell old things</w:t>
      </w:r>
      <w:r>
        <w:br/>
      </w:r>
      <w:r>
        <w:t xml:space="preserve">    (c) repair broken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are working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rectify</w:t>
      </w:r>
      <w:r>
        <w:rPr>
          <w:b/>
          <w:bCs/>
        </w:rPr>
        <w:t xml:space="preserve"> </w:t>
      </w:r>
      <w:r>
        <w:rPr>
          <w:b/>
          <w:bCs/>
        </w:rPr>
        <w:t xml:space="preserve">the accounts and send refunds to everyone who was overbilled.</w:t>
      </w:r>
      <w:r>
        <w:br/>
      </w:r>
      <w:r>
        <w:t xml:space="preserve">    (a) calculate</w:t>
      </w:r>
      <w:r>
        <w:br/>
      </w:r>
      <w:r>
        <w:t xml:space="preserve">    (b) understand</w:t>
      </w:r>
      <w:r>
        <w:br/>
      </w:r>
      <w:r>
        <w:t xml:space="preserve">    (c) correct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2026-07-31T15:28:19Z</dcterms:created>
  <dcterms:modified xsi:type="dcterms:W3CDTF">2026-07-31T15:28:19Z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