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3a5105f2a102ed3e8b3ef55c6d5620aaffe626"/>
    <w:p>
      <w:pPr>
        <w:pStyle w:val="Heading1"/>
      </w:pPr>
      <w:r>
        <w:rPr>
          <w:b/>
          <w:bCs/>
        </w:rPr>
        <w:t xml:space="preserve">Beloved</w:t>
      </w:r>
      <w:r>
        <w:br/>
      </w:r>
      <w:r>
        <w:rPr>
          <w:i/>
          <w:iCs/>
        </w:rPr>
        <w:t xml:space="preserve">Toni Morrison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Sethe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</w:t>
      </w:r>
      <w:r>
        <w:rPr>
          <w:b/>
          <w:bCs/>
        </w:rPr>
        <w:t xml:space="preserve"> </w:t>
      </w:r>
      <w:r>
        <w:rPr>
          <w:b/>
          <w:bCs/>
        </w:rPr>
        <w:t xml:space="preserve">her with anything from fabric to her own tongue.</w:t>
      </w:r>
      <w:r>
        <w:br/>
      </w:r>
      <w:r>
        <w:t xml:space="preserve">    (a) make possible</w:t>
      </w:r>
      <w:r>
        <w:br/>
      </w:r>
      <w:r>
        <w:t xml:space="preserve">    (b) grant a favor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it was the smile, or maybe the ever-ready love she saw in his eyes--easy and upfront, the way colts, evangelists and children look at you: with love you don't have to deserve--that made her go ahead and tell him what she had not told Baby Suggs, the only person she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to explain anything to.</w:t>
      </w:r>
      <w:r>
        <w:br/>
      </w:r>
      <w:r>
        <w:t xml:space="preserve">    (a) limited or with boundaries</w:t>
      </w:r>
      <w:r>
        <w:br/>
      </w:r>
      <w:r>
        <w:t xml:space="preserve">    (b) required (to do something)</w:t>
      </w:r>
      <w:r>
        <w:br/>
      </w:r>
      <w:r>
        <w:t xml:space="preserve">    (c) gradually added or removed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far she was from Sweet Home, there was no point in giving out her real name to the first person she saw.</w:t>
      </w:r>
      <w:r>
        <w:br/>
      </w:r>
      <w:r>
        <w:t xml:space="preserve">    (a) regardless of how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aka analysis -- psychiatric treatment; or a theory of psychiatric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Occasionally,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the rustle of a skirt hushes when they wake, and the knuckles brushing a cheek in sleep seem to belong to the sleeper.</w:t>
      </w:r>
      <w:r>
        <w:br/>
      </w:r>
      <w:r>
        <w:t xml:space="preserve">    (a) therefore (for that reason)</w:t>
      </w:r>
      <w:r>
        <w:br/>
      </w:r>
      <w:r>
        <w:t xml:space="preserve">    (b)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the time, no matter what they were doing— whether Denver wiped perspiration from her forehead or stooped to retie her shoes; whether Paul D kicked a stone or reached over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meddle</w:t>
      </w:r>
      <w:r>
        <w:rPr>
          <w:b/>
          <w:bCs/>
        </w:rPr>
        <w:t xml:space="preserve"> </w:t>
      </w:r>
      <w:r>
        <w:rPr>
          <w:b/>
          <w:bCs/>
        </w:rPr>
        <w:t xml:space="preserve">a child's face leaning on its mother's shoulder—all the time the three shadows that shot out of their feet to the left held hands.</w:t>
      </w:r>
      <w:r>
        <w:br/>
      </w:r>
      <w:r>
        <w:t xml:space="preserve">    (a) feelings of deep respect and admiration -- sometimes with a mixture of wonder and awe or fear</w:t>
      </w:r>
      <w:r>
        <w:br/>
      </w:r>
      <w:r>
        <w:t xml:space="preserve">    (b) interfere (in another's affairs or business); or handle (something that shouldn't be handled)</w:t>
      </w:r>
      <w:r>
        <w:br/>
      </w:r>
      <w:r>
        <w:t xml:space="preserve">    (c) separate two things to prevent passage of something such as heat, cold, noise, or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barker called them and their children names ... but the food on his vest and the hole in his pants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 </w:t>
      </w:r>
      <w:r>
        <w:rPr>
          <w:b/>
          <w:bCs/>
        </w:rPr>
        <w:t xml:space="preserve">it fairly harmless.</w:t>
      </w:r>
      <w:r>
        <w:br/>
      </w:r>
      <w:r>
        <w:t xml:space="preserve">    (a) mirrored back (an image)</w:t>
      </w:r>
      <w:r>
        <w:br/>
      </w:r>
      <w:r>
        <w:t xml:space="preserve">    (b) made or caused to become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churned butter,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 </w:t>
      </w:r>
      <w:r>
        <w:rPr>
          <w:b/>
          <w:bCs/>
        </w:rPr>
        <w:t xml:space="preserve">fat, laid fires....</w:t>
      </w:r>
      <w:r>
        <w:br/>
      </w:r>
      <w:r>
        <w:t xml:space="preserve">    (a) changed the direction of a light wave (or other wave) by passing an opaque edge or narrow opening</w:t>
      </w:r>
      <w:r>
        <w:br/>
      </w:r>
      <w:r>
        <w:t xml:space="preserve">    (b) directed energy from a negative (unacceptable) impulse or urge into a positive or acceptable action</w:t>
      </w:r>
      <w:r>
        <w:br/>
      </w:r>
      <w:r>
        <w:t xml:space="preserve">    (c) extracted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touch no heavier than a feather but loaded,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with desire.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break, followed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 </w:t>
      </w:r>
      <w:r>
        <w:rPr>
          <w:b/>
          <w:bCs/>
        </w:rPr>
        <w:t xml:space="preserve">announcement of labor, arched her back.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 of sighs and accidents there was pointed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 </w:t>
      </w:r>
      <w:r>
        <w:rPr>
          <w:b/>
          <w:bCs/>
        </w:rPr>
        <w:t xml:space="preserve">abuse.</w:t>
      </w:r>
      <w:r>
        <w:br/>
      </w:r>
      <w:r>
        <w:t xml:space="preserve">    (a) serving to help explain or demonstrate something</w:t>
      </w:r>
      <w:r>
        <w:br/>
      </w:r>
      <w:r>
        <w:t xml:space="preserve">    (b) intentional</w:t>
      </w:r>
      <w:r>
        <w:br/>
      </w:r>
      <w:r>
        <w:t xml:space="preserve">    (c) most important; or person that is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Braced and heartened by that easy encounter, she picked up speed and began to look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neighborhood surrounding her.</w:t>
      </w:r>
      <w:r>
        <w:br/>
      </w:r>
      <w:r>
        <w:t xml:space="preserve">    (a) in a manner that is likely to change</w:t>
      </w:r>
      <w:r>
        <w:br/>
      </w:r>
      <w:r>
        <w:t xml:space="preserve">    (b) in a manner that does not find fault</w:t>
      </w:r>
      <w:r>
        <w:br/>
      </w:r>
      <w:r>
        <w:t xml:space="preserve">    (c) with great care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height was beyond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yearning</w:t>
      </w:r>
      <w:r>
        <w:rPr>
          <w:b/>
          <w:bCs/>
        </w:rPr>
        <w:t xml:space="preserve"> </w:t>
      </w:r>
      <w:r>
        <w:rPr>
          <w:b/>
          <w:bCs/>
        </w:rPr>
        <w:t xml:space="preserve">neck, stretched like a finger toward his, risking everything outside the bowl just to touch his face.</w:t>
      </w:r>
      <w:r>
        <w:br/>
      </w:r>
      <w:r>
        <w:t xml:space="preserve">    (a) changing to fit a different situation</w:t>
      </w:r>
      <w:r>
        <w:br/>
      </w:r>
      <w:r>
        <w:t xml:space="preserve">    (b) charging (with having broken the law)</w:t>
      </w:r>
      <w:r>
        <w:br/>
      </w:r>
      <w:r>
        <w:t xml:space="preserve">    (c) strongly desiring; or a strong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Thwarted</w:t>
      </w:r>
      <w:r>
        <w:rPr>
          <w:b/>
          <w:bCs/>
        </w:rPr>
        <w:t xml:space="preserve"> </w:t>
      </w:r>
      <w:r>
        <w:rPr>
          <w:b/>
          <w:bCs/>
        </w:rPr>
        <w:t xml:space="preserve">yet wondering, she chopped away with the hoe.</w:t>
      </w:r>
      <w:r>
        <w:br/>
      </w:r>
      <w:r>
        <w:t xml:space="preserve">    (a) to prevent someone from doing what they want to do; or (less commonly) to oppose someone's efforts</w:t>
      </w:r>
      <w:r>
        <w:br/>
      </w:r>
      <w:r>
        <w:t xml:space="preserve">    (b) portrayed or created something in a particular way  OR  interpreted, translated, or extracted from</w:t>
      </w:r>
      <w:r>
        <w:br/>
      </w:r>
      <w:r>
        <w:t xml:space="preserve">    (c) changed the direction of a light wave (or other wave) by passing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rifle ready, his eyes trained away from the house to the left and to the right, because likely as not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</w:t>
      </w:r>
      <w:r>
        <w:rPr>
          <w:b/>
          <w:bCs/>
        </w:rPr>
        <w:t xml:space="preserve"> </w:t>
      </w:r>
      <w:r>
        <w:rPr>
          <w:b/>
          <w:bCs/>
        </w:rPr>
        <w:t xml:space="preserve">would make a dash for it.</w:t>
      </w:r>
      <w:r>
        <w:br/>
      </w:r>
      <w:r>
        <w:t xml:space="preserve">    (a) the state of doing something unintentionally</w:t>
      </w:r>
      <w:r>
        <w:br/>
      </w:r>
      <w:r>
        <w:t xml:space="preserve">    (b) the state or degree of agreeing or approving</w:t>
      </w:r>
      <w:r>
        <w:br/>
      </w:r>
      <w:r>
        <w:t xml:space="preserve">    (c) someone who is running away or hiding from police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 </w:t>
      </w:r>
      <w:r>
        <w:rPr>
          <w:b/>
          <w:bCs/>
        </w:rPr>
        <w:t xml:space="preserve">greetings</w:t>
      </w:r>
      <w:r>
        <w:br/>
      </w:r>
      <w:r>
        <w:t xml:space="preserve">    (a) cautious (done in a careful way indicating a lack of confidence)</w:t>
      </w:r>
      <w:r>
        <w:br/>
      </w:r>
      <w:r>
        <w:t xml:space="preserve">    (b) not demonstrating</w:t>
      </w:r>
      <w:r>
        <w:br/>
      </w:r>
      <w:r>
        <w:t xml:space="preserve">    (c) able to challenge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April and everything alive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.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not capable of being suffered through (or put up with)</w:t>
      </w:r>
      <w:r>
        <w:br/>
      </w:r>
      <w:r>
        <w:t xml:space="preserve">    (c) subject to change (likely or possibly going to change)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dissuade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persuade someone not to do something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made her believe she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discriminate</w:t>
      </w:r>
      <w:r>
        <w:rPr>
          <w:b/>
          <w:bCs/>
        </w:rPr>
        <w:t xml:space="preserve"> </w:t>
      </w:r>
      <w:r>
        <w:rPr>
          <w:b/>
          <w:bCs/>
        </w:rPr>
        <w:t xml:space="preserve">among them.</w:t>
      </w:r>
      <w:r>
        <w:br/>
      </w:r>
      <w:r>
        <w:t xml:space="preserve">    (a) recognize the differences</w:t>
      </w:r>
      <w:r>
        <w:br/>
      </w:r>
      <w:r>
        <w:t xml:space="preserve">    (b) make someone want to do something</w:t>
      </w:r>
      <w:r>
        <w:br/>
      </w:r>
      <w:r>
        <w:t xml:space="preserve">    (c) walk in an awkward, shuffling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dispensed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, was indiscriminately polite, saving her real affection for the unpicked children of Cincinnati,</w:t>
      </w:r>
      <w:r>
        <w:br/>
      </w:r>
      <w:r>
        <w:t xml:space="preserve">    (a) deep and bitter anger or hatred</w:t>
      </w:r>
      <w:r>
        <w:br/>
      </w:r>
      <w:r>
        <w:t xml:space="preserve">    (b) measure of general intelligence</w:t>
      </w:r>
      <w:r>
        <w:br/>
      </w:r>
      <w:r>
        <w:t xml:space="preserve">    (c) a firm decision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them days to get the story properly blown up and themselves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 </w:t>
      </w:r>
      <w:r>
        <w:rPr>
          <w:b/>
          <w:bCs/>
        </w:rPr>
        <w:t xml:space="preserve">and then to calm down and assess the situation.</w:t>
      </w:r>
      <w:r>
        <w:br/>
      </w:r>
      <w:r>
        <w:t xml:space="preserve">    (a) stirred up (excited)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thought carefully and made a judgment about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2026-07-31T15:28:19Z</dcterms:created>
  <dcterms:modified xsi:type="dcterms:W3CDTF">2026-07-31T15:28:19Z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