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d626daf8d6d757c66b905f872d0d6fd9f7acf09"/>
    <w:p>
      <w:pPr>
        <w:pStyle w:val="Heading1"/>
      </w:pPr>
      <w:r>
        <w:rPr>
          <w:b/>
          <w:bCs/>
        </w:rPr>
        <w:t xml:space="preserve">Beloved</w:t>
      </w:r>
      <w:r>
        <w:br/>
      </w:r>
      <w:r>
        <w:rPr>
          <w:i/>
          <w:iCs/>
        </w:rPr>
        <w:t xml:space="preserve">Toni Morrison</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Together they waged a</w:t>
      </w:r>
      <w:r>
        <w:rPr>
          <w:b/>
          <w:bCs/>
        </w:rPr>
        <w:t xml:space="preserve"> </w:t>
      </w:r>
      <w:r>
        <w:rPr>
          <w:b/>
          <w:bCs/>
          <w:u w:val="single"/>
        </w:rPr>
        <w:t xml:space="preserve">perfunctory</w:t>
      </w:r>
      <w:r>
        <w:rPr>
          <w:b/>
          <w:bCs/>
        </w:rPr>
        <w:t xml:space="preserve"> </w:t>
      </w:r>
      <w:r>
        <w:rPr>
          <w:b/>
          <w:bCs/>
        </w:rPr>
        <w:t xml:space="preserve">battle against the outrageous behavior of that place; against turned-over slop jars, smacks on the behind, and gusts of sour air.</w:t>
      </w:r>
      <w:r>
        <w:br/>
      </w:r>
      <w:r>
        <w:t xml:space="preserve">    (a) done quickly without concern or attention to detail</w:t>
      </w:r>
      <w:r>
        <w:br/>
      </w:r>
      <w:r>
        <w:t xml:space="preserve">    (b) (adjective) designed to stop something  OR  (noun) something that stops something else</w:t>
      </w:r>
      <w:r>
        <w:br/>
      </w:r>
      <w:r>
        <w:t xml:space="preserve">    (c) related to intelligence -- such as requiring, appealing to, or possessing intelligence</w:t>
      </w:r>
    </w:p>
    <w:p>
      <w:pPr>
        <w:pStyle w:val="Compact"/>
        <w:numPr>
          <w:ilvl w:val="0"/>
          <w:numId w:val="1001"/>
        </w:numPr>
      </w:pPr>
      <w:r>
        <w:rPr>
          <w:b/>
          <w:bCs/>
        </w:rPr>
        <w:t xml:space="preserve">Unfortunately her brain was</w:t>
      </w:r>
      <w:r>
        <w:rPr>
          <w:b/>
          <w:bCs/>
        </w:rPr>
        <w:t xml:space="preserve"> </w:t>
      </w:r>
      <w:r>
        <w:rPr>
          <w:b/>
          <w:bCs/>
          <w:u w:val="single"/>
        </w:rPr>
        <w:t xml:space="preserve">devious</w:t>
      </w:r>
      <w:r>
        <w:rPr>
          <w:b/>
          <w:bCs/>
        </w:rPr>
        <w:t xml:space="preserve">.</w:t>
      </w:r>
      <w:r>
        <w:br/>
      </w:r>
      <w:r>
        <w:t xml:space="preserve">    (a) able to be persuaded to do something by tempting with pleasure or something desired</w:t>
      </w:r>
      <w:r>
        <w:br/>
      </w:r>
      <w:r>
        <w:t xml:space="preserve">    (b) relating to one-sided information that is purposefully spread to influence opinions</w:t>
      </w:r>
      <w:r>
        <w:br/>
      </w:r>
      <w:r>
        <w:t xml:space="preserve">    (c) deceitful (not honest and straightforward) -- often in a complicated, clever manner</w:t>
      </w:r>
    </w:p>
    <w:p>
      <w:pPr>
        <w:pStyle w:val="Compact"/>
        <w:numPr>
          <w:ilvl w:val="0"/>
          <w:numId w:val="1001"/>
        </w:numPr>
      </w:pPr>
      <w:r>
        <w:rPr>
          <w:b/>
          <w:bCs/>
        </w:rPr>
        <w:t xml:space="preserve">Picking her way through the brush she hollered back to Sethe, "What you gonna do, just lay there and</w:t>
      </w:r>
      <w:r>
        <w:rPr>
          <w:b/>
          <w:bCs/>
        </w:rPr>
        <w:t xml:space="preserve"> </w:t>
      </w:r>
      <w:r>
        <w:rPr>
          <w:b/>
          <w:bCs/>
          <w:u w:val="single"/>
        </w:rPr>
        <w:t xml:space="preserve">foal</w:t>
      </w:r>
      <w:r>
        <w:rPr>
          <w:b/>
          <w:bCs/>
        </w:rPr>
        <w:t xml:space="preserve">?"</w:t>
      </w:r>
      <w:r>
        <w:br/>
      </w:r>
      <w:r>
        <w:t xml:space="preserve">    (a) mark important text; or the text that is marked</w:t>
      </w:r>
      <w:r>
        <w:br/>
      </w:r>
      <w:r>
        <w:t xml:space="preserve">    (b) a young horse; or giving birth to a young horse</w:t>
      </w:r>
      <w:r>
        <w:br/>
      </w:r>
      <w:r>
        <w:t xml:space="preserve">    (c) give an opinion of what is wrong with something</w:t>
      </w:r>
    </w:p>
    <w:p>
      <w:pPr>
        <w:pStyle w:val="Compact"/>
        <w:numPr>
          <w:ilvl w:val="0"/>
          <w:numId w:val="1001"/>
        </w:numPr>
      </w:pPr>
      <w:r>
        <w:rPr>
          <w:b/>
          <w:bCs/>
        </w:rPr>
        <w:t xml:space="preserve">So, although the carnival was a lot less than</w:t>
      </w:r>
      <w:r>
        <w:rPr>
          <w:b/>
          <w:bCs/>
        </w:rPr>
        <w:t xml:space="preserve"> </w:t>
      </w:r>
      <w:r>
        <w:rPr>
          <w:b/>
          <w:bCs/>
          <w:u w:val="single"/>
        </w:rPr>
        <w:t xml:space="preserve">mediocre</w:t>
      </w:r>
      <w:r>
        <w:rPr>
          <w:b/>
          <w:bCs/>
        </w:rPr>
        <w:t xml:space="preserve"> </w:t>
      </w:r>
      <w:r>
        <w:rPr>
          <w:b/>
          <w:bCs/>
        </w:rPr>
        <w:t xml:space="preserve">(which is why it agreed to a Colored Thursday), it gave the four hundred black people in its audience thrill upon thrill upon thrill.</w:t>
      </w:r>
      <w:r>
        <w:br/>
      </w:r>
      <w:r>
        <w:t xml:space="preserve">    (a) unable or difficult to meet and talk with</w:t>
      </w:r>
      <w:r>
        <w:br/>
      </w:r>
      <w:r>
        <w:t xml:space="preserve">    (b) without purpose, job, or natural activity</w:t>
      </w:r>
      <w:r>
        <w:br/>
      </w:r>
      <w:r>
        <w:t xml:space="preserve">    (c) average or a bit below average in quality</w:t>
      </w:r>
    </w:p>
    <w:p>
      <w:pPr>
        <w:pStyle w:val="Compact"/>
        <w:numPr>
          <w:ilvl w:val="0"/>
          <w:numId w:val="1001"/>
        </w:numPr>
      </w:pPr>
      <w:r>
        <w:rPr>
          <w:b/>
          <w:bCs/>
        </w:rPr>
        <w:t xml:space="preserve">Women who drink champagne when there is nothing to celebrate can look like that: their straw hats with broken brims are often</w:t>
      </w:r>
      <w:r>
        <w:rPr>
          <w:b/>
          <w:bCs/>
        </w:rPr>
        <w:t xml:space="preserve"> </w:t>
      </w:r>
      <w:r>
        <w:rPr>
          <w:b/>
          <w:bCs/>
          <w:u w:val="single"/>
        </w:rPr>
        <w:t xml:space="preserve">askew</w:t>
      </w:r>
      <w:r>
        <w:rPr>
          <w:b/>
          <w:bCs/>
        </w:rPr>
        <w:t xml:space="preserve">; they nod in public places; their shoes are undone.</w:t>
      </w:r>
      <w:r>
        <w:br/>
      </w:r>
      <w:r>
        <w:t xml:space="preserve">    (a) rain, snow, hail, or sleet</w:t>
      </w:r>
      <w:r>
        <w:br/>
      </w:r>
      <w:r>
        <w:t xml:space="preserve">    (b) not straight; or not right</w:t>
      </w:r>
      <w:r>
        <w:br/>
      </w:r>
      <w:r>
        <w:t xml:space="preserve">    (c) opposed to "globalization"</w:t>
      </w:r>
    </w:p>
    <w:p>
      <w:pPr>
        <w:pStyle w:val="Compact"/>
        <w:numPr>
          <w:ilvl w:val="0"/>
          <w:numId w:val="1001"/>
        </w:numPr>
      </w:pPr>
      <w:r>
        <w:rPr>
          <w:b/>
          <w:bCs/>
        </w:rPr>
        <w:t xml:space="preserve">she shouted and gave him a look so</w:t>
      </w:r>
      <w:r>
        <w:rPr>
          <w:b/>
          <w:bCs/>
        </w:rPr>
        <w:t xml:space="preserve"> </w:t>
      </w:r>
      <w:r>
        <w:rPr>
          <w:b/>
          <w:bCs/>
          <w:u w:val="single"/>
        </w:rPr>
        <w:t xml:space="preserve">malevolent</w:t>
      </w:r>
      <w:r>
        <w:rPr>
          <w:b/>
          <w:bCs/>
        </w:rPr>
        <w:t xml:space="preserve"> </w:t>
      </w:r>
      <w:r>
        <w:rPr>
          <w:b/>
          <w:bCs/>
        </w:rPr>
        <w:t xml:space="preserve">Denver touched her arm.</w:t>
      </w:r>
      <w:r>
        <w:br/>
      </w:r>
      <w:r>
        <w:t xml:space="preserve">    (a) real</w:t>
      </w:r>
      <w:r>
        <w:br/>
      </w:r>
      <w:r>
        <w:t xml:space="preserve">    (b) city</w:t>
      </w:r>
      <w:r>
        <w:br/>
      </w:r>
      <w:r>
        <w:t xml:space="preserve">    (c) evil</w:t>
      </w:r>
    </w:p>
    <w:p>
      <w:pPr>
        <w:pStyle w:val="Compact"/>
        <w:numPr>
          <w:ilvl w:val="0"/>
          <w:numId w:val="1001"/>
        </w:numPr>
      </w:pPr>
      <w:r>
        <w:rPr>
          <w:b/>
          <w:bCs/>
        </w:rPr>
        <w:t xml:space="preserve">And if that don't get it, feel how it feels to be a coloredwoman roaming the roads with anything God made</w:t>
      </w:r>
      <w:r>
        <w:rPr>
          <w:b/>
          <w:bCs/>
        </w:rPr>
        <w:t xml:space="preserve"> </w:t>
      </w:r>
      <w:r>
        <w:rPr>
          <w:b/>
          <w:bCs/>
          <w:u w:val="single"/>
        </w:rPr>
        <w:t xml:space="preserve">liable to</w:t>
      </w:r>
      <w:r>
        <w:rPr>
          <w:b/>
          <w:bCs/>
        </w:rPr>
        <w:t xml:space="preserve"> </w:t>
      </w:r>
      <w:r>
        <w:rPr>
          <w:b/>
          <w:bCs/>
        </w:rPr>
        <w:t xml:space="preserve">jump on you.</w:t>
      </w:r>
      <w:r>
        <w:br/>
      </w:r>
      <w:r>
        <w:t xml:space="preserve">    (a) devices that convert light into electricity</w:t>
      </w:r>
      <w:r>
        <w:br/>
      </w:r>
      <w:r>
        <w:t xml:space="preserve">    (b) temperature scale used in most of the world</w:t>
      </w:r>
      <w:r>
        <w:br/>
      </w:r>
      <w:r>
        <w:t xml:space="preserve">    (c) likely to; or maybe going to; or subject to</w:t>
      </w:r>
    </w:p>
    <w:p>
      <w:pPr>
        <w:pStyle w:val="Compact"/>
        <w:numPr>
          <w:ilvl w:val="0"/>
          <w:numId w:val="1001"/>
        </w:numPr>
      </w:pPr>
      <w:r>
        <w:rPr>
          <w:b/>
          <w:bCs/>
        </w:rPr>
        <w:t xml:space="preserve">Plotting has changed Denver markedly. Where she was once</w:t>
      </w:r>
      <w:r>
        <w:rPr>
          <w:b/>
          <w:bCs/>
        </w:rPr>
        <w:t xml:space="preserve"> </w:t>
      </w:r>
      <w:r>
        <w:rPr>
          <w:b/>
          <w:bCs/>
          <w:u w:val="single"/>
        </w:rPr>
        <w:t xml:space="preserve">indolent</w:t>
      </w:r>
      <w:r>
        <w:rPr>
          <w:b/>
          <w:bCs/>
        </w:rPr>
        <w:t xml:space="preserve">, resentful of every task, now she is spry, executing, even extending the assignments Sethe leaves for them.</w:t>
      </w:r>
      <w:r>
        <w:br/>
      </w:r>
      <w:r>
        <w:t xml:space="preserve">    (a) lazy (disinclined to work)</w:t>
      </w:r>
      <w:r>
        <w:br/>
      </w:r>
      <w:r>
        <w:t xml:space="preserve">    (b) impulsive</w:t>
      </w:r>
      <w:r>
        <w:br/>
      </w:r>
      <w:r>
        <w:t xml:space="preserve">    (c) unfocused</w:t>
      </w:r>
    </w:p>
    <w:p>
      <w:pPr>
        <w:pStyle w:val="Compact"/>
        <w:numPr>
          <w:ilvl w:val="0"/>
          <w:numId w:val="1001"/>
        </w:numPr>
      </w:pPr>
      <w:r>
        <w:rPr>
          <w:b/>
          <w:bCs/>
          <w:u w:val="single"/>
        </w:rPr>
        <w:t xml:space="preserve">Deferring</w:t>
      </w:r>
      <w:r>
        <w:rPr>
          <w:b/>
          <w:bCs/>
        </w:rPr>
        <w:t xml:space="preserve"> </w:t>
      </w:r>
      <w:r>
        <w:rPr>
          <w:b/>
          <w:bCs/>
        </w:rPr>
        <w:t xml:space="preserve">to his slaves' opinions did not deprive him of authority or power.</w:t>
      </w:r>
      <w:r>
        <w:br/>
      </w:r>
      <w:r>
        <w:t xml:space="preserve">    (a) pretends to be ignorant</w:t>
      </w:r>
      <w:r>
        <w:br/>
      </w:r>
      <w:r>
        <w:t xml:space="preserve">    (b) presenting argument</w:t>
      </w:r>
      <w:r>
        <w:br/>
      </w:r>
      <w:r>
        <w:t xml:space="preserve">    (c) submitting or yielding</w:t>
      </w:r>
    </w:p>
    <w:p>
      <w:pPr>
        <w:pStyle w:val="Compact"/>
        <w:numPr>
          <w:ilvl w:val="0"/>
          <w:numId w:val="1001"/>
        </w:numPr>
      </w:pPr>
      <w:r>
        <w:rPr>
          <w:b/>
          <w:bCs/>
        </w:rPr>
        <w:t xml:space="preserve">Who had not even escaped slavery—had, in fact, been bought out of it by a</w:t>
      </w:r>
      <w:r>
        <w:rPr>
          <w:b/>
          <w:bCs/>
        </w:rPr>
        <w:t xml:space="preserve"> </w:t>
      </w:r>
      <w:r>
        <w:rPr>
          <w:b/>
          <w:bCs/>
          <w:u w:val="single"/>
        </w:rPr>
        <w:t xml:space="preserve">doting</w:t>
      </w:r>
      <w:r>
        <w:rPr>
          <w:b/>
          <w:bCs/>
        </w:rPr>
        <w:t xml:space="preserve"> </w:t>
      </w:r>
      <w:r>
        <w:rPr>
          <w:b/>
          <w:bCs/>
        </w:rPr>
        <w:t xml:space="preserve">son and driven to the Ohio River in a wagon—free papers folded between her breasts (driven by the very man who had been her master, who also paid her resettlement fee—name of Garner), and rented a house with two floors and a well from the Bodwins— the white brother and sister who gave Stamp Paid, Ella and John clothes, goods and gear for runaways because they hated slavery worse than they hated slaves.</w:t>
      </w:r>
      <w:r>
        <w:br/>
      </w:r>
      <w:r>
        <w:t xml:space="preserve">    (a) compensating for a loss; or paying a reward</w:t>
      </w:r>
      <w:r>
        <w:br/>
      </w:r>
      <w:r>
        <w:t xml:space="preserve">    (b) demonstrating love and uncritical affection</w:t>
      </w:r>
      <w:r>
        <w:br/>
      </w:r>
      <w:r>
        <w:t xml:space="preserve">    (c) protecting something or keeping it as it is</w:t>
      </w:r>
    </w:p>
    <w:p>
      <w:pPr>
        <w:pStyle w:val="Compact"/>
        <w:numPr>
          <w:ilvl w:val="0"/>
          <w:numId w:val="1001"/>
        </w:numPr>
      </w:pPr>
      <w:r>
        <w:rPr>
          <w:b/>
          <w:bCs/>
        </w:rPr>
        <w:t xml:space="preserve">Rather than</w:t>
      </w:r>
      <w:r>
        <w:rPr>
          <w:b/>
          <w:bCs/>
        </w:rPr>
        <w:t xml:space="preserve"> </w:t>
      </w:r>
      <w:r>
        <w:rPr>
          <w:b/>
          <w:bCs/>
          <w:u w:val="single"/>
        </w:rPr>
        <w:t xml:space="preserve">forfeit</w:t>
      </w:r>
      <w:r>
        <w:rPr>
          <w:b/>
          <w:bCs/>
        </w:rPr>
        <w:t xml:space="preserve"> </w:t>
      </w:r>
      <w:r>
        <w:rPr>
          <w:b/>
          <w:bCs/>
        </w:rPr>
        <w:t xml:space="preserve">the one privilege he claimed for himself, he lowered his hand and left the porch.</w:t>
      </w:r>
      <w:r>
        <w:br/>
      </w:r>
      <w:r>
        <w:t xml:space="preserve">    (a) to concentrate, look at; or the act of concentration</w:t>
      </w:r>
      <w:r>
        <w:br/>
      </w:r>
      <w:r>
        <w:t xml:space="preserve">    (b) to lose or surrender something -- often as a penalty</w:t>
      </w:r>
      <w:r>
        <w:br/>
      </w:r>
      <w:r>
        <w:t xml:space="preserve">    (c) make one's home in; or live in; or stay (in a place)</w:t>
      </w:r>
    </w:p>
    <w:p>
      <w:pPr>
        <w:pStyle w:val="Compact"/>
        <w:numPr>
          <w:ilvl w:val="0"/>
          <w:numId w:val="1001"/>
        </w:numPr>
      </w:pPr>
      <w:r>
        <w:rPr>
          <w:b/>
          <w:bCs/>
        </w:rPr>
        <w:t xml:space="preserve">Now, eight years after her</w:t>
      </w:r>
      <w:r>
        <w:rPr>
          <w:b/>
          <w:bCs/>
        </w:rPr>
        <w:t xml:space="preserve"> </w:t>
      </w:r>
      <w:r>
        <w:rPr>
          <w:b/>
          <w:bCs/>
          <w:u w:val="single"/>
        </w:rPr>
        <w:t xml:space="preserve">contentious</w:t>
      </w:r>
      <w:r>
        <w:rPr>
          <w:b/>
          <w:bCs/>
        </w:rPr>
        <w:t xml:space="preserve"> </w:t>
      </w:r>
      <w:r>
        <w:rPr>
          <w:b/>
          <w:bCs/>
        </w:rPr>
        <w:t xml:space="preserve">funeral ... he changed his mind.</w:t>
      </w:r>
      <w:r>
        <w:br/>
      </w:r>
      <w:r>
        <w:t xml:space="preserve">    (a) the state of not being aware or concerned about something</w:t>
      </w:r>
      <w:r>
        <w:br/>
      </w:r>
      <w:r>
        <w:t xml:space="preserve">    (b) the state or degree of being absolutely sure of something</w:t>
      </w:r>
      <w:r>
        <w:br/>
      </w:r>
      <w:r>
        <w:t xml:space="preserve">    (c) combative (involving argument or heated differences)</w:t>
      </w:r>
    </w:p>
    <w:p>
      <w:pPr>
        <w:pStyle w:val="Compact"/>
        <w:numPr>
          <w:ilvl w:val="0"/>
          <w:numId w:val="1001"/>
        </w:numPr>
      </w:pPr>
      <w:r>
        <w:rPr>
          <w:b/>
          <w:bCs/>
        </w:rPr>
        <w:t xml:space="preserve">The</w:t>
      </w:r>
      <w:r>
        <w:rPr>
          <w:b/>
          <w:bCs/>
        </w:rPr>
        <w:t xml:space="preserve"> </w:t>
      </w:r>
      <w:r>
        <w:rPr>
          <w:b/>
          <w:bCs/>
          <w:u w:val="single"/>
        </w:rPr>
        <w:t xml:space="preserve">onslaught</w:t>
      </w:r>
      <w:r>
        <w:rPr>
          <w:b/>
          <w:bCs/>
        </w:rPr>
        <w:t xml:space="preserve"> </w:t>
      </w:r>
      <w:r>
        <w:rPr>
          <w:b/>
          <w:bCs/>
        </w:rPr>
        <w:t xml:space="preserve">of her fatigue, like his, was sudden, but lasted for years.</w:t>
      </w:r>
      <w:r>
        <w:br/>
      </w:r>
      <w:r>
        <w:t xml:space="preserve">    (a) co-existing peacefully; or having components that are combined in a pleasing way</w:t>
      </w:r>
      <w:r>
        <w:br/>
      </w:r>
      <w:r>
        <w:t xml:space="preserve">    (b) the act of move something out of an interacting position; or the act of stopping</w:t>
      </w:r>
      <w:r>
        <w:br/>
      </w:r>
      <w:r>
        <w:t xml:space="preserve">    (c) powerful attack</w:t>
      </w:r>
    </w:p>
    <w:p>
      <w:pPr>
        <w:pStyle w:val="Compact"/>
        <w:numPr>
          <w:ilvl w:val="0"/>
          <w:numId w:val="1001"/>
        </w:numPr>
      </w:pPr>
      <w:r>
        <w:rPr>
          <w:b/>
          <w:bCs/>
        </w:rPr>
        <w:t xml:space="preserve">Sethe understood it then, but now with a paying job and an employer who was kind enough to hire an ex-convict, she despised herself for the pride that made</w:t>
      </w:r>
      <w:r>
        <w:rPr>
          <w:b/>
          <w:bCs/>
        </w:rPr>
        <w:t xml:space="preserve"> </w:t>
      </w:r>
      <w:r>
        <w:rPr>
          <w:b/>
          <w:bCs/>
          <w:u w:val="single"/>
        </w:rPr>
        <w:t xml:space="preserve">pilfering</w:t>
      </w:r>
      <w:r>
        <w:rPr>
          <w:b/>
          <w:bCs/>
        </w:rPr>
        <w:t xml:space="preserve"> </w:t>
      </w:r>
      <w:r>
        <w:rPr>
          <w:b/>
          <w:bCs/>
        </w:rPr>
        <w:t xml:space="preserve">better than standing in line at the window of the general store with all the other Negroes.</w:t>
      </w:r>
      <w:r>
        <w:br/>
      </w:r>
      <w:r>
        <w:t xml:space="preserve">    (a) stealing</w:t>
      </w:r>
      <w:r>
        <w:br/>
      </w:r>
      <w:r>
        <w:t xml:space="preserve">    (b) fighting</w:t>
      </w:r>
      <w:r>
        <w:br/>
      </w:r>
      <w:r>
        <w:t xml:space="preserve">    (c) changing</w:t>
      </w:r>
    </w:p>
    <w:p>
      <w:pPr>
        <w:pStyle w:val="Compact"/>
        <w:numPr>
          <w:ilvl w:val="0"/>
          <w:numId w:val="1001"/>
        </w:numPr>
      </w:pPr>
      <w:r>
        <w:rPr>
          <w:b/>
          <w:bCs/>
        </w:rPr>
        <w:t xml:space="preserve">Yonder, not far, was a grape</w:t>
      </w:r>
      <w:r>
        <w:rPr>
          <w:b/>
          <w:bCs/>
        </w:rPr>
        <w:t xml:space="preserve"> </w:t>
      </w:r>
      <w:r>
        <w:rPr>
          <w:b/>
          <w:bCs/>
          <w:u w:val="single"/>
        </w:rPr>
        <w:t xml:space="preserve">arbor</w:t>
      </w:r>
      <w:r>
        <w:rPr>
          <w:b/>
          <w:bCs/>
        </w:rPr>
        <w:t xml:space="preserve"> </w:t>
      </w:r>
      <w:r>
        <w:rPr>
          <w:b/>
          <w:bCs/>
        </w:rPr>
        <w:t xml:space="preserve">Mr. Garner made.</w:t>
      </w:r>
      <w:r>
        <w:br/>
      </w:r>
      <w:r>
        <w:t xml:space="preserve">    (a) a framework that supports climbing plants</w:t>
      </w:r>
      <w:r>
        <w:br/>
      </w:r>
      <w:r>
        <w:t xml:space="preserve">    (b) soccer player who typically play in the middle third of the field and who assists with both defense and offense</w:t>
      </w:r>
      <w:r>
        <w:br/>
      </w:r>
      <w:r>
        <w:t xml:space="preserve">    (c) an artists performance of another artist's work that expresses the performer's feelings or ideas about the work</w:t>
      </w:r>
    </w:p>
    <w:p>
      <w:pPr>
        <w:pStyle w:val="Compact"/>
        <w:numPr>
          <w:ilvl w:val="0"/>
          <w:numId w:val="1001"/>
        </w:numPr>
      </w:pPr>
      <w:r>
        <w:rPr>
          <w:b/>
          <w:bCs/>
        </w:rPr>
        <w:t xml:space="preserve">My</w:t>
      </w:r>
      <w:r>
        <w:rPr>
          <w:b/>
          <w:bCs/>
        </w:rPr>
        <w:t xml:space="preserve"> </w:t>
      </w:r>
      <w:r>
        <w:rPr>
          <w:b/>
          <w:bCs/>
          <w:u w:val="single"/>
        </w:rPr>
        <w:t xml:space="preserve">cogitation</w:t>
      </w:r>
      <w:r>
        <w:rPr>
          <w:b/>
          <w:bCs/>
        </w:rPr>
        <w:t xml:space="preserve"> </w:t>
      </w:r>
      <w:r>
        <w:rPr>
          <w:b/>
          <w:bCs/>
        </w:rPr>
        <w:t xml:space="preserve">right now is Sweet Home.</w:t>
      </w:r>
      <w:r>
        <w:br/>
      </w:r>
      <w:r>
        <w:t xml:space="preserve">    (a) something taken on or adopted</w:t>
      </w:r>
      <w:r>
        <w:br/>
      </w:r>
      <w:r>
        <w:t xml:space="preserve">    (b) consider carefully and deeply</w:t>
      </w:r>
      <w:r>
        <w:br/>
      </w:r>
      <w:r>
        <w:t xml:space="preserve">    (c) aka analysist -- psychiatrist</w:t>
      </w:r>
    </w:p>
    <w:p>
      <w:pPr>
        <w:pStyle w:val="Compact"/>
        <w:numPr>
          <w:ilvl w:val="0"/>
          <w:numId w:val="1001"/>
        </w:numPr>
      </w:pPr>
      <w:r>
        <w:rPr>
          <w:b/>
          <w:bCs/>
        </w:rPr>
        <w:t xml:space="preserve">If I did you harm, I'm here to</w:t>
      </w:r>
      <w:r>
        <w:rPr>
          <w:b/>
          <w:bCs/>
        </w:rPr>
        <w:t xml:space="preserve"> </w:t>
      </w:r>
      <w:r>
        <w:rPr>
          <w:b/>
          <w:bCs/>
          <w:u w:val="single"/>
        </w:rPr>
        <w:t xml:space="preserve">rectify</w:t>
      </w:r>
      <w:r>
        <w:rPr>
          <w:b/>
          <w:bCs/>
        </w:rPr>
        <w:t xml:space="preserve"> </w:t>
      </w:r>
      <w:r>
        <w:rPr>
          <w:b/>
          <w:bCs/>
        </w:rPr>
        <w:t xml:space="preserve">it.</w:t>
      </w:r>
      <w:r>
        <w:br/>
      </w:r>
      <w:r>
        <w:t xml:space="preserve">    (a) develop or change gradually</w:t>
      </w:r>
      <w:r>
        <w:br/>
      </w:r>
      <w:r>
        <w:t xml:space="preserve">    (b) fix or make right</w:t>
      </w:r>
      <w:r>
        <w:br/>
      </w:r>
      <w:r>
        <w:t xml:space="preserve">    (c) pessimistic or disagreeable</w:t>
      </w:r>
    </w:p>
    <w:p>
      <w:pPr>
        <w:pStyle w:val="Compact"/>
        <w:numPr>
          <w:ilvl w:val="0"/>
          <w:numId w:val="1001"/>
        </w:numPr>
      </w:pPr>
      <w:r>
        <w:rPr>
          <w:b/>
          <w:bCs/>
        </w:rPr>
        <w:t xml:space="preserve">Sethe's crime was staggering and her pride outstripped even that; but she could not</w:t>
      </w:r>
      <w:r>
        <w:rPr>
          <w:b/>
          <w:bCs/>
        </w:rPr>
        <w:t xml:space="preserve"> </w:t>
      </w:r>
      <w:r>
        <w:rPr>
          <w:b/>
          <w:bCs/>
          <w:u w:val="single"/>
        </w:rPr>
        <w:t xml:space="preserve">countenance</w:t>
      </w:r>
      <w:r>
        <w:rPr>
          <w:b/>
          <w:bCs/>
        </w:rPr>
        <w:t xml:space="preserve"> </w:t>
      </w:r>
      <w:r>
        <w:rPr>
          <w:b/>
          <w:bCs/>
        </w:rPr>
        <w:t xml:space="preserve">the possibility of sin moving on in the house, unleashed and sassy.</w:t>
      </w:r>
      <w:r>
        <w:br/>
      </w:r>
      <w:r>
        <w:t xml:space="preserve">    (a) cancel or annul a formal ruling or contract</w:t>
      </w:r>
      <w:r>
        <w:br/>
      </w:r>
      <w:r>
        <w:t xml:space="preserve">    (b) return to an undesirable previous condition</w:t>
      </w:r>
      <w:r>
        <w:br/>
      </w:r>
      <w:r>
        <w:t xml:space="preserve">    (c) tolerate or approve</w:t>
      </w:r>
    </w:p>
    <w:p>
      <w:pPr>
        <w:pStyle w:val="Compact"/>
        <w:numPr>
          <w:ilvl w:val="0"/>
          <w:numId w:val="1001"/>
        </w:numPr>
      </w:pPr>
      <w:r>
        <w:rPr>
          <w:b/>
          <w:bCs/>
        </w:rPr>
        <w:t xml:space="preserve">It made him the most visible and memorable person at every gathering, and cartoonists had fastened onto the theatricality of his white hair and big black mustache whenever they depicted local political</w:t>
      </w:r>
      <w:r>
        <w:rPr>
          <w:b/>
          <w:bCs/>
        </w:rPr>
        <w:t xml:space="preserve"> </w:t>
      </w:r>
      <w:r>
        <w:rPr>
          <w:b/>
          <w:bCs/>
          <w:u w:val="single"/>
        </w:rPr>
        <w:t xml:space="preserve">antagonism</w:t>
      </w:r>
      <w:r>
        <w:rPr>
          <w:b/>
          <w:bCs/>
        </w:rPr>
        <w:t xml:space="preserve">.</w:t>
      </w:r>
      <w:r>
        <w:br/>
      </w:r>
      <w:r>
        <w:t xml:space="preserve">    (a) hostility</w:t>
      </w:r>
      <w:r>
        <w:br/>
      </w:r>
      <w:r>
        <w:t xml:space="preserve">    (b) positive attitude</w:t>
      </w:r>
      <w:r>
        <w:br/>
      </w:r>
      <w:r>
        <w:t xml:space="preserve">    (c) kindness</w:t>
      </w:r>
    </w:p>
    <w:p>
      <w:pPr>
        <w:pStyle w:val="Compact"/>
        <w:numPr>
          <w:ilvl w:val="0"/>
          <w:numId w:val="1001"/>
        </w:numPr>
      </w:pPr>
      <w:r>
        <w:rPr>
          <w:b/>
          <w:bCs/>
        </w:rPr>
        <w:t xml:space="preserve">The Society managed to turn infanticide and the cry of savagery around, and build a further case for</w:t>
      </w:r>
      <w:r>
        <w:rPr>
          <w:b/>
          <w:bCs/>
        </w:rPr>
        <w:t xml:space="preserve"> </w:t>
      </w:r>
      <w:r>
        <w:rPr>
          <w:b/>
          <w:bCs/>
          <w:u w:val="single"/>
        </w:rPr>
        <w:t xml:space="preserve">abolishing</w:t>
      </w:r>
      <w:r>
        <w:rPr>
          <w:b/>
          <w:bCs/>
        </w:rPr>
        <w:t xml:space="preserve"> </w:t>
      </w:r>
      <w:r>
        <w:rPr>
          <w:b/>
          <w:bCs/>
        </w:rPr>
        <w:t xml:space="preserve">slavery.</w:t>
      </w:r>
      <w:r>
        <w:br/>
      </w:r>
      <w:r>
        <w:t xml:space="preserve">    (a) translating</w:t>
      </w:r>
      <w:r>
        <w:br/>
      </w:r>
      <w:r>
        <w:t xml:space="preserve">    (b) eliminating</w:t>
      </w:r>
      <w:r>
        <w:br/>
      </w:r>
      <w:r>
        <w:t xml:space="preserve">    (c) disagreeing</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2026-07-31T15:28:19Z</dcterms:created>
  <dcterms:modified xsi:type="dcterms:W3CDTF">2026-07-31T15:28:19Z</dcterms:modified>
</cp:coreProperties>
</file>

<file path=docProps/custom.xml><?xml version="1.0" encoding="utf-8"?>
<Properties xmlns="http://schemas.openxmlformats.org/officeDocument/2006/custom-properties" xmlns:vt="http://schemas.openxmlformats.org/officeDocument/2006/docPropsVTypes"/>
</file>