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4d014c088668d8f9a3ad7fd3262c959d0f5123"/>
    <w:p>
      <w:pPr>
        <w:pStyle w:val="Heading1"/>
      </w:pPr>
      <w:r>
        <w:rPr>
          <w:b/>
          <w:bCs/>
        </w:rPr>
        <w:t xml:space="preserve">Before I Fall</w:t>
      </w:r>
      <w:r>
        <w:br/>
      </w:r>
      <w:r>
        <w:rPr>
          <w:i/>
          <w:iCs/>
        </w:rPr>
        <w:t xml:space="preserve">Lauren Oliver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smile doesn't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waver</w:t>
      </w:r>
      <w:r>
        <w:rPr>
          <w:b/>
          <w:bCs/>
        </w:rPr>
        <w:t xml:space="preserve">.</w:t>
      </w:r>
      <w:r>
        <w:br/>
      </w:r>
      <w:r>
        <w:t xml:space="preserve">    (a) portray or create in a particular way  OR  interpret, translate, or extract from</w:t>
      </w:r>
      <w:r>
        <w:br/>
      </w:r>
      <w:r>
        <w:t xml:space="preserve">    (b) to move back and forth (shake or quiver)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change, be unsure, or weak</w:t>
      </w:r>
      <w:r>
        <w:br/>
      </w:r>
      <w:r>
        <w:t xml:space="preserve">    (c) to release from slavery or servitude; or (metaphorically) from social restraints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Plus I hate my English teacher, Mrs. Harbor. ... Even though she's probably only in her fifties, I'm pretty sure she's losing it. That's how it started with my grandmother: ... When my grandmother was still alive we would visit her, and even though I was no more than six, I remember thinking: I hope I die young. There's a definition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irony</w:t>
      </w:r>
      <w:r>
        <w:rPr>
          <w:b/>
          <w:bCs/>
        </w:rPr>
        <w:t xml:space="preserve"> </w:t>
      </w:r>
      <w:r>
        <w:rPr>
          <w:b/>
          <w:bCs/>
        </w:rPr>
        <w:t xml:space="preserve">for you, Mrs. Harbor. Or maybe foreshadowing?</w:t>
      </w:r>
      <w:r>
        <w:br/>
      </w:r>
      <w:r>
        <w:t xml:space="preserve">    (a) someone who believe behavior should be guided by high ideals or standards -- often with the implication that the person is unrealistic</w:t>
      </w:r>
      <w:r>
        <w:br/>
      </w:r>
      <w:r>
        <w:t xml:space="preserve">    (b) when what happened was very different than what might have been expected</w:t>
      </w:r>
      <w:r>
        <w:br/>
      </w:r>
      <w:r>
        <w:t xml:space="preserve">    (c) lymph node -- one of many bean-sized organs that filter bacteria and other toxins from circulating white-blood-cell filled lymph fluid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He's talking to Phoebe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Rifer</w:t>
      </w:r>
      <w:r>
        <w:rPr>
          <w:b/>
          <w:bCs/>
        </w:rPr>
        <w:t xml:space="preserve"> </w:t>
      </w:r>
      <w:r>
        <w:rPr>
          <w:b/>
          <w:bCs/>
        </w:rPr>
        <w:t xml:space="preserve">and they're laughing about something.</w:t>
      </w:r>
      <w:r>
        <w:br/>
      </w:r>
      <w:r>
        <w:t xml:space="preserve">    (a) completely lacking</w:t>
      </w:r>
      <w:r>
        <w:br/>
      </w:r>
      <w:r>
        <w:t xml:space="preserve">    (b) excessively filled</w:t>
      </w:r>
      <w:r>
        <w:br/>
      </w:r>
      <w:r>
        <w:t xml:space="preserve">    (c) moderately filled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 moment my stomach clenches, thinking she's making fun of me, but it's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coincidence</w:t>
      </w:r>
      <w:r>
        <w:rPr>
          <w:b/>
          <w:bCs/>
        </w:rPr>
        <w:t xml:space="preserve">.</w:t>
      </w:r>
      <w:r>
        <w:br/>
      </w:r>
      <w:r>
        <w:t xml:space="preserve">    (a) a person who studies DNA sequences or units of heredity that influence biological traits</w:t>
      </w:r>
      <w:r>
        <w:br/>
      </w:r>
      <w:r>
        <w:t xml:space="preserve">    (b) baseball:  a pitch thrown with little spin (so that it moves in an unpredictable manner)</w:t>
      </w:r>
      <w:r>
        <w:br/>
      </w:r>
      <w:r>
        <w:t xml:space="preserve">    (c) a situation where things happened at the same time by chance even though it was unlikely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feel like I'm having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déjà vu</w:t>
      </w:r>
      <w:r>
        <w:rPr>
          <w:b/>
          <w:bCs/>
        </w:rPr>
        <w:t xml:space="preserve">," Elody says.</w:t>
      </w:r>
      <w:r>
        <w:br/>
      </w:r>
      <w:r>
        <w:t xml:space="preserve">    (a) the strange feeling of having lived the current moment before; or referring to something as similar to what has happened before</w:t>
      </w:r>
      <w:r>
        <w:br/>
      </w:r>
      <w:r>
        <w:t xml:space="preserve">    (b) easily makes profit  OR  (from Greek mythology) referring to the story of everthing turning to gold when touched by King Midas</w:t>
      </w:r>
      <w:r>
        <w:br/>
      </w:r>
      <w:r>
        <w:t xml:space="preserve">    (c) not high blood pressure; or pressure that is clinically low (systolic pressure less than 90 or diastolic pressure less than 60)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feel myself nodding and her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recedes</w:t>
      </w:r>
      <w:r>
        <w:rPr>
          <w:b/>
          <w:bCs/>
        </w:rPr>
        <w:t xml:space="preserve">.</w:t>
      </w:r>
      <w:r>
        <w:br/>
      </w:r>
      <w:r>
        <w:t xml:space="preserve">    (a) examines in detail to better understand</w:t>
      </w:r>
      <w:r>
        <w:br/>
      </w:r>
      <w:r>
        <w:t xml:space="preserve">    (b) moves away or diminishes (becomes less)</w:t>
      </w:r>
      <w:r>
        <w:br/>
      </w:r>
      <w:r>
        <w:t xml:space="preserve">    (c) protects something or keeps it as it 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distorted</w:t>
      </w:r>
      <w:r>
        <w:rPr>
          <w:b/>
          <w:bCs/>
        </w:rPr>
        <w:t xml:space="preserve"> </w:t>
      </w:r>
      <w:r>
        <w:rPr>
          <w:b/>
          <w:bCs/>
        </w:rPr>
        <w:t xml:space="preserve">and music sounds the way it does at a carnival, like all the notes are off balance and just colliding with one another.</w:t>
      </w:r>
      <w:r>
        <w:br/>
      </w:r>
      <w:r>
        <w:t xml:space="preserve">    (a) said (or make a sound) with the voice</w:t>
      </w:r>
      <w:r>
        <w:br/>
      </w:r>
      <w:r>
        <w:t xml:space="preserve">    (b) genetically changed through evolution</w:t>
      </w:r>
      <w:r>
        <w:br/>
      </w:r>
      <w:r>
        <w:t xml:space="preserve">    (c) altered in an unnatural or untrue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I have to answer Lindsay makes a kind of hissing noise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juts</w:t>
      </w:r>
      <w:r>
        <w:rPr>
          <w:b/>
          <w:bCs/>
        </w:rPr>
        <w:t xml:space="preserve"> </w:t>
      </w:r>
      <w:r>
        <w:rPr>
          <w:b/>
          <w:bCs/>
        </w:rPr>
        <w:t xml:space="preserve">her chin up, gesturing behind me.</w:t>
      </w:r>
      <w:r>
        <w:br/>
      </w:r>
      <w:r>
        <w:t xml:space="preserve">    (a) expressed strong hatred or loathing for</w:t>
      </w:r>
      <w:r>
        <w:br/>
      </w:r>
      <w:r>
        <w:t xml:space="preserve">    (b) to stick out; or a part that sticks out</w:t>
      </w:r>
      <w:r>
        <w:br/>
      </w:r>
      <w:r>
        <w:t xml:space="preserve">    (c) expresses strong hatred or loathing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 mind the cramp snaking up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hamstrings</w:t>
      </w:r>
      <w:r>
        <w:rPr>
          <w:b/>
          <w:bCs/>
        </w:rPr>
        <w:t xml:space="preserve"> </w:t>
      </w:r>
      <w:r>
        <w:rPr>
          <w:b/>
          <w:bCs/>
        </w:rPr>
        <w:t xml:space="preserve">and thighs: I've got amazing gossip to spread.</w:t>
      </w:r>
      <w:r>
        <w:br/>
      </w:r>
      <w:r>
        <w:t xml:space="preserve">    (a) closely connected groups of three</w:t>
      </w:r>
      <w:r>
        <w:br/>
      </w:r>
      <w:r>
        <w:t xml:space="preserve">    (b) makes less effective or powerless</w:t>
      </w:r>
      <w:r>
        <w:br/>
      </w:r>
      <w:r>
        <w:t xml:space="preserve">    (c) the main buildings of governments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collide</w:t>
      </w:r>
      <w:r>
        <w:rPr>
          <w:b/>
          <w:bCs/>
        </w:rPr>
        <w:t xml:space="preserve"> </w:t>
      </w:r>
      <w:r>
        <w:rPr>
          <w:b/>
          <w:bCs/>
        </w:rPr>
        <w:t xml:space="preserve">so hard it takes me a second to recover my breath.</w:t>
      </w:r>
      <w:r>
        <w:br/>
      </w:r>
      <w:r>
        <w:t xml:space="preserve">    (a) to promise, guarantee, or indicate certainty of something</w:t>
      </w:r>
      <w:r>
        <w:br/>
      </w:r>
      <w:r>
        <w:t xml:space="preserve">    (b) think carefully and make a judgment about something again</w:t>
      </w:r>
      <w:r>
        <w:br/>
      </w:r>
      <w:r>
        <w:t xml:space="preserve">    (c) crash together with violent impact; or come into conflict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"If you got it,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flaunt it</w:t>
      </w:r>
      <w:r>
        <w:rPr>
          <w:b/>
          <w:bCs/>
        </w:rPr>
        <w:t xml:space="preserve">," I say, making my voice soft and steady.</w:t>
      </w:r>
      <w:r>
        <w:br/>
      </w:r>
      <w:r>
        <w:t xml:space="preserve">    (a) well suited</w:t>
      </w:r>
      <w:r>
        <w:br/>
      </w:r>
      <w:r>
        <w:t xml:space="preserve">    (b) show it off</w:t>
      </w:r>
      <w:r>
        <w:br/>
      </w:r>
      <w:r>
        <w:t xml:space="preserve">    (c) restraining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 moment I feel a hot flush of embarrassment, like nausea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vertigo</w:t>
      </w:r>
      <w:r>
        <w:rPr>
          <w:b/>
          <w:bCs/>
        </w:rPr>
        <w:t xml:space="preserve">.</w:t>
      </w:r>
      <w:r>
        <w:br/>
      </w:r>
      <w:r>
        <w:t xml:space="preserve">    (a) title for the head of a government body in some countries</w:t>
      </w:r>
      <w:r>
        <w:br/>
      </w:r>
      <w:r>
        <w:t xml:space="preserve">    (b) an unborn child (or other unborn or unhatched vertebrate)</w:t>
      </w:r>
      <w:r>
        <w:br/>
      </w:r>
      <w:r>
        <w:t xml:space="preserve">    (c) a dizzy sensation or a feeling that you are about to fall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feel like 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sobering up</w:t>
      </w:r>
      <w:r>
        <w:rPr>
          <w:b/>
          <w:bCs/>
        </w:rPr>
        <w:t xml:space="preserve"> </w:t>
      </w:r>
      <w:r>
        <w:rPr>
          <w:b/>
          <w:bCs/>
        </w:rPr>
        <w:t xml:space="preserve">after drinking all night.</w:t>
      </w:r>
      <w:r>
        <w:br/>
      </w:r>
      <w:r>
        <w:t xml:space="preserve">    (a) the value of a home minus what is still owed on the mortgage</w:t>
      </w:r>
      <w:r>
        <w:br/>
      </w:r>
      <w:r>
        <w:t xml:space="preserve">    (b) a chronic autoimmune disease with inflammation of the joints</w:t>
      </w:r>
      <w:r>
        <w:br/>
      </w:r>
      <w:r>
        <w:t xml:space="preserve">    (c) becoming less drunk (or getting completely past drunkenness)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never been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sober</w:t>
      </w:r>
      <w:r>
        <w:rPr>
          <w:b/>
          <w:bCs/>
        </w:rPr>
        <w:t xml:space="preserve"> </w:t>
      </w:r>
      <w:r>
        <w:rPr>
          <w:b/>
          <w:bCs/>
        </w:rPr>
        <w:t xml:space="preserve">around people this wasted, and I say a brief prayer that I'm not half as annoying as they are when I'm drunk.</w:t>
      </w:r>
      <w:r>
        <w:br/>
      </w:r>
      <w:r>
        <w:t xml:space="preserve">    (a) someone who proves superior or wins</w:t>
      </w:r>
      <w:r>
        <w:br/>
      </w:r>
      <w:r>
        <w:t xml:space="preserve">    (b) less visible or less understandable</w:t>
      </w:r>
      <w:r>
        <w:br/>
      </w:r>
      <w:r>
        <w:t xml:space="preserve">    (c) not under the influence of alcohol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Tara and I skirt around the dining room table—my mom would have a coronary from excitement, it must seat at least twelve—and out into a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alcove</w:t>
      </w:r>
      <w:r>
        <w:rPr>
          <w:b/>
          <w:bCs/>
        </w:rPr>
        <w:t xml:space="preserve">.</w:t>
      </w:r>
      <w:r>
        <w:br/>
      </w:r>
      <w:r>
        <w:t xml:space="preserve">    (a) extensive plain without trees (associated with eastern Russia and Siberia)</w:t>
      </w:r>
      <w:r>
        <w:br/>
      </w:r>
      <w:r>
        <w:t xml:space="preserve">    (b) a recessed or secluded space -- such as in a room or garden</w:t>
      </w:r>
      <w:r>
        <w:br/>
      </w:r>
      <w:r>
        <w:t xml:space="preserve">    (c) a room leading to a larger or more important room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"This, my friends, was an emergency," she said, and we all laughed because she was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melodramatic</w:t>
      </w:r>
      <w:r>
        <w:rPr>
          <w:b/>
          <w:bCs/>
        </w:rPr>
        <w:t xml:space="preserve"> </w:t>
      </w:r>
      <w:r>
        <w:rPr>
          <w:b/>
          <w:bCs/>
        </w:rPr>
        <w:t xml:space="preserve">as usual.</w:t>
      </w:r>
      <w:r>
        <w:br/>
      </w:r>
      <w:r>
        <w:t xml:space="preserve">    (a) temperature scale used in most of the world</w:t>
      </w:r>
      <w:r>
        <w:br/>
      </w:r>
      <w:r>
        <w:t xml:space="preserve">    (b) devices that convert light into electricity</w:t>
      </w:r>
      <w:r>
        <w:br/>
      </w:r>
      <w:r>
        <w:t xml:space="preserve">    (c) a story or behavior that is overly dramatic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headlights sweep over a crooked green street sign fifty feet ahead: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Serenity</w:t>
      </w:r>
      <w:r>
        <w:rPr>
          <w:b/>
          <w:bCs/>
        </w:rPr>
        <w:t xml:space="preserve"> </w:t>
      </w:r>
      <w:r>
        <w:rPr>
          <w:b/>
          <w:bCs/>
        </w:rPr>
        <w:t xml:space="preserve">Place.</w:t>
      </w:r>
      <w:r>
        <w:br/>
      </w:r>
      <w:r>
        <w:t xml:space="preserve">    (a) relative amount</w:t>
      </w:r>
      <w:r>
        <w:br/>
      </w:r>
      <w:r>
        <w:t xml:space="preserve">    (b) untroubled calm</w:t>
      </w:r>
      <w:r>
        <w:br/>
      </w:r>
      <w:r>
        <w:t xml:space="preserve">    (c) in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paranoid</w:t>
      </w:r>
      <w:r>
        <w:rPr>
          <w:b/>
          <w:bCs/>
        </w:rPr>
        <w:t xml:space="preserve"> </w:t>
      </w:r>
      <w:r>
        <w:rPr>
          <w:b/>
          <w:bCs/>
        </w:rPr>
        <w:t xml:space="preserve">second I'm sure she's talking about me—that somehow she has just read my mind—but then her friends explode with laughter, and one of them says, "I know."</w:t>
      </w:r>
      <w:r>
        <w:br/>
      </w:r>
      <w:r>
        <w:t xml:space="preserve">    (a) the quality of using extreme or violent actions to achieve a political goal</w:t>
      </w:r>
      <w:r>
        <w:br/>
      </w:r>
      <w:r>
        <w:t xml:space="preserve">    (b) with excessive fear</w:t>
      </w:r>
      <w:r>
        <w:br/>
      </w:r>
      <w:r>
        <w:t xml:space="preserve">    (c) the practice or tendency to be critical--especially in a non-helpful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voice breaks a little, a note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 </w:t>
      </w:r>
      <w:r>
        <w:rPr>
          <w:b/>
          <w:bCs/>
        </w:rPr>
        <w:t xml:space="preserve">creeping in.</w:t>
      </w:r>
      <w:r>
        <w:br/>
      </w:r>
      <w:r>
        <w:t xml:space="preserve">    (a) Nazi organization for children aged 10 to 18</w:t>
      </w:r>
      <w:r>
        <w:br/>
      </w:r>
      <w:r>
        <w:t xml:space="preserve">    (b) found a condition or substance to be present</w:t>
      </w:r>
      <w:r>
        <w:br/>
      </w:r>
      <w:r>
        <w:t xml:space="preserve">    (c) a state of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Three faces blooming together like flowers on a single stem, names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ebbing</w:t>
      </w:r>
      <w:r>
        <w:rPr>
          <w:b/>
          <w:bCs/>
        </w:rPr>
        <w:t xml:space="preserve"> </w:t>
      </w:r>
      <w:r>
        <w:rPr>
          <w:b/>
          <w:bCs/>
        </w:rPr>
        <w:t xml:space="preserve">away from me, a single word: love.</w:t>
      </w:r>
      <w:r>
        <w:br/>
      </w:r>
      <w:r>
        <w:t xml:space="preserve">    (a) declining -- typically gradually as with the height of the tide</w:t>
      </w:r>
      <w:r>
        <w:br/>
      </w:r>
      <w:r>
        <w:t xml:space="preserve">    (b) making uncomfortable (weighing heavily on the senses or spirit)</w:t>
      </w:r>
      <w:r>
        <w:br/>
      </w:r>
      <w:r>
        <w:t xml:space="preserve">    (c) supporting a beam, bracket, or other structure on only one side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2026-07-31T19:29:09Z</dcterms:created>
  <dcterms:modified xsi:type="dcterms:W3CDTF">2026-07-31T19:29:09Z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