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fa5107630f353e9d2c618d8f254903d854a32c"/>
    <w:p>
      <w:pPr>
        <w:pStyle w:val="Heading1"/>
      </w:pPr>
      <w:r>
        <w:rPr>
          <w:b/>
          <w:bCs/>
        </w:rPr>
        <w:t xml:space="preserve">Becoming Me</w:t>
      </w:r>
      <w:r>
        <w:br/>
      </w:r>
      <w:r>
        <w:rPr>
          <w:i/>
          <w:iCs/>
        </w:rPr>
        <w:t xml:space="preserve">Melody Carlson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Abortion</w:t>
      </w:r>
      <w:r>
        <w:rPr>
          <w:b/>
          <w:bCs/>
        </w:rPr>
        <w:t xml:space="preserve"> </w:t>
      </w:r>
      <w:r>
        <w:rPr>
          <w:b/>
          <w:bCs/>
        </w:rPr>
        <w:t xml:space="preserve">is a highly controversial and divisive issue, with people holding strong opinions on both sides of the debate.</w:t>
      </w:r>
      <w:r>
        <w:br/>
      </w:r>
      <w:r>
        <w:t xml:space="preserve">    (a) intentionally preventing pregnancy</w:t>
      </w:r>
      <w:r>
        <w:br/>
      </w:r>
      <w:r>
        <w:t xml:space="preserve">    (b) planned adoption before birth</w:t>
      </w:r>
      <w:r>
        <w:br/>
      </w:r>
      <w:r>
        <w:t xml:space="preserve">    (c) intentionally ending pregnancy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plans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</w:t>
      </w:r>
      <w:r>
        <w:rPr>
          <w:b/>
          <w:bCs/>
        </w:rPr>
        <w:t xml:space="preserve"> </w:t>
      </w:r>
      <w:r>
        <w:rPr>
          <w:b/>
          <w:bCs/>
        </w:rPr>
        <w:t xml:space="preserve">new safety guidelines next month.</w:t>
      </w:r>
      <w:r>
        <w:br/>
      </w:r>
      <w:r>
        <w:t xml:space="preserve">    (a) ignore</w:t>
      </w:r>
      <w:r>
        <w:br/>
      </w:r>
      <w:r>
        <w:t xml:space="preserve">    (b) take on</w:t>
      </w:r>
      <w:r>
        <w:br/>
      </w:r>
      <w:r>
        <w:t xml:space="preserve">    (c) publish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money for</w:t>
      </w:r>
      <w:r>
        <w:br/>
      </w:r>
      <w:r>
        <w:t xml:space="preserve">    (b) gives help for</w:t>
      </w:r>
      <w:r>
        <w:br/>
      </w:r>
      <w:r>
        <w:t xml:space="preserve">    (c) gives credit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improperly considered</w:t>
      </w:r>
      <w:r>
        <w:br/>
      </w:r>
      <w:r>
        <w:t xml:space="preserve">    (b) likely to succeed</w:t>
      </w:r>
      <w:r>
        <w:br/>
      </w:r>
      <w:r>
        <w:t xml:space="preserve">    (c) bold and daring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falling unemployment rate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bolstering</w:t>
      </w:r>
      <w:r>
        <w:rPr>
          <w:b/>
          <w:bCs/>
        </w:rPr>
        <w:t xml:space="preserve"> </w:t>
      </w:r>
      <w:r>
        <w:rPr>
          <w:b/>
          <w:bCs/>
        </w:rPr>
        <w:t xml:space="preserve">consumer confidence.</w:t>
      </w:r>
      <w:r>
        <w:br/>
      </w:r>
      <w:r>
        <w:t xml:space="preserve">    (a) strengthening</w:t>
      </w:r>
      <w:r>
        <w:br/>
      </w:r>
      <w:r>
        <w:t xml:space="preserve">    (b) weakening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trusted</w:t>
      </w:r>
      <w:r>
        <w:br/>
      </w:r>
      <w:r>
        <w:t xml:space="preserve">    (b) was proud</w:t>
      </w:r>
      <w:r>
        <w:br/>
      </w:r>
      <w:r>
        <w:t xml:space="preserve">    (c) didn't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Israeli-Palestinian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</w:t>
      </w:r>
      <w:r>
        <w:rPr>
          <w:b/>
          <w:bCs/>
        </w:rPr>
        <w:t xml:space="preserve"> </w:t>
      </w:r>
      <w:r>
        <w:rPr>
          <w:b/>
          <w:bCs/>
        </w:rPr>
        <w:t xml:space="preserve">flared up again in Jerusalem.</w:t>
      </w:r>
      <w:r>
        <w:br/>
      </w:r>
      <w:r>
        <w:t xml:space="preserve">    (a) border</w:t>
      </w:r>
      <w:r>
        <w:br/>
      </w:r>
      <w:r>
        <w:t xml:space="preserve">    (b) struggle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firm belief</w:t>
      </w:r>
      <w:r>
        <w:br/>
      </w:r>
      <w:r>
        <w:t xml:space="preserve">    (c) shaky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admires</w:t>
      </w:r>
      <w:r>
        <w:br/>
      </w:r>
      <w:r>
        <w:t xml:space="preserve">    (b) wants</w:t>
      </w:r>
      <w:r>
        <w:br/>
      </w:r>
      <w:r>
        <w:t xml:space="preserve">    (c) hates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convinced PE class was invented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humiliate</w:t>
      </w:r>
      <w:r>
        <w:rPr>
          <w:b/>
          <w:bCs/>
        </w:rPr>
        <w:t xml:space="preserve"> </w:t>
      </w:r>
      <w:r>
        <w:rPr>
          <w:b/>
          <w:bCs/>
        </w:rPr>
        <w:t xml:space="preserve">innocent kids.</w:t>
      </w:r>
      <w:r>
        <w:br/>
      </w:r>
      <w:r>
        <w:t xml:space="preserve">    (a) extremely embarrass</w:t>
      </w:r>
      <w:r>
        <w:br/>
      </w:r>
      <w:r>
        <w:t xml:space="preserve">    (b) teach hard lessons</w:t>
      </w:r>
      <w:r>
        <w:br/>
      </w:r>
      <w:r>
        <w:t xml:space="preserve">    (c) strengthen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may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, but at least she knows the difference between right and wrong.</w:t>
      </w:r>
      <w:r>
        <w:br/>
      </w:r>
      <w:r>
        <w:t xml:space="preserve">    (a) harsh critic</w:t>
      </w:r>
      <w:r>
        <w:br/>
      </w:r>
      <w:r>
        <w:t xml:space="preserve">    (b) ethical hero</w:t>
      </w:r>
      <w:r>
        <w:br/>
      </w:r>
      <w:r>
        <w:t xml:space="preserve">    (c) moral pretender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hinted</w:t>
      </w:r>
      <w:r>
        <w:br/>
      </w:r>
      <w:r>
        <w:t xml:space="preserve">    (b) denied</w:t>
      </w:r>
      <w:r>
        <w:br/>
      </w:r>
      <w:r>
        <w:t xml:space="preserve">    (c) insisted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encouraging local authorities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initiate</w:t>
      </w:r>
      <w:r>
        <w:rPr>
          <w:b/>
          <w:bCs/>
        </w:rPr>
        <w:t xml:space="preserve"> </w:t>
      </w:r>
      <w:r>
        <w:rPr>
          <w:b/>
          <w:bCs/>
        </w:rPr>
        <w:t xml:space="preserve">long-term emergency planning.</w:t>
      </w:r>
      <w:r>
        <w:br/>
      </w:r>
      <w:r>
        <w:t xml:space="preserve">    (a) start</w:t>
      </w:r>
      <w:r>
        <w:br/>
      </w:r>
      <w:r>
        <w:t xml:space="preserve">    (b) extend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technique</w:t>
      </w:r>
      <w:r>
        <w:br/>
      </w:r>
      <w:r>
        <w:t xml:space="preserve">    (b) excuse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she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</w:t>
      </w:r>
      <w:r>
        <w:rPr>
          <w:b/>
          <w:bCs/>
        </w:rPr>
        <w:t xml:space="preserve"> </w:t>
      </w:r>
      <w:r>
        <w:rPr>
          <w:b/>
          <w:bCs/>
        </w:rPr>
        <w:t xml:space="preserve">about making him suffer?</w:t>
      </w:r>
      <w:r>
        <w:br/>
      </w:r>
      <w:r>
        <w:t xml:space="preserve">    (a) dishonset</w:t>
      </w:r>
      <w:r>
        <w:br/>
      </w:r>
      <w:r>
        <w:t xml:space="preserve">    (b) happy</w:t>
      </w:r>
      <w:r>
        <w:br/>
      </w:r>
      <w:r>
        <w:t xml:space="preserve">    (c) unconcerned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she's pushy.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other hand</w:t>
      </w:r>
      <w:r>
        <w:rPr>
          <w:b/>
          <w:bCs/>
        </w:rPr>
        <w:t xml:space="preserve">, my boyfriend describes her as assertive.</w:t>
      </w:r>
      <w:r>
        <w:br/>
      </w:r>
      <w:r>
        <w:t xml:space="preserve">    (a) from another point of view</w:t>
      </w:r>
      <w:r>
        <w:br/>
      </w:r>
      <w:r>
        <w:t xml:space="preserve">    (b) for that reason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perturbed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criticism, but resolved to continue.</w:t>
      </w:r>
      <w:r>
        <w:br/>
      </w:r>
      <w:r>
        <w:t xml:space="preserve">    (a) challenged</w:t>
      </w:r>
      <w:r>
        <w:br/>
      </w:r>
      <w:r>
        <w:t xml:space="preserve">    (b) disturbed</w:t>
      </w:r>
      <w:r>
        <w:br/>
      </w:r>
      <w:r>
        <w:t xml:space="preserve">    (c) unaffected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plans to attend Fuller Theological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.</w:t>
      </w:r>
      <w:r>
        <w:br/>
      </w:r>
      <w:r>
        <w:t xml:space="preserve">    (a) a school for training ministers, priests, or rabbis</w:t>
      </w:r>
      <w:r>
        <w:br/>
      </w:r>
      <w:r>
        <w:t xml:space="preserve">    (b) a school for training musicians, painters, and other artists</w:t>
      </w:r>
      <w:r>
        <w:br/>
      </w:r>
      <w:r>
        <w:t xml:space="preserve">    (c) a school for training teachers and school administrators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get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twinge</w:t>
      </w:r>
      <w:r>
        <w:rPr>
          <w:b/>
          <w:bCs/>
        </w:rPr>
        <w:t xml:space="preserve"> </w:t>
      </w:r>
      <w:r>
        <w:rPr>
          <w:b/>
          <w:bCs/>
        </w:rPr>
        <w:t xml:space="preserve">in my knee that makes me think I may be getting arthritis.</w:t>
      </w:r>
      <w:r>
        <w:br/>
      </w:r>
      <w:r>
        <w:t xml:space="preserve">    (a) sudden, short-lived pain</w:t>
      </w:r>
      <w:r>
        <w:br/>
      </w:r>
      <w:r>
        <w:t xml:space="preserve">    (b) sudden, short-lived numbness</w:t>
      </w:r>
      <w:r>
        <w:br/>
      </w:r>
      <w:r>
        <w:t xml:space="preserve">    (c) sudden, short-lived heat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different</w:t>
      </w:r>
      <w:r>
        <w:br/>
      </w:r>
      <w:r>
        <w:t xml:space="preserve">    (b) are known</w:t>
      </w:r>
      <w:r>
        <w:br/>
      </w:r>
      <w:r>
        <w:t xml:space="preserve">    (c) are consistent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2026-07-31T17:51:59Z</dcterms:created>
  <dcterms:modified xsi:type="dcterms:W3CDTF">2026-07-31T17:51:59Z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