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7f53c0c86ad76634ec674fbd1de06a32850ba1"/>
    <w:p>
      <w:pPr>
        <w:pStyle w:val="Heading1"/>
      </w:pPr>
      <w:r>
        <w:rPr>
          <w:b/>
          <w:bCs/>
        </w:rPr>
        <w:t xml:space="preserve">Becoming Me</w:t>
      </w:r>
      <w:r>
        <w:br/>
      </w:r>
      <w:r>
        <w:rPr>
          <w:i/>
          <w:iCs/>
        </w:rPr>
        <w:t xml:space="preserve">Melody Carlson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on the other hand</w:t>
      </w:r>
      <w:r>
        <w:rPr>
          <w:b/>
          <w:bCs/>
        </w:rPr>
        <w:t xml:space="preserve">, I guess I'd be willing to find out, if I had the chance.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from another point of view; or in a way that is different (a phrase used to introduce a different perspective or idea)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best part was how Jenny even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confided</w:t>
      </w:r>
      <w:r>
        <w:rPr>
          <w:b/>
          <w:bCs/>
        </w:rPr>
        <w:t xml:space="preserve"> </w:t>
      </w:r>
      <w:r>
        <w:rPr>
          <w:b/>
          <w:bCs/>
        </w:rPr>
        <w:t xml:space="preserve">in me about him in the first place.</w:t>
      </w:r>
      <w:r>
        <w:br/>
      </w:r>
      <w:r>
        <w:t xml:space="preserve">    (a) viewed in a certain way so as to form a belief or opinion</w:t>
      </w:r>
      <w:r>
        <w:br/>
      </w:r>
      <w:r>
        <w:t xml:space="preserve">    (b) made a decision or voiced an opinion by formal group vote</w:t>
      </w:r>
      <w:r>
        <w:br/>
      </w:r>
      <w:r>
        <w:t xml:space="preserve">    (c) placed trust (in someone) by talking about private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Anyway, I know I've got all kinds of horribly wrong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motives</w:t>
      </w:r>
      <w:r>
        <w:rPr>
          <w:b/>
          <w:bCs/>
        </w:rPr>
        <w:t xml:space="preserve"> </w:t>
      </w:r>
      <w:r>
        <w:rPr>
          <w:b/>
          <w:bCs/>
        </w:rPr>
        <w:t xml:space="preserve">going on here, and the whole guilt thing is starting to get to me a little, but I just can't seem to help myself.</w:t>
      </w:r>
      <w:r>
        <w:br/>
      </w:r>
      <w:r>
        <w:t xml:space="preserve">    (a) social events or ceremonies</w:t>
      </w:r>
      <w:r>
        <w:br/>
      </w:r>
      <w:r>
        <w:t xml:space="preserve">    (b) reasons for doing something</w:t>
      </w:r>
      <w:r>
        <w:br/>
      </w:r>
      <w:r>
        <w:t xml:space="preserve">    (c) things that cause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a total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hypocrite</w:t>
      </w:r>
      <w:r>
        <w:rPr>
          <w:b/>
          <w:bCs/>
        </w:rPr>
        <w:t xml:space="preserve">!</w:t>
      </w:r>
      <w:r>
        <w:br/>
      </w:r>
      <w:r>
        <w:t xml:space="preserve">    (a) Nazi organization for children aged 10 to 18</w:t>
      </w:r>
      <w:r>
        <w:br/>
      </w:r>
      <w:r>
        <w:t xml:space="preserve">    (b) found a condition or substance to be present</w:t>
      </w:r>
      <w:r>
        <w:br/>
      </w:r>
      <w:r>
        <w:t xml:space="preserve">    (c) someone who violates claimed moral standards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he had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audacity</w:t>
      </w:r>
      <w:r>
        <w:rPr>
          <w:b/>
          <w:bCs/>
        </w:rPr>
        <w:t xml:space="preserve"> </w:t>
      </w:r>
      <w:r>
        <w:rPr>
          <w:b/>
          <w:bCs/>
        </w:rPr>
        <w:t xml:space="preserve">to say that he has not been unfaithful to my mom.</w:t>
      </w:r>
      <w:r>
        <w:br/>
      </w:r>
      <w:r>
        <w:t xml:space="preserve">    (a) boldness and daring</w:t>
      </w:r>
      <w:r>
        <w:br/>
      </w:r>
      <w:r>
        <w:t xml:space="preserve">    (b) act of hiring again</w:t>
      </w:r>
      <w:r>
        <w:br/>
      </w:r>
      <w:r>
        <w:t xml:space="preserve">    (c) wrong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naturally, I just act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nonchalant</w:t>
      </w:r>
      <w:r>
        <w:rPr>
          <w:b/>
          <w:bCs/>
        </w:rPr>
        <w:t xml:space="preserve"> </w:t>
      </w:r>
      <w:r>
        <w:rPr>
          <w:b/>
          <w:bCs/>
        </w:rPr>
        <w:t xml:space="preserve">and cool (the way I'd been acting toward him all week, but usually Jenny is around to sort of buffer things).</w:t>
      </w:r>
      <w:r>
        <w:br/>
      </w:r>
      <w:r>
        <w:t xml:space="preserve">    (a) sincerity (realness)</w:t>
      </w:r>
      <w:r>
        <w:br/>
      </w:r>
      <w:r>
        <w:t xml:space="preserve">    (b) sensible and careful</w:t>
      </w:r>
      <w:r>
        <w:br/>
      </w:r>
      <w:r>
        <w:t xml:space="preserve">    (c) calm and unconcerned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for that reason I think I'm totally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despicable</w:t>
      </w:r>
      <w:r>
        <w:rPr>
          <w:b/>
          <w:bCs/>
        </w:rPr>
        <w:t xml:space="preserve">.</w:t>
      </w:r>
      <w:r>
        <w:br/>
      </w:r>
      <w:r>
        <w:t xml:space="preserve">    (a) not easily influenced or harmed  OR  not capable of being treated in a particular way</w:t>
      </w:r>
      <w:r>
        <w:br/>
      </w:r>
      <w:r>
        <w:t xml:space="preserve">    (b) someone who consumes more than they should -- especially eating and drinking too much</w:t>
      </w:r>
      <w:r>
        <w:br/>
      </w:r>
      <w:r>
        <w:t xml:space="preserve">    (c) terrible (vile; disgusting) -- worthy of being strongly disliked and looked down upon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got a few new items of clothing which might help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bolster</w:t>
      </w:r>
      <w:r>
        <w:rPr>
          <w:b/>
          <w:bCs/>
        </w:rPr>
        <w:t xml:space="preserve"> </w:t>
      </w:r>
      <w:r>
        <w:rPr>
          <w:b/>
          <w:bCs/>
        </w:rPr>
        <w:t xml:space="preserve">my confidence.</w:t>
      </w:r>
      <w:r>
        <w:br/>
      </w:r>
      <w:r>
        <w:t xml:space="preserve">    (a) express strong regret</w:t>
      </w:r>
      <w:r>
        <w:br/>
      </w:r>
      <w:r>
        <w:t xml:space="preserve">    (b) support or strengthen</w:t>
      </w:r>
      <w:r>
        <w:br/>
      </w:r>
      <w:r>
        <w:t xml:space="preserve">    (c) to strongly criticize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think that Belinda and I actually have such a despicable thing in common is truly a shock to the system (not to mention totally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humiliating</w:t>
      </w:r>
      <w:r>
        <w:rPr>
          <w:b/>
          <w:bCs/>
        </w:rPr>
        <w:t xml:space="preserve">).</w:t>
      </w:r>
      <w:r>
        <w:br/>
      </w:r>
      <w:r>
        <w:t xml:space="preserve">    (a) protecting something or keeping it as it is</w:t>
      </w:r>
      <w:r>
        <w:br/>
      </w:r>
      <w:r>
        <w:t xml:space="preserve">    (b) compensating for a loss; or paying a reward</w:t>
      </w:r>
      <w:r>
        <w:br/>
      </w:r>
      <w:r>
        <w:t xml:space="preserve">    (c) extremely embarrassing (decreasing dignity)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big huge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conflicts</w:t>
      </w:r>
      <w:r>
        <w:rPr>
          <w:b/>
          <w:bCs/>
        </w:rPr>
        <w:t xml:space="preserve"> </w:t>
      </w:r>
      <w:r>
        <w:rPr>
          <w:b/>
          <w:bCs/>
        </w:rPr>
        <w:t xml:space="preserve">at school.</w:t>
      </w:r>
      <w:r>
        <w:br/>
      </w:r>
      <w:r>
        <w:t xml:space="preserve">    (a) is attractive or desirable</w:t>
      </w:r>
      <w:r>
        <w:br/>
      </w:r>
      <w:r>
        <w:t xml:space="preserve">    (b) requires (to do something)</w:t>
      </w:r>
      <w:r>
        <w:br/>
      </w:r>
      <w:r>
        <w:t xml:space="preserve">    (c) struggles or disagreements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not like dating is going to lead everyone right into having sex (like my dad used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imply</w:t>
      </w:r>
      <w:r>
        <w:rPr>
          <w:b/>
          <w:bCs/>
        </w:rPr>
        <w:t xml:space="preserve">), which, by the way, brings me to a very interesting point.</w:t>
      </w:r>
      <w:r>
        <w:br/>
      </w:r>
      <w:r>
        <w:t xml:space="preserve">    (a) suggest (say indirectly)</w:t>
      </w:r>
      <w:r>
        <w:br/>
      </w:r>
      <w:r>
        <w:t xml:space="preserve">    (b) struggle or disagreement</w:t>
      </w:r>
      <w:r>
        <w:br/>
      </w:r>
      <w:r>
        <w:t xml:space="preserve">    (c) include consideration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mean, we talk occasionally at track practice, but he's ALWAYS the one who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initiates</w:t>
      </w:r>
      <w:r>
        <w:rPr>
          <w:b/>
          <w:bCs/>
        </w:rPr>
        <w:t xml:space="preserve"> </w:t>
      </w:r>
      <w:r>
        <w:rPr>
          <w:b/>
          <w:bCs/>
        </w:rPr>
        <w:t xml:space="preserve">it—just ask anyone on the team.</w:t>
      </w:r>
      <w:r>
        <w:br/>
      </w:r>
      <w:r>
        <w:t xml:space="preserve">    (a) starts</w:t>
      </w:r>
      <w:r>
        <w:br/>
      </w:r>
      <w:r>
        <w:t xml:space="preserve">    (b) adapts</w:t>
      </w:r>
      <w:r>
        <w:br/>
      </w:r>
      <w:r>
        <w:t xml:space="preserve">    (c) trades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other wounded kids are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varying</w:t>
      </w:r>
      <w:r>
        <w:rPr>
          <w:b/>
          <w:bCs/>
        </w:rPr>
        <w:t xml:space="preserve"> </w:t>
      </w:r>
      <w:r>
        <w:rPr>
          <w:b/>
          <w:bCs/>
        </w:rPr>
        <w:t xml:space="preserve">conditions, but they say most are out of critical danger by now.</w:t>
      </w:r>
      <w:r>
        <w:br/>
      </w:r>
      <w:r>
        <w:t xml:space="preserve">    (a) taking on as one's own</w:t>
      </w:r>
      <w:r>
        <w:br/>
      </w:r>
      <w:r>
        <w:t xml:space="preserve">    (b) gaining advantage from</w:t>
      </w:r>
      <w:r>
        <w:br/>
      </w:r>
      <w:r>
        <w:t xml:space="preserve">    (c) differing; or changing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today, for the first time since Friday, I felt this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twinge</w:t>
      </w:r>
      <w:r>
        <w:rPr>
          <w:b/>
          <w:bCs/>
        </w:rPr>
        <w:t xml:space="preserve"> </w:t>
      </w:r>
      <w:r>
        <w:rPr>
          <w:b/>
          <w:bCs/>
        </w:rPr>
        <w:t xml:space="preserve">of, I don't know, almost like joy—but not real bubbly or anything.</w:t>
      </w:r>
      <w:r>
        <w:br/>
      </w:r>
      <w:r>
        <w:t xml:space="preserve">    (a) a sudden, short-lived feeling of pain or emotion</w:t>
      </w:r>
      <w:r>
        <w:br/>
      </w:r>
      <w:r>
        <w:t xml:space="preserve">    (b) cheerful and lively music, or to play such music</w:t>
      </w:r>
      <w:r>
        <w:br/>
      </w:r>
      <w:r>
        <w:t xml:space="preserve">    (c) control in advance (how something will turn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other kids who were shot have been released from the hospital now and it sounds like they're all making fairly good recoveries—many people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attribute</w:t>
      </w:r>
      <w:r>
        <w:rPr>
          <w:b/>
          <w:bCs/>
        </w:rPr>
        <w:t xml:space="preserve"> </w:t>
      </w:r>
      <w:r>
        <w:rPr>
          <w:b/>
          <w:bCs/>
        </w:rPr>
        <w:t xml:space="preserve">this to all the prayers that have been going up all over town (and even across the country!)</w:t>
      </w:r>
      <w:r>
        <w:br/>
      </w:r>
      <w:r>
        <w:t xml:space="preserve">    (a) credit (point to as the source of something)</w:t>
      </w:r>
      <w:r>
        <w:br/>
      </w:r>
      <w:r>
        <w:t xml:space="preserve">    (b) move out of an interacting position; or stop</w:t>
      </w:r>
      <w:r>
        <w:br/>
      </w:r>
      <w:r>
        <w:t xml:space="preserve">    (c) say something or make a sound with the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Clay told us once how God had given him certain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convictions</w:t>
      </w:r>
      <w:r>
        <w:rPr>
          <w:b/>
          <w:bCs/>
        </w:rPr>
        <w:t xml:space="preserve"> </w:t>
      </w:r>
      <w:r>
        <w:rPr>
          <w:b/>
          <w:bCs/>
        </w:rPr>
        <w:t xml:space="preserve">and at the time I wasn't totally sure what he meant by that.</w:t>
      </w:r>
      <w:r>
        <w:br/>
      </w:r>
      <w:r>
        <w:t xml:space="preserve">    (a) calculates or judges too low</w:t>
      </w:r>
      <w:r>
        <w:br/>
      </w:r>
      <w:r>
        <w:t xml:space="preserve">    (b) not working or not operating</w:t>
      </w:r>
      <w:r>
        <w:br/>
      </w:r>
      <w:r>
        <w:t xml:space="preserve">    (c) a strong, firmly held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mean, both Beanie and I are hugely opposed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abortion</w:t>
      </w:r>
      <w:r>
        <w:rPr>
          <w:b/>
          <w:bCs/>
        </w:rPr>
        <w:t xml:space="preserve"> </w:t>
      </w:r>
      <w:r>
        <w:rPr>
          <w:b/>
          <w:bCs/>
        </w:rPr>
        <w:t xml:space="preserve">(we even participated in a Right to Life parade once in middle school).</w:t>
      </w:r>
      <w:r>
        <w:br/>
      </w:r>
      <w:r>
        <w:t xml:space="preserve">    (a) describing someone as antisocial</w:t>
      </w:r>
      <w:r>
        <w:br/>
      </w:r>
      <w:r>
        <w:t xml:space="preserve">    (b) another battle with the same foe</w:t>
      </w:r>
      <w:r>
        <w:br/>
      </w:r>
      <w:r>
        <w:t xml:space="preserve">    (c) intentionally ending a pregnancy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glad for Zach (although at the same time slightly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perturbed</w:t>
      </w:r>
      <w:r>
        <w:rPr>
          <w:b/>
          <w:bCs/>
        </w:rPr>
        <w:t xml:space="preserve"> </w:t>
      </w:r>
      <w:r>
        <w:rPr>
          <w:b/>
          <w:bCs/>
        </w:rPr>
        <w:t xml:space="preserve">that Beanie was bearing her troubles alone).</w:t>
      </w:r>
      <w:r>
        <w:br/>
      </w:r>
      <w:r>
        <w:t xml:space="preserve">    (a) mirrored back (an image)</w:t>
      </w:r>
      <w:r>
        <w:br/>
      </w:r>
      <w:r>
        <w:t xml:space="preserve">    (b) quoted (to make a point)</w:t>
      </w:r>
      <w:r>
        <w:br/>
      </w:r>
      <w:r>
        <w:t xml:space="preserve">    (c) disturbed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that she planned to give the baby up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adoption</w:t>
      </w:r>
      <w:r>
        <w:rPr>
          <w:b/>
          <w:bCs/>
        </w:rPr>
        <w:t xml:space="preserve"> </w:t>
      </w:r>
      <w:r>
        <w:rPr>
          <w:b/>
          <w:bCs/>
        </w:rPr>
        <w:t xml:space="preserve">because she didn't want to end up like her mom (poor and a single parent).</w:t>
      </w:r>
      <w:r>
        <w:br/>
      </w:r>
      <w:r>
        <w:t xml:space="preserve">    (a) relating to where attention is concentrated</w:t>
      </w:r>
      <w:r>
        <w:br/>
      </w:r>
      <w:r>
        <w:t xml:space="preserve">    (b) something that helps clarify or demonstrate</w:t>
      </w:r>
      <w:r>
        <w:br/>
      </w:r>
      <w:r>
        <w:t xml:space="preserve">    (c) the act of taking something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then, with a serious expression, she asked if I was planning to go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seminary</w:t>
      </w:r>
      <w:r>
        <w:rPr>
          <w:b/>
          <w:bCs/>
        </w:rPr>
        <w:t xml:space="preserve"> </w:t>
      </w:r>
      <w:r>
        <w:rPr>
          <w:b/>
          <w:bCs/>
        </w:rPr>
        <w:t xml:space="preserve">and become a lady preacher or something—to which I just laughed.</w:t>
      </w:r>
      <w:r>
        <w:br/>
      </w:r>
      <w:r>
        <w:t xml:space="preserve">    (a) a school for training clerics -- usually ministers, priests, or rabbis</w:t>
      </w:r>
      <w:r>
        <w:br/>
      </w:r>
      <w:r>
        <w:t xml:space="preserve">    (b) a drug that calms or puts to sleep; or describing something as calming</w:t>
      </w:r>
      <w:r>
        <w:br/>
      </w:r>
      <w:r>
        <w:t xml:space="preserve">    (c) the reason for doing something; or the level of desire to do something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2026-07-31T17:51:59Z</dcterms:created>
  <dcterms:modified xsi:type="dcterms:W3CDTF">2026-07-31T17:51:59Z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