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c05df4c0e7d045e12d1953f78b92f6644ce098"/>
    <w:p>
      <w:pPr>
        <w:pStyle w:val="Heading1"/>
      </w:pPr>
      <w:r>
        <w:rPr>
          <w:b/>
          <w:bCs/>
        </w:rPr>
        <w:t xml:space="preserve">Beautiful Creatures</w:t>
      </w:r>
      <w:r>
        <w:br/>
      </w:r>
      <w:r>
        <w:rPr>
          <w:i/>
          <w:iCs/>
        </w:rPr>
        <w:t xml:space="preserve">Kami Garcia &amp; Margaret Stohl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was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to most things the past few months.</w:t>
      </w:r>
      <w:r>
        <w:br/>
      </w:r>
      <w:r>
        <w:t xml:space="preserve">    (a) to stick out, attract more attention than desired, or impose on others</w:t>
      </w:r>
      <w:r>
        <w:br/>
      </w:r>
      <w:r>
        <w:t xml:space="preserve">    (b) change the direction of something or the purpose for which it is used</w:t>
      </w:r>
      <w:r>
        <w:br/>
      </w:r>
      <w:r>
        <w:t xml:space="preserve">    (c) technique (way of doing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its clumsy way, it does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Peace and Goodwill.</w:t>
      </w:r>
      <w:r>
        <w:br/>
      </w:r>
      <w:r>
        <w:t xml:space="preserve">    (a) create dramatic change</w:t>
      </w:r>
      <w:r>
        <w:br/>
      </w:r>
      <w:r>
        <w:t xml:space="preserve">    (b) mirror back (an image)</w:t>
      </w:r>
      <w:r>
        <w:br/>
      </w:r>
      <w:r>
        <w:t xml:space="preserve">    (c) get near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Apparently, I was taking U.S. History again this year, which was the only history taught at Jackson, making the name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redundant</w:t>
      </w:r>
      <w:r>
        <w:rPr>
          <w:b/>
          <w:bCs/>
        </w:rPr>
        <w:t xml:space="preserve">.</w:t>
      </w:r>
      <w:r>
        <w:br/>
      </w:r>
      <w:r>
        <w:t xml:space="preserve">    (a) the degree to which a performance of or to someone else's work lends itself to the expression of personal artistic ideas or feelings by the performer</w:t>
      </w:r>
      <w:r>
        <w:br/>
      </w:r>
      <w:r>
        <w:t xml:space="preserve">    (b) more than is needed -- often something that is unnecessarily repeated</w:t>
      </w:r>
      <w:r>
        <w:br/>
      </w:r>
      <w:r>
        <w:br/>
      </w:r>
      <w:r>
        <w:t xml:space="preserve">or in technical usage:  describing a secondary component designed to work if the primary component fails</w:t>
      </w:r>
      <w:r>
        <w:br/>
      </w:r>
      <w:r>
        <w:t xml:space="preserve">    (c) the quality or degree of being straightforward or clear (sometimes indicating that truth is not worded carefully to spare feelings or gain advantage)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face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pallid</w:t>
      </w:r>
      <w:r>
        <w:rPr>
          <w:b/>
          <w:bCs/>
        </w:rPr>
        <w:t xml:space="preserve"> </w:t>
      </w:r>
      <w:r>
        <w:rPr>
          <w:b/>
          <w:bCs/>
        </w:rPr>
        <w:t xml:space="preserve">green from never leaving the house.</w:t>
      </w:r>
      <w:r>
        <w:br/>
      </w:r>
      <w:r>
        <w:t xml:space="preserve">    (a) abnormally pale (lacking healthy skin color); or anything that lacks energy or liveliness</w:t>
      </w:r>
      <w:r>
        <w:br/>
      </w:r>
      <w:r>
        <w:t xml:space="preserve">    (b) mental weakness caused by old age; or describing a medical condition as caused by old age</w:t>
      </w:r>
      <w:r>
        <w:br/>
      </w:r>
      <w:r>
        <w:t xml:space="preserve">    (c) relating to a government, country, or ruling family of a country ruled by a king of queen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climbed the hill up toward Ravenwood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Manor</w:t>
      </w:r>
      <w:r>
        <w:rPr>
          <w:b/>
          <w:bCs/>
        </w:rPr>
        <w:t xml:space="preserve">, the great house.</w:t>
      </w:r>
      <w:r>
        <w:br/>
      </w:r>
      <w:r>
        <w:t xml:space="preserve">    (a) a large house of a wealthy person</w:t>
      </w:r>
      <w:r>
        <w:br/>
      </w:r>
      <w:r>
        <w:br/>
      </w:r>
      <w:r>
        <w:t xml:space="preserve">or historically:</w:t>
      </w:r>
      <w:r>
        <w:br/>
      </w:r>
      <w:r>
        <w:br/>
      </w:r>
      <w:r>
        <w:t xml:space="preserve">the main house of a lord and the land around it that was worked by tenant farmers</w:t>
      </w:r>
      <w:r>
        <w:br/>
      </w:r>
      <w:r>
        <w:t xml:space="preserve">    (b) when what happens is very different than what might be expected; or when things are together that seem like they don't belong together</w:t>
      </w:r>
      <w:r>
        <w:br/>
      </w:r>
      <w:r>
        <w:t xml:space="preserve">    (c) lymph node -- one of many bean-sized organs that filter bacteria and other toxins from circulating white-blood-cell filled lymph fluid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work on the face of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intricate</w:t>
      </w:r>
      <w:r>
        <w:rPr>
          <w:b/>
          <w:bCs/>
        </w:rPr>
        <w:t xml:space="preserve"> </w:t>
      </w:r>
      <w:r>
        <w:rPr>
          <w:b/>
          <w:bCs/>
        </w:rPr>
        <w:t xml:space="preserve">with detail.</w:t>
      </w:r>
      <w:r>
        <w:br/>
      </w:r>
      <w:r>
        <w:t xml:space="preserve">    (a) the degree to which something can be solved or settled</w:t>
      </w:r>
      <w:r>
        <w:br/>
      </w:r>
      <w:r>
        <w:t xml:space="preserve">    (b) not capable of being suffered through (or put up with)</w:t>
      </w:r>
      <w:r>
        <w:br/>
      </w:r>
      <w:r>
        <w:t xml:space="preserve">    (c) complicated -- having many complexly arranged elements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"I'll tell you what happened," Aunt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Prudence</w:t>
      </w:r>
      <w:r>
        <w:rPr>
          <w:b/>
          <w:bCs/>
        </w:rPr>
        <w:t xml:space="preserve"> </w:t>
      </w:r>
      <w:r>
        <w:rPr>
          <w:b/>
          <w:bCs/>
        </w:rPr>
        <w:t xml:space="preserve">said, appearing out of nowhere with a first aid kit in her hand.</w:t>
      </w:r>
      <w:r>
        <w:br/>
      </w:r>
      <w:r>
        <w:t xml:space="preserve">    (a) surrounding conditions</w:t>
      </w:r>
      <w:r>
        <w:br/>
      </w:r>
      <w:r>
        <w:t xml:space="preserve">    (b) not easily set on fire</w:t>
      </w:r>
      <w:r>
        <w:br/>
      </w:r>
      <w:r>
        <w:t xml:space="preserve">    (c) good sense and caution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 the Wate Family Tree in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genealogy</w:t>
      </w:r>
      <w:r>
        <w:rPr>
          <w:b/>
          <w:bCs/>
        </w:rPr>
        <w:t xml:space="preserve"> </w:t>
      </w:r>
      <w:r>
        <w:rPr>
          <w:b/>
          <w:bCs/>
        </w:rPr>
        <w:t xml:space="preserve">hook.</w:t>
      </w:r>
      <w:r>
        <w:br/>
      </w:r>
      <w:r>
        <w:t xml:space="preserve">    (a) reason (for doing something)</w:t>
      </w:r>
      <w:r>
        <w:br/>
      </w:r>
      <w:r>
        <w:t xml:space="preserve">    (b) family ancestry or its study</w:t>
      </w:r>
      <w:r>
        <w:br/>
      </w:r>
      <w:r>
        <w:t xml:space="preserve">    (c) small quantity or indication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Aunt Grace was noticeably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agitated</w:t>
      </w:r>
      <w:r>
        <w:rPr>
          <w:b/>
          <w:bCs/>
        </w:rPr>
        <w:t xml:space="preserve">.</w:t>
      </w:r>
      <w:r>
        <w:br/>
      </w:r>
      <w:r>
        <w:t xml:space="preserve">    (a) thought carefully and made a judgment about</w:t>
      </w:r>
      <w:r>
        <w:br/>
      </w:r>
      <w:r>
        <w:t xml:space="preserve">    (b) concentrated, look at, or paid attention to</w:t>
      </w:r>
      <w:r>
        <w:br/>
      </w:r>
      <w:r>
        <w:t xml:space="preserve">    (c) not calm; or stirred up (often emotionally)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hysterical</w:t>
      </w:r>
      <w:r>
        <w:rPr>
          <w:b/>
          <w:bCs/>
        </w:rPr>
        <w:t xml:space="preserve">, and every few seconds she was wracked with a fit of coughing, choking on both the smoke and her tears.</w:t>
      </w:r>
      <w:r>
        <w:br/>
      </w:r>
      <w:r>
        <w:t xml:space="preserve">    (a) exceedingly funny (resulting in uncontrollable laughter); or exhibiting excessive, uncontrollable emotion</w:t>
      </w:r>
      <w:r>
        <w:br/>
      </w:r>
      <w:r>
        <w:t xml:space="preserve">    (b) marked by a colonnade (series of regularly spaced columns) surrounding a building or enclosing a courtyard</w:t>
      </w:r>
      <w:r>
        <w:br/>
      </w:r>
      <w:r>
        <w:t xml:space="preserve">    (c) when what happens is very different than what might be expected; or when things seem incongruous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coincidences</w:t>
      </w:r>
      <w:r>
        <w:rPr>
          <w:b/>
          <w:bCs/>
        </w:rPr>
        <w:t xml:space="preserve">.</w:t>
      </w:r>
      <w:r>
        <w:br/>
      </w:r>
      <w:r>
        <w:t xml:space="preserve">    (a) streaks of light in the sky caused by small space rocks burning up in Earth’s atmosphere</w:t>
      </w:r>
      <w:r>
        <w:br/>
      </w:r>
      <w:r>
        <w:t xml:space="preserve">    (b) pathways consisting of a series of regularly spaced columns -- typically covered by a roof</w:t>
      </w:r>
      <w:r>
        <w:br/>
      </w:r>
      <w:r>
        <w:t xml:space="preserve">    (c) situations where things happened at the same time by chance even though they were unlikely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looked at me,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skeptically</w:t>
      </w:r>
      <w:r>
        <w:rPr>
          <w:b/>
          <w:bCs/>
        </w:rPr>
        <w:t xml:space="preserve">.</w:t>
      </w:r>
      <w:r>
        <w:br/>
      </w:r>
      <w:r>
        <w:t xml:space="preserve">    (a) in a doubtful manner (regarding the truth of something)</w:t>
      </w:r>
      <w:r>
        <w:br/>
      </w:r>
      <w:r>
        <w:t xml:space="preserve">    (b) inadequately (in a manner that does not provide enough)</w:t>
      </w:r>
      <w:r>
        <w:br/>
      </w:r>
      <w:r>
        <w:t xml:space="preserve">    (c) in a manner that is open to arguments, ideas, or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candlelight, Macon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sinister</w:t>
      </w:r>
      <w:r>
        <w:rPr>
          <w:b/>
          <w:bCs/>
        </w:rPr>
        <w:t xml:space="preserve">.</w:t>
      </w:r>
      <w:r>
        <w:br/>
      </w:r>
      <w:r>
        <w:t xml:space="preserve">    (a) evil, harmful, or frightening</w:t>
      </w:r>
      <w:r>
        <w:br/>
      </w:r>
      <w:r>
        <w:t xml:space="preserve">    (b) not able to be disagreed with</w:t>
      </w:r>
      <w:r>
        <w:br/>
      </w:r>
      <w:r>
        <w:t xml:space="preserve">    (c) not thoughtful about the past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mother had warned her and Evangeline often enough about respecting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Natural Laws</w:t>
      </w:r>
      <w:r>
        <w:rPr>
          <w:b/>
          <w:bCs/>
        </w:rPr>
        <w:t xml:space="preserve">.</w:t>
      </w:r>
      <w:r>
        <w:br/>
      </w:r>
      <w:r>
        <w:t xml:space="preserve">    (a) results or the processes of learning, discovering, or deciding</w:t>
      </w:r>
      <w:r>
        <w:br/>
      </w:r>
      <w:r>
        <w:t xml:space="preserve">    (b) chemicals that trigger behaviors in others of the same species</w:t>
      </w:r>
      <w:r>
        <w:br/>
      </w:r>
      <w:r>
        <w:t xml:space="preserve">    (c) rules of conduct said to be universally desired by all peoples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are powerful books down there—Binding books, Caster scrolls, Dark and Light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talismans</w:t>
      </w:r>
      <w:r>
        <w:rPr>
          <w:b/>
          <w:bCs/>
        </w:rPr>
        <w:t xml:space="preserve">, objects of power.</w:t>
      </w:r>
      <w:r>
        <w:br/>
      </w:r>
      <w:r>
        <w:t xml:space="preserve">    (a) a small object or piece of jewelry thought to have magical power -- especially to protect against evil</w:t>
      </w:r>
      <w:r>
        <w:br/>
      </w:r>
      <w:r>
        <w:t xml:space="preserve">    (b) small paper forms made to lists the amount of money and each check being deposited into a bank account</w:t>
      </w:r>
      <w:r>
        <w:br/>
      </w:r>
      <w:r>
        <w:t xml:space="preserve">    (c) sculptures or other things made of the brownish metal with the same name -- such as third place medals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are the grounds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expulsion</w:t>
      </w:r>
      <w:r>
        <w:rPr>
          <w:b/>
          <w:bCs/>
        </w:rPr>
        <w:t xml:space="preserve">?</w:t>
      </w:r>
      <w:r>
        <w:br/>
      </w:r>
      <w:r>
        <w:t xml:space="preserve">    (a) the act of forcing out</w:t>
      </w:r>
      <w:r>
        <w:br/>
      </w:r>
      <w:r>
        <w:t xml:space="preserve">    (b) not easily set on fire</w:t>
      </w:r>
      <w:r>
        <w:br/>
      </w:r>
      <w:r>
        <w:t xml:space="preserve">    (c) surrounding conditions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seemed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vindictive</w:t>
      </w:r>
      <w:r>
        <w:rPr>
          <w:b/>
          <w:bCs/>
        </w:rPr>
        <w:t xml:space="preserve"> </w:t>
      </w:r>
      <w:r>
        <w:rPr>
          <w:b/>
          <w:bCs/>
        </w:rPr>
        <w:t xml:space="preserve">and more personal.</w:t>
      </w:r>
      <w:r>
        <w:br/>
      </w:r>
      <w:r>
        <w:t xml:space="preserve">    (a) desirous of seeking revenge or wanting to hurt someone</w:t>
      </w:r>
      <w:r>
        <w:br/>
      </w:r>
      <w:r>
        <w:t xml:space="preserve">    (b) not capable of surviving; or not capable of being done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nature, gentlemen like myself do have certain powers, but those powers are only relative to our strength, which we must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replenish</w:t>
      </w:r>
      <w:r>
        <w:rPr>
          <w:b/>
          <w:bCs/>
        </w:rPr>
        <w:t xml:space="preserve"> </w:t>
      </w:r>
      <w:r>
        <w:rPr>
          <w:b/>
          <w:bCs/>
        </w:rPr>
        <w:t xml:space="preserve">regularly.</w:t>
      </w:r>
      <w:r>
        <w:br/>
      </w:r>
      <w:r>
        <w:t xml:space="preserve">    (a) provide investment funds for something -- such as a business</w:t>
      </w:r>
      <w:r>
        <w:br/>
      </w:r>
      <w:r>
        <w:t xml:space="preserve">    (b) replace what was used up; or restore to a previous condition</w:t>
      </w:r>
      <w:r>
        <w:br/>
      </w:r>
      <w:r>
        <w:t xml:space="preserve">    (c) point to differences between; or compare to show differences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DEATH, AT THE HOURE OF CLAYMING, IS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FINALE</w:t>
      </w:r>
      <w:r>
        <w:rPr>
          <w:b/>
          <w:bCs/>
        </w:rPr>
        <w:t xml:space="preserve"> </w:t>
      </w:r>
      <w:r>
        <w:rPr>
          <w:b/>
          <w:bCs/>
        </w:rPr>
        <w:t xml:space="preserve">&amp; ETERNALLE ...</w:t>
      </w:r>
      <w:r>
        <w:br/>
      </w:r>
      <w:r>
        <w:t xml:space="preserve">    (a) the final part of a series of events -- often of a performance and especially a musical performance</w:t>
      </w:r>
      <w:r>
        <w:br/>
      </w:r>
      <w:r>
        <w:t xml:space="preserve">    (b) the degree to which a solution is simpler (and often more comprehensive) than most would anticipate</w:t>
      </w:r>
      <w:r>
        <w:br/>
      </w:r>
      <w:r>
        <w:t xml:space="preserve">    (c) an architectural feature at the top of a roof, usually dome-shaped and opened by windows or columns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thought about Macon, his books tied with string and paper, his perfectly pressed shirts, and his even more perfect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composure</w:t>
      </w:r>
      <w:r>
        <w:rPr>
          <w:b/>
          <w:bCs/>
        </w:rPr>
        <w:t xml:space="preserve">.</w:t>
      </w:r>
      <w:r>
        <w:br/>
      </w:r>
      <w:r>
        <w:t xml:space="preserve">    (a) calm state of mind</w:t>
      </w:r>
      <w:r>
        <w:br/>
      </w:r>
      <w:r>
        <w:t xml:space="preserve">    (b) wrongly translates</w:t>
      </w:r>
      <w:r>
        <w:br/>
      </w:r>
      <w:r>
        <w:t xml:space="preserve">    (c) restarted (a fire)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2026-07-31T19:26:58Z</dcterms:created>
  <dcterms:modified xsi:type="dcterms:W3CDTF">2026-07-31T19:26:58Z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