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beastly-alex-flinn-vocabulary-in-context"/>
    <w:p>
      <w:pPr>
        <w:pStyle w:val="Heading1"/>
      </w:pPr>
      <w:r>
        <w:rPr>
          <w:b/>
          <w:bCs/>
        </w:rPr>
        <w:t xml:space="preserve">Beastly</w:t>
      </w:r>
      <w:r>
        <w:br/>
      </w:r>
      <w:r>
        <w:rPr>
          <w:i/>
          <w:iCs/>
        </w:rPr>
        <w:t xml:space="preserve">Alex Flinn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subversive</w:t>
      </w:r>
      <w:r>
        <w:rPr>
          <w:b/>
          <w:bCs/>
        </w:rPr>
        <w:t xml:space="preserve">, though," Will said.</w:t>
      </w:r>
      <w:r>
        <w:br/>
      </w:r>
      <w:r>
        <w:rPr>
          <w:b/>
          <w:bCs/>
        </w:rPr>
        <w:t xml:space="preserve">"Why? Because he made the priest the bad guy and the ugly guy good?"</w:t>
      </w:r>
      <w:r>
        <w:br/>
      </w:r>
      <w:r>
        <w:rPr>
          <w:b/>
          <w:bCs/>
        </w:rPr>
        <w:t xml:space="preserve">"That was part of it."</w:t>
      </w:r>
      <w:r>
        <w:br/>
      </w:r>
      <w:r>
        <w:t xml:space="preserve">    (a) the character or degree of bouncing back light (or more rarely: heat, sound, electromagnetic waves...)</w:t>
      </w:r>
      <w:r>
        <w:br/>
      </w:r>
      <w:r>
        <w:t xml:space="preserve">    (b) working to undermine existing institutions</w:t>
      </w:r>
      <w:r>
        <w:br/>
      </w:r>
      <w:r>
        <w:t xml:space="preserve">    (c) not relevant (not related to the subject being considered, or not important enough to want to consider)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Could I be getting smarter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compensate</w:t>
      </w:r>
      <w:r>
        <w:rPr>
          <w:b/>
          <w:bCs/>
        </w:rPr>
        <w:t xml:space="preserve"> </w:t>
      </w:r>
      <w:r>
        <w:rPr>
          <w:b/>
          <w:bCs/>
        </w:rPr>
        <w:t xml:space="preserve">for my hideousness?</w:t>
      </w:r>
      <w:r>
        <w:br/>
      </w:r>
      <w:r>
        <w:t xml:space="preserve">    (a) draw pictures to accompany</w:t>
      </w:r>
      <w:r>
        <w:br/>
      </w:r>
      <w:r>
        <w:t xml:space="preserve">    (b) adjust or make up for</w:t>
      </w:r>
      <w:r>
        <w:br/>
      </w:r>
      <w:r>
        <w:t xml:space="preserve">    (c) learn, discover, or decide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 murderer who terrorized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opera</w:t>
      </w:r>
      <w:r>
        <w:rPr>
          <w:b/>
          <w:bCs/>
        </w:rPr>
        <w:t xml:space="preserve"> </w:t>
      </w:r>
      <w:r>
        <w:rPr>
          <w:b/>
          <w:bCs/>
        </w:rPr>
        <w:t xml:space="preserve">house for years before kidnapping a young singer and trying to force her to be the love he was denied.</w:t>
      </w:r>
      <w:r>
        <w:br/>
      </w:r>
      <w:r>
        <w:t xml:space="preserve">    (a) the act of forcing into an undesired activity or situation -- such as legally sentencing someone to punishment  OR  the act of finding guilty -- especially in court</w:t>
      </w:r>
      <w:r>
        <w:br/>
      </w:r>
      <w:r>
        <w:t xml:space="preserve">    (b)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(c) (used for) classical music plays in which most of the dialogue is sung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wished I had an opera house. I wished I had a cathedral. I wished I could climb to the top of the Empire State Building like King Kong. Instead, I had only books, books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anonymous</w:t>
      </w:r>
      <w:r>
        <w:rPr>
          <w:b/>
          <w:bCs/>
        </w:rPr>
        <w:t xml:space="preserve"> </w:t>
      </w:r>
      <w:r>
        <w:rPr>
          <w:b/>
          <w:bCs/>
        </w:rPr>
        <w:t xml:space="preserve">streets of New York with their millions of stupid, clueless people.</w:t>
      </w:r>
      <w:r>
        <w:br/>
      </w:r>
      <w:r>
        <w:t xml:space="preserve">    (a) the quality of being unchanging or continuous</w:t>
      </w:r>
      <w:r>
        <w:br/>
      </w:r>
      <w:r>
        <w:t xml:space="preserve">    (b) lacking individuality or interesting features</w:t>
      </w:r>
      <w:r>
        <w:br/>
      </w:r>
      <w:r>
        <w:t xml:space="preserve">    (c) the quality of not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</w:t>
      </w:r>
      <w:r>
        <w:rPr>
          <w:b/>
          <w:bCs/>
        </w:rPr>
        <w:t xml:space="preserve"> </w:t>
      </w:r>
      <w:r>
        <w:rPr>
          <w:b/>
          <w:bCs/>
        </w:rPr>
        <w:t xml:space="preserve">is darkness—people who live in darkness.</w:t>
      </w:r>
      <w:r>
        <w:br/>
      </w:r>
      <w:r>
        <w:t xml:space="preserve">    (a) to understand or explain something in a particular way</w:t>
      </w:r>
      <w:r>
        <w:br/>
      </w:r>
      <w:r>
        <w:t xml:space="preserve">    (b) excessively examine in an attempt to better understand</w:t>
      </w:r>
      <w:r>
        <w:br/>
      </w:r>
      <w:r>
        <w:t xml:space="preserve">    (c) idea that is unifying or recurrent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had been my favorite holiday since I was eight years old, and Trey and I had egged Old Man Hinchey's apartment door because he hadn't signed up for building-wide trick or treat—and got away with it because we were two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approximately</w:t>
      </w:r>
      <w:r>
        <w:rPr>
          <w:b/>
          <w:bCs/>
        </w:rPr>
        <w:t xml:space="preserve"> </w:t>
      </w:r>
      <w:r>
        <w:rPr>
          <w:b/>
          <w:bCs/>
        </w:rPr>
        <w:t xml:space="preserve">two hundred thousand kids in the city dressed as Spider-Man.</w:t>
      </w:r>
      <w:r>
        <w:br/>
      </w:r>
      <w:r>
        <w:t xml:space="preserve">    (a) relating to the outside</w:t>
      </w:r>
      <w:r>
        <w:br/>
      </w:r>
      <w:r>
        <w:t xml:space="preserve">    (b) cheerfully and friendly</w:t>
      </w:r>
      <w:r>
        <w:br/>
      </w:r>
      <w:r>
        <w:t xml:space="preserve">    (c) about (but not exactly)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seemed kind of like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kindred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aka natural right -- a right that is naturally due because of human nature and the natural condition</w:t>
      </w:r>
      <w:r>
        <w:br/>
      </w:r>
      <w:r>
        <w:t xml:space="preserve">    (b) a powerful stimulant drug that increases activity in the brain and nervous system -- often addictive</w:t>
      </w:r>
      <w:r>
        <w:br/>
      </w:r>
      <w:r>
        <w:t xml:space="preserve">    (c) similar in quality or character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closely related -- such as family or things with shared origin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walked up to the door and knocked,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</w:t>
      </w:r>
      <w:r>
        <w:rPr>
          <w:b/>
          <w:bCs/>
        </w:rPr>
        <w:t xml:space="preserve"> </w:t>
      </w:r>
      <w:r>
        <w:rPr>
          <w:b/>
          <w:bCs/>
        </w:rPr>
        <w:t xml:space="preserve">and soft.</w:t>
      </w:r>
      <w:r>
        <w:br/>
      </w:r>
      <w:r>
        <w:t xml:space="preserve">    (a) able to challenge</w:t>
      </w:r>
      <w:r>
        <w:br/>
      </w:r>
      <w:r>
        <w:t xml:space="preserve">    (b) not demonstrating</w:t>
      </w:r>
      <w:r>
        <w:br/>
      </w:r>
      <w:r>
        <w:t xml:space="preserve">    (c) carefully and uncertain of what would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she pitied me, she might think that I was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pathetic</w:t>
      </w:r>
      <w:r>
        <w:rPr>
          <w:b/>
          <w:bCs/>
        </w:rPr>
        <w:t xml:space="preserve"> </w:t>
      </w:r>
      <w:r>
        <w:rPr>
          <w:b/>
          <w:bCs/>
        </w:rPr>
        <w:t xml:space="preserve">creature who was going to try to drag her off and force her to be mine, like 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Phantom of the Opera</w:t>
      </w:r>
      <w:r>
        <w:rPr>
          <w:b/>
          <w:bCs/>
        </w:rPr>
        <w:t xml:space="preserve">.</w:t>
      </w:r>
      <w:r>
        <w:br/>
      </w:r>
      <w:r>
        <w:t xml:space="preserve">    (a) unable to get closer to</w:t>
      </w:r>
      <w:r>
        <w:br/>
      </w:r>
      <w:r>
        <w:t xml:space="preserve">    (b) pitiful (arousing pity)</w:t>
      </w:r>
      <w:r>
        <w:br/>
      </w:r>
      <w:r>
        <w:t xml:space="preserve">    (c) not sensible or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aren't as detailed 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hybrid</w:t>
      </w:r>
      <w:r>
        <w:rPr>
          <w:b/>
          <w:bCs/>
        </w:rPr>
        <w:t xml:space="preserve"> </w:t>
      </w:r>
      <w:r>
        <w:rPr>
          <w:b/>
          <w:bCs/>
        </w:rPr>
        <w:t xml:space="preserve">tea roses.</w:t>
      </w:r>
      <w:r>
        <w:br/>
      </w:r>
      <w:r>
        <w:t xml:space="preserve">    (a) something made from parts</w:t>
      </w:r>
      <w:r>
        <w:br/>
      </w:r>
      <w:r>
        <w:t xml:space="preserve">    (b) something that stands out</w:t>
      </w:r>
      <w:r>
        <w:br/>
      </w:r>
      <w:r>
        <w:t xml:space="preserve">    (c) crossbred (from two other types of roses)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searched my mind for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stanza</w:t>
      </w:r>
      <w:r>
        <w:rPr>
          <w:b/>
          <w:bCs/>
        </w:rPr>
        <w:t xml:space="preserve"> </w:t>
      </w:r>
      <w:r>
        <w:rPr>
          <w:b/>
          <w:bCs/>
        </w:rPr>
        <w:t xml:space="preserve">to recite.</w:t>
      </w:r>
      <w:r>
        <w:br/>
      </w:r>
      <w:r>
        <w:t xml:space="preserve">    (a) part of a poem or song that has other such parts--each part consisting of a fixed number of lines</w:t>
      </w:r>
      <w:r>
        <w:br/>
      </w:r>
      <w:r>
        <w:t xml:space="preserve">    (b) any of the Scandinavian people who raided the coasts of Europe from the 8th to the 11th centuries</w:t>
      </w:r>
      <w:r>
        <w:br/>
      </w:r>
      <w:r>
        <w:t xml:space="preserve">    (c) a compound consisting of large molecules made up of a linked series of repeated smaller molecules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felt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twinge</w:t>
      </w:r>
      <w:r>
        <w:rPr>
          <w:b/>
          <w:bCs/>
        </w:rPr>
        <w:t xml:space="preserve">.</w:t>
      </w:r>
      <w:r>
        <w:br/>
      </w:r>
      <w:r>
        <w:t xml:space="preserve">    (a) a sudden, short-lived feeling of pain or emotion</w:t>
      </w:r>
      <w:r>
        <w:br/>
      </w:r>
      <w:r>
        <w:t xml:space="preserve">    (b) control in advance (how something will turn out)</w:t>
      </w:r>
      <w:r>
        <w:br/>
      </w:r>
      <w:r>
        <w:t xml:space="preserve">    (c) cheerful and lively music, or to play such music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I'd opened the shutters—</w:t>
      </w:r>
      <w:r>
        <w:rPr>
          <w:b/>
          <w:bCs/>
          <w:u w:val="single"/>
        </w:rPr>
        <w:t xml:space="preserve">brazenly</w:t>
      </w:r>
      <w:r>
        <w:rPr>
          <w:b/>
          <w:bCs/>
        </w:rPr>
        <w:t xml:space="preserve">—and the light streamed across her hair, making it gold.</w:t>
      </w:r>
      <w:r>
        <w:br/>
      </w:r>
      <w:r>
        <w:t xml:space="preserve">    (a) in a manner that is important, serious, or dangerous</w:t>
      </w:r>
      <w:r>
        <w:br/>
      </w:r>
      <w:r>
        <w:t xml:space="preserve">    (b) bold and unrestrained by what others consider proper</w:t>
      </w:r>
      <w:r>
        <w:br/>
      </w:r>
      <w:r>
        <w:t xml:space="preserve">    (c) in a manner that expresses criticism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know, Dad, when you ditched me with the maid,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forfeited</w:t>
      </w:r>
      <w:r>
        <w:rPr>
          <w:b/>
          <w:bCs/>
        </w:rPr>
        <w:t xml:space="preserve"> </w:t>
      </w:r>
      <w:r>
        <w:rPr>
          <w:b/>
          <w:bCs/>
        </w:rPr>
        <w:t xml:space="preserve">the right to supervise my conduct.</w:t>
      </w:r>
      <w:r>
        <w:br/>
      </w:r>
      <w:r>
        <w:t xml:space="preserve">    (a) made suitable (changed to fit a different situation)</w:t>
      </w:r>
      <w:r>
        <w:br/>
      </w:r>
      <w:r>
        <w:t xml:space="preserve">    (b) to lose or surrender something -- often as a penalty</w:t>
      </w:r>
      <w:r>
        <w:br/>
      </w:r>
      <w:r>
        <w:t xml:space="preserve">    (c) fought in a bitter manner over a long period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junkie lay there,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virtually</w:t>
      </w:r>
      <w:r>
        <w:rPr>
          <w:b/>
          <w:bCs/>
        </w:rPr>
        <w:t xml:space="preserve"> </w:t>
      </w:r>
      <w:r>
        <w:rPr>
          <w:b/>
          <w:bCs/>
        </w:rPr>
        <w:t xml:space="preserve">indistinguishable from every other homeless person in New York.</w:t>
      </w:r>
      <w:r>
        <w:br/>
      </w:r>
      <w:r>
        <w:t xml:space="preserve">    (a) in a manner that relates to the eyes or sight</w:t>
      </w:r>
      <w:r>
        <w:br/>
      </w:r>
      <w:r>
        <w:t xml:space="preserve">    (b) in an artificial manner to make an impression</w:t>
      </w:r>
      <w:r>
        <w:br/>
      </w:r>
      <w:r>
        <w:t xml:space="preserve">    (c) to almost be so, but not so strictly speaking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heart is breaking, and you have no one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</w:t>
      </w:r>
      <w:r>
        <w:rPr>
          <w:b/>
          <w:bCs/>
        </w:rPr>
        <w:t xml:space="preserve"> </w:t>
      </w:r>
      <w:r>
        <w:rPr>
          <w:b/>
          <w:bCs/>
        </w:rPr>
        <w:t xml:space="preserve">in.</w:t>
      </w:r>
      <w:r>
        <w:br/>
      </w:r>
      <w:r>
        <w:t xml:space="preserve">    (a) place trust (in someone) by talking about private things</w:t>
      </w:r>
      <w:r>
        <w:br/>
      </w:r>
      <w:r>
        <w:t xml:space="preserve">    (b) search for and discover through persistent investigation</w:t>
      </w:r>
      <w:r>
        <w:br/>
      </w:r>
      <w:r>
        <w:t xml:space="preserve">    (c) aka analyze -- analyze based upon a theory of psychiatry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little boy, his face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paralyzed</w:t>
      </w:r>
      <w:r>
        <w:rPr>
          <w:b/>
          <w:bCs/>
        </w:rPr>
        <w:t xml:space="preserve"> </w:t>
      </w:r>
      <w:r>
        <w:rPr>
          <w:b/>
          <w:bCs/>
        </w:rPr>
        <w:t xml:space="preserve">with fear.</w:t>
      </w:r>
      <w:r>
        <w:br/>
      </w:r>
      <w:r>
        <w:t xml:space="preserve">    (a) changed the direction of a light wave (or other wave) by passing an opaque edge or narrow opening</w:t>
      </w:r>
      <w:r>
        <w:br/>
      </w:r>
      <w:r>
        <w:t xml:space="preserve">    (b) portrayed or created something in a particular way  OR  interpreted, translated, or extracted from</w:t>
      </w:r>
      <w:r>
        <w:br/>
      </w:r>
      <w:r>
        <w:t xml:space="preserve">    (c) frozen (unable to move)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led me to believe you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, a monster.</w:t>
      </w:r>
      <w:r>
        <w:br/>
      </w:r>
      <w:r>
        <w:t xml:space="preserve">    (a) the characteristic of demonstrating something</w:t>
      </w:r>
      <w:r>
        <w:br/>
      </w:r>
      <w:r>
        <w:t xml:space="preserve">    (b) the quality of not being sensible and careful</w:t>
      </w:r>
      <w:r>
        <w:br/>
      </w:r>
      <w:r>
        <w:t xml:space="preserve">    (c) extremely ugly, offensive, and/or frightening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moment later, she's wearing it, and it is exactly as I remember, the cool green satin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contrasting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warm pink of her skin.</w:t>
      </w:r>
      <w:r>
        <w:br/>
      </w:r>
      <w:r>
        <w:t xml:space="preserve">    (a) colliding</w:t>
      </w:r>
      <w:r>
        <w:br/>
      </w:r>
      <w:r>
        <w:t xml:space="preserve">    (b) restoring</w:t>
      </w:r>
      <w:r>
        <w:br/>
      </w:r>
      <w:r>
        <w:t xml:space="preserve">    (c) differing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Rumpelstiltskin Problem is a book by Vivian Vande Velde, conceived because the author was disturbed, as I was,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inconsistencies</w:t>
      </w:r>
      <w:r>
        <w:rPr>
          <w:b/>
          <w:bCs/>
        </w:rPr>
        <w:t xml:space="preserve"> </w:t>
      </w:r>
      <w:r>
        <w:rPr>
          <w:b/>
          <w:bCs/>
        </w:rPr>
        <w:t xml:space="preserve">in a traditional tale.</w:t>
      </w:r>
      <w:r>
        <w:br/>
      </w:r>
      <w:r>
        <w:t xml:space="preserve">    (a) not the same in different parts or at different times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not in agreement [with something else]</w:t>
      </w:r>
      <w:r>
        <w:br/>
      </w:r>
      <w:r>
        <w:t xml:space="preserve">    (b) small paper forms made to lists the amount of money and each check being deposited into a bank account</w:t>
      </w:r>
      <w:r>
        <w:br/>
      </w:r>
      <w:r>
        <w:t xml:space="preserve">    (c) sculptures or other things made of the brownish metal with the same name -- such as third place medals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2026-07-31T18:35:33Z</dcterms:created>
  <dcterms:modified xsi:type="dcterms:W3CDTF">2026-07-31T18:35:33Z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