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a78dd14257eb93b506bc1075d09b5279975bbf"/>
    <w:p>
      <w:pPr>
        <w:pStyle w:val="Heading1"/>
      </w:pPr>
      <w:r>
        <w:rPr>
          <w:b/>
          <w:bCs/>
        </w:rPr>
        <w:t xml:space="preserve">Bartleby, the Scrivener: a Story of Wall Street</w:t>
      </w:r>
      <w:r>
        <w:br/>
      </w:r>
      <w:r>
        <w:rPr>
          <w:i/>
          <w:iCs/>
        </w:rPr>
        <w:t xml:space="preserve">Herman Melville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refused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comply</w:t>
      </w:r>
      <w:r>
        <w:rPr>
          <w:b/>
          <w:bCs/>
        </w:rPr>
        <w:t xml:space="preserve"> </w:t>
      </w:r>
      <w:r>
        <w:rPr>
          <w:b/>
          <w:bCs/>
        </w:rPr>
        <w:t xml:space="preserve">with their unreasonable demands.</w:t>
      </w:r>
      <w:r>
        <w:br/>
      </w:r>
      <w:r>
        <w:t xml:space="preserve">    (a) resist</w:t>
      </w:r>
      <w:r>
        <w:br/>
      </w:r>
      <w:r>
        <w:t xml:space="preserve">    (b) ignore</w:t>
      </w:r>
      <w:r>
        <w:br/>
      </w:r>
      <w:r>
        <w:t xml:space="preserve">    (c) obey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Juries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construe</w:t>
      </w:r>
      <w:r>
        <w:rPr>
          <w:b/>
          <w:bCs/>
        </w:rPr>
        <w:t xml:space="preserve"> </w:t>
      </w:r>
      <w:r>
        <w:rPr>
          <w:b/>
          <w:bCs/>
        </w:rPr>
        <w:t xml:space="preserve">evidence to mean something it does not.</w:t>
      </w:r>
      <w:r>
        <w:br/>
      </w:r>
      <w:r>
        <w:t xml:space="preserve">    (a) destroy</w:t>
      </w:r>
      <w:r>
        <w:br/>
      </w:r>
      <w:r>
        <w:t xml:space="preserve">    (b) record</w:t>
      </w:r>
      <w:r>
        <w:br/>
      </w:r>
      <w:r>
        <w:t xml:space="preserve">    (c) interpret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deference</w:t>
      </w:r>
      <w:r>
        <w:rPr>
          <w:b/>
          <w:bCs/>
        </w:rPr>
        <w:t xml:space="preserve"> </w:t>
      </w:r>
      <w:r>
        <w:rPr>
          <w:b/>
          <w:bCs/>
        </w:rPr>
        <w:t xml:space="preserve">to the Hindu visitors, they did not serve beef.</w:t>
      </w:r>
      <w:r>
        <w:br/>
      </w:r>
      <w:r>
        <w:t xml:space="preserve">    (a) open dislike</w:t>
      </w:r>
      <w:r>
        <w:br/>
      </w:r>
      <w:r>
        <w:t xml:space="preserve">    (b) polite respect</w:t>
      </w:r>
      <w:r>
        <w:br/>
      </w:r>
      <w:r>
        <w:t xml:space="preserve">    (c) loud praise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known for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eccentric</w:t>
      </w:r>
      <w:r>
        <w:rPr>
          <w:b/>
          <w:bCs/>
        </w:rPr>
        <w:t xml:space="preserve"> </w:t>
      </w:r>
      <w:r>
        <w:rPr>
          <w:b/>
          <w:bCs/>
        </w:rPr>
        <w:t xml:space="preserve">behavior, like talking to plants and wearing mismatched shoes.</w:t>
      </w:r>
      <w:r>
        <w:br/>
      </w:r>
      <w:r>
        <w:t xml:space="preserve">    (a) traditional</w:t>
      </w:r>
      <w:r>
        <w:br/>
      </w:r>
      <w:r>
        <w:t xml:space="preserve">    (b) unusual</w:t>
      </w:r>
      <w:r>
        <w:br/>
      </w:r>
      <w:r>
        <w:t xml:space="preserve">    (c) harmful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incident led to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ignominious</w:t>
      </w:r>
      <w:r>
        <w:rPr>
          <w:b/>
          <w:bCs/>
        </w:rPr>
        <w:t xml:space="preserve"> </w:t>
      </w:r>
      <w:r>
        <w:rPr>
          <w:b/>
          <w:bCs/>
        </w:rPr>
        <w:t xml:space="preserve">departure from political office.</w:t>
      </w:r>
      <w:r>
        <w:br/>
      </w:r>
      <w:r>
        <w:t xml:space="preserve">    (a) quick</w:t>
      </w:r>
      <w:r>
        <w:br/>
      </w:r>
      <w:r>
        <w:t xml:space="preserve">    (b) disgraceful</w:t>
      </w:r>
      <w:r>
        <w:br/>
      </w:r>
      <w:r>
        <w:t xml:space="preserve">    (c) eventual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weather makes 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melancholy</w:t>
      </w:r>
      <w:r>
        <w:rPr>
          <w:b/>
          <w:bCs/>
        </w:rPr>
        <w:t xml:space="preserve">. I can't wait for spring,</w:t>
      </w:r>
      <w:r>
        <w:br/>
      </w:r>
      <w:r>
        <w:t xml:space="preserve">    (a) happy</w:t>
      </w:r>
      <w:r>
        <w:br/>
      </w:r>
      <w:r>
        <w:t xml:space="preserve">    (b) sad</w:t>
      </w:r>
      <w:r>
        <w:br/>
      </w:r>
      <w:r>
        <w:t xml:space="preserve">    (c) feel like singing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graduates have high college debt.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too many of them haven't found good-paying jobs.</w:t>
      </w:r>
      <w:r>
        <w:br/>
      </w:r>
      <w:r>
        <w:t xml:space="preserve">    (a) in contrast to that</w:t>
      </w:r>
      <w:r>
        <w:br/>
      </w:r>
      <w:r>
        <w:t xml:space="preserve">    (b) as a result of that</w:t>
      </w:r>
      <w:r>
        <w:br/>
      </w:r>
      <w:r>
        <w:t xml:space="preserve">    (c) in addition to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of the more popular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narrators</w:t>
      </w:r>
      <w:r>
        <w:rPr>
          <w:b/>
          <w:bCs/>
        </w:rPr>
        <w:t xml:space="preserve"> </w:t>
      </w:r>
      <w:r>
        <w:rPr>
          <w:b/>
          <w:bCs/>
        </w:rPr>
        <w:t xml:space="preserve">in movie history is Morgan Freeman. I especially liked him in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The Shawshank Redemption</w:t>
      </w:r>
      <w:r>
        <w:rPr>
          <w:b/>
          <w:bCs/>
        </w:rPr>
        <w:t xml:space="preserve"> </w:t>
      </w:r>
      <w:r>
        <w:rPr>
          <w:b/>
          <w:bCs/>
        </w:rPr>
        <w:t xml:space="preserve">where in addition to playing a major role, he narrated the film.</w:t>
      </w:r>
      <w:r>
        <w:br/>
      </w:r>
      <w:r>
        <w:t xml:space="preserve">    (a) script writer</w:t>
      </w:r>
      <w:r>
        <w:br/>
      </w:r>
      <w:r>
        <w:t xml:space="preserve">    (b) producer who works closest with the actors</w:t>
      </w:r>
      <w:r>
        <w:br/>
      </w:r>
      <w:r>
        <w:t xml:space="preserve">    (c) actor who talks directly to the audience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him.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, she is determined to stop seeing him unless he stops drinking.</w:t>
      </w:r>
      <w:r>
        <w:br/>
      </w:r>
      <w:r>
        <w:t xml:space="preserve">    (a) also</w:t>
      </w:r>
      <w:r>
        <w:br/>
      </w:r>
      <w:r>
        <w:t xml:space="preserve">    (b) in addition</w:t>
      </w:r>
      <w:r>
        <w:br/>
      </w:r>
      <w:r>
        <w:t xml:space="preserve">    (c) despite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patient's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pallid</w:t>
      </w:r>
      <w:r>
        <w:rPr>
          <w:b/>
          <w:bCs/>
        </w:rPr>
        <w:t xml:space="preserve"> </w:t>
      </w:r>
      <w:r>
        <w:rPr>
          <w:b/>
          <w:bCs/>
        </w:rPr>
        <w:t xml:space="preserve">complexion alarmed the nurse on duty.</w:t>
      </w:r>
      <w:r>
        <w:br/>
      </w:r>
      <w:r>
        <w:t xml:space="preserve">    (a) heavily wrinkled</w:t>
      </w:r>
      <w:r>
        <w:br/>
      </w:r>
      <w:r>
        <w:t xml:space="preserve">    (b) unhealthily pale</w:t>
      </w:r>
      <w:r>
        <w:br/>
      </w:r>
      <w:r>
        <w:t xml:space="preserve">    (c) deeply flushed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Researchers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perceive</w:t>
      </w:r>
      <w:r>
        <w:rPr>
          <w:b/>
          <w:bCs/>
        </w:rPr>
        <w:t xml:space="preserve"> </w:t>
      </w:r>
      <w:r>
        <w:rPr>
          <w:b/>
          <w:bCs/>
        </w:rPr>
        <w:t xml:space="preserve">a clear pattern in how the disease spreads through families.</w:t>
      </w:r>
      <w:r>
        <w:br/>
      </w:r>
      <w:r>
        <w:t xml:space="preserve">    (a) actively prevent</w:t>
      </w:r>
      <w:r>
        <w:br/>
      </w:r>
      <w:r>
        <w:t xml:space="preserve">    (b) carefully measure</w:t>
      </w:r>
      <w:r>
        <w:br/>
      </w:r>
      <w:r>
        <w:t xml:space="preserve">    (c) view or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one thing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perceive</w:t>
      </w:r>
      <w:r>
        <w:rPr>
          <w:b/>
          <w:bCs/>
        </w:rPr>
        <w:t xml:space="preserve"> </w:t>
      </w:r>
      <w:r>
        <w:rPr>
          <w:b/>
          <w:bCs/>
        </w:rPr>
        <w:t xml:space="preserve">something with the senses and another to understand its importance.</w:t>
      </w:r>
      <w:r>
        <w:br/>
      </w:r>
      <w:r>
        <w:t xml:space="preserve">    (a) clearly see</w:t>
      </w:r>
      <w:r>
        <w:br/>
      </w:r>
      <w:r>
        <w:t xml:space="preserve">    (b) become aware of</w:t>
      </w:r>
      <w:r>
        <w:br/>
      </w:r>
      <w:r>
        <w:t xml:space="preserve">    (c) physically touch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perplexed</w:t>
      </w:r>
      <w:r>
        <w:rPr>
          <w:b/>
          <w:bCs/>
        </w:rPr>
        <w:t xml:space="preserve"> </w:t>
      </w:r>
      <w:r>
        <w:rPr>
          <w:b/>
          <w:bCs/>
        </w:rPr>
        <w:t xml:space="preserve">by her sudden change of mind on this important issue.</w:t>
      </w:r>
      <w:r>
        <w:br/>
      </w:r>
      <w:r>
        <w:t xml:space="preserve">    (a) annoyed</w:t>
      </w:r>
      <w:r>
        <w:br/>
      </w:r>
      <w:r>
        <w:t xml:space="preserve">    (b) confused</w:t>
      </w:r>
      <w:r>
        <w:br/>
      </w:r>
      <w:r>
        <w:t xml:space="preserve">    (c) amused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what time did the officer reach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premises</w:t>
      </w:r>
      <w:r>
        <w:rPr>
          <w:b/>
          <w:bCs/>
        </w:rPr>
        <w:t xml:space="preserve">?</w:t>
      </w:r>
      <w:r>
        <w:br/>
      </w:r>
      <w:r>
        <w:t xml:space="preserve">    (a) land</w:t>
      </w:r>
      <w:r>
        <w:br/>
      </w:r>
      <w:r>
        <w:t xml:space="preserve">    (b) building</w:t>
      </w:r>
      <w:r>
        <w:br/>
      </w:r>
      <w:r>
        <w:t xml:space="preserve">    (c) property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Courage is dangerous without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prudence</w:t>
      </w:r>
      <w:r>
        <w:rPr>
          <w:b/>
          <w:bCs/>
        </w:rPr>
        <w:t xml:space="preserve">.</w:t>
      </w:r>
      <w:r>
        <w:br/>
      </w:r>
      <w:r>
        <w:t xml:space="preserve">    (a) good support</w:t>
      </w:r>
      <w:r>
        <w:br/>
      </w:r>
      <w:r>
        <w:t xml:space="preserve">    (b) good purpose</w:t>
      </w:r>
      <w:r>
        <w:br/>
      </w:r>
      <w:r>
        <w:t xml:space="preserve">    (c) good sense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resolved</w:t>
      </w:r>
      <w:r>
        <w:rPr>
          <w:b/>
          <w:bCs/>
        </w:rPr>
        <w:t xml:space="preserve"> </w:t>
      </w:r>
      <w:r>
        <w:rPr>
          <w:b/>
          <w:bCs/>
        </w:rPr>
        <w:t xml:space="preserve">to never drink again.</w:t>
      </w:r>
      <w:r>
        <w:br/>
      </w:r>
      <w:r>
        <w:t xml:space="preserve">    (a) was forced</w:t>
      </w:r>
      <w:r>
        <w:br/>
      </w:r>
      <w:r>
        <w:t xml:space="preserve">    (b) firmly decided</w:t>
      </w:r>
      <w:r>
        <w:br/>
      </w:r>
      <w:r>
        <w:t xml:space="preserve">    (c) was encouraged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testing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</w:t>
      </w:r>
      <w:r>
        <w:rPr>
          <w:b/>
          <w:bCs/>
        </w:rPr>
        <w:t xml:space="preserve"> </w:t>
      </w:r>
      <w:r>
        <w:rPr>
          <w:b/>
          <w:bCs/>
        </w:rPr>
        <w:t xml:space="preserve">to keep a good attitude.</w:t>
      </w:r>
      <w:r>
        <w:br/>
      </w:r>
      <w:r>
        <w:t xml:space="preserve">    (a) ability</w:t>
      </w:r>
      <w:r>
        <w:br/>
      </w:r>
      <w:r>
        <w:t xml:space="preserve">    (b) optimism</w:t>
      </w:r>
      <w:r>
        <w:br/>
      </w:r>
      <w:r>
        <w:t xml:space="preserve">    (c) determination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car remained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stationary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engine running.</w:t>
      </w:r>
      <w:r>
        <w:br/>
      </w:r>
      <w:r>
        <w:t xml:space="preserve">    (a) cool</w:t>
      </w:r>
      <w:r>
        <w:br/>
      </w:r>
      <w:r>
        <w:t xml:space="preserve">    (b) warm</w:t>
      </w:r>
      <w:r>
        <w:br/>
      </w:r>
      <w:r>
        <w:t xml:space="preserve">    (c) not moving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storm passed, the village returned to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tranquil</w:t>
      </w:r>
      <w:r>
        <w:rPr>
          <w:b/>
          <w:bCs/>
        </w:rPr>
        <w:t xml:space="preserve"> </w:t>
      </w:r>
      <w:r>
        <w:rPr>
          <w:b/>
          <w:bCs/>
        </w:rPr>
        <w:t xml:space="preserve">evening routine.</w:t>
      </w:r>
      <w:r>
        <w:br/>
      </w:r>
      <w:r>
        <w:t xml:space="preserve">    (a) loudly chaotic</w:t>
      </w:r>
      <w:r>
        <w:br/>
      </w:r>
      <w:r>
        <w:t xml:space="preserve">    (b) peacefully calm</w:t>
      </w:r>
      <w:r>
        <w:br/>
      </w:r>
      <w:r>
        <w:t xml:space="preserve">    (c) brightly colored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Police used to be allowed to use their discretion in deciding whether to arrest 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vagrant</w:t>
      </w:r>
      <w:r>
        <w:rPr>
          <w:b/>
          <w:bCs/>
        </w:rPr>
        <w:t xml:space="preserve">.</w:t>
      </w:r>
      <w:r>
        <w:br/>
      </w:r>
      <w:r>
        <w:t xml:space="preserve">    (a) person who used recreational drugs</w:t>
      </w:r>
      <w:r>
        <w:br/>
      </w:r>
      <w:r>
        <w:t xml:space="preserve">    (b) impoverished person without a home or job</w:t>
      </w:r>
      <w:r>
        <w:br/>
      </w:r>
      <w:r>
        <w:t xml:space="preserve">    (c) someone who is visiting from out-of-town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2026-07-31T17:11:52Z</dcterms:created>
  <dcterms:modified xsi:type="dcterms:W3CDTF">2026-07-31T17:11:52Z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