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05d0bd964cf77f0479ee8247130eaa9762f349e"/>
    <w:p>
      <w:pPr>
        <w:pStyle w:val="Heading1"/>
      </w:pPr>
      <w:r>
        <w:rPr>
          <w:b/>
          <w:bCs/>
        </w:rPr>
        <w:t xml:space="preserve">Babbitt</w:t>
      </w:r>
      <w:r>
        <w:br/>
      </w:r>
      <w:r>
        <w:rPr>
          <w:i/>
          <w:iCs/>
        </w:rPr>
        <w:t xml:space="preserve">Sinclair Lewis</w:t>
      </w:r>
      <w:r>
        <w:br/>
      </w:r>
      <w:r>
        <w:rPr>
          <w:b/>
          <w:bCs/>
        </w:rPr>
        <w:t xml:space="preserve">Vocabulary Preview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advocates</w:t>
      </w:r>
      <w:r>
        <w:rPr>
          <w:b/>
          <w:bCs/>
        </w:rPr>
        <w:t xml:space="preserve"> </w:t>
      </w:r>
      <w:r>
        <w:rPr>
          <w:b/>
          <w:bCs/>
        </w:rPr>
        <w:t xml:space="preserve">giving all students the opportunity to attend school in the summer too.</w:t>
      </w:r>
      <w:r>
        <w:br/>
      </w:r>
      <w:r>
        <w:t xml:space="preserve">    (a) supports</w:t>
      </w:r>
      <w:r>
        <w:br/>
      </w:r>
      <w:r>
        <w:t xml:space="preserve">    (b) researches</w:t>
      </w:r>
      <w:r>
        <w:br/>
      </w:r>
      <w:r>
        <w:t xml:space="preserve">    (c) is against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My mother is careful about how she eats because she is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anemic</w:t>
      </w:r>
      <w:r>
        <w:rPr>
          <w:b/>
          <w:bCs/>
        </w:rPr>
        <w:t xml:space="preserve">.</w:t>
      </w:r>
      <w:r>
        <w:br/>
      </w:r>
      <w:r>
        <w:t xml:space="preserve">    (a) with blood pressure too high</w:t>
      </w:r>
      <w:r>
        <w:br/>
      </w:r>
      <w:r>
        <w:t xml:space="preserve">    (b) with too much cholesterol</w:t>
      </w:r>
      <w:r>
        <w:br/>
      </w:r>
      <w:r>
        <w:t xml:space="preserve">    (c) with too few red blood cells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tried to sound supportive, but her advice came across as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condescending</w:t>
      </w:r>
      <w:r>
        <w:rPr>
          <w:b/>
          <w:bCs/>
        </w:rPr>
        <w:t xml:space="preserve">.</w:t>
      </w:r>
      <w:r>
        <w:br/>
      </w:r>
      <w:r>
        <w:t xml:space="preserve">    (a) acting superior</w:t>
      </w:r>
      <w:r>
        <w:br/>
      </w:r>
      <w:r>
        <w:t xml:space="preserve">    (b) sounding uninformed</w:t>
      </w:r>
      <w:r>
        <w:br/>
      </w:r>
      <w:r>
        <w:t xml:space="preserve">    (c) harmful or unhelpful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don't live in Los Angeles yet, but I joined the organization as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corresponding</w:t>
      </w:r>
      <w:r>
        <w:rPr>
          <w:b/>
          <w:bCs/>
        </w:rPr>
        <w:t xml:space="preserve"> </w:t>
      </w:r>
      <w:r>
        <w:rPr>
          <w:b/>
          <w:bCs/>
        </w:rPr>
        <w:t xml:space="preserve">member.</w:t>
      </w:r>
      <w:r>
        <w:br/>
      </w:r>
      <w:r>
        <w:t xml:space="preserve">    (a) done from afar</w:t>
      </w:r>
      <w:r>
        <w:br/>
      </w:r>
      <w:r>
        <w:t xml:space="preserve">    (b) visiting</w:t>
      </w:r>
      <w:r>
        <w:br/>
      </w:r>
      <w:r>
        <w:t xml:space="preserve">    (c) founding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Over the years, she has grown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cynical</w:t>
      </w:r>
      <w:r>
        <w:rPr>
          <w:b/>
          <w:bCs/>
        </w:rPr>
        <w:t xml:space="preserve"> </w:t>
      </w:r>
      <w:r>
        <w:rPr>
          <w:b/>
          <w:bCs/>
        </w:rPr>
        <w:t xml:space="preserve">and unhappy.</w:t>
      </w:r>
      <w:r>
        <w:br/>
      </w:r>
      <w:r>
        <w:t xml:space="preserve">    (a) trusting of strangers</w:t>
      </w:r>
      <w:r>
        <w:br/>
      </w:r>
      <w:r>
        <w:t xml:space="preserve">    (b) distrustful of others</w:t>
      </w:r>
      <w:r>
        <w:br/>
      </w:r>
      <w:r>
        <w:t xml:space="preserve">    (c) envious of friends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is so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diffident</w:t>
      </w:r>
      <w:r>
        <w:rPr>
          <w:b/>
          <w:bCs/>
        </w:rPr>
        <w:t xml:space="preserve">; I can't imagine her as president of the organization.</w:t>
      </w:r>
      <w:r>
        <w:br/>
      </w:r>
      <w:r>
        <w:t xml:space="preserve">    (a) unassertive</w:t>
      </w:r>
      <w:r>
        <w:br/>
      </w:r>
      <w:r>
        <w:t xml:space="preserve">    (b) argumentative</w:t>
      </w:r>
      <w:r>
        <w:br/>
      </w:r>
      <w:r>
        <w:t xml:space="preserve">    (c) young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earned her degree in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economics</w:t>
      </w:r>
      <w:r>
        <w:rPr>
          <w:b/>
          <w:bCs/>
        </w:rPr>
        <w:t xml:space="preserve"> </w:t>
      </w:r>
      <w:r>
        <w:rPr>
          <w:b/>
          <w:bCs/>
        </w:rPr>
        <w:t xml:space="preserve">and now works at the Federal Reserve.</w:t>
      </w:r>
      <w:r>
        <w:br/>
      </w:r>
      <w:r>
        <w:t xml:space="preserve">    (a) study of stars and planets</w:t>
      </w:r>
      <w:r>
        <w:br/>
      </w:r>
      <w:r>
        <w:t xml:space="preserve">    (b) study of money and markets</w:t>
      </w:r>
      <w:r>
        <w:br/>
      </w:r>
      <w:r>
        <w:t xml:space="preserve">    (c) study of ancient ruins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Which word choice would help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establish</w:t>
      </w:r>
      <w:r>
        <w:rPr>
          <w:b/>
          <w:bCs/>
        </w:rPr>
        <w:t xml:space="preserve"> </w:t>
      </w:r>
      <w:r>
        <w:rPr>
          <w:b/>
          <w:bCs/>
        </w:rPr>
        <w:t xml:space="preserve">a serious tone.</w:t>
      </w:r>
      <w:r>
        <w:br/>
      </w:r>
      <w:r>
        <w:t xml:space="preserve">    (a) avoid</w:t>
      </w:r>
      <w:r>
        <w:br/>
      </w:r>
      <w:r>
        <w:t xml:space="preserve">    (b) increase</w:t>
      </w:r>
      <w:r>
        <w:br/>
      </w:r>
      <w:r>
        <w:t xml:space="preserve">    (c) create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sixth paragraph (lines 67-68) is primarily concerned with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establishing</w:t>
      </w:r>
      <w:r>
        <w:rPr>
          <w:b/>
          <w:bCs/>
        </w:rPr>
        <w:t xml:space="preserve"> </w:t>
      </w:r>
      <w:r>
        <w:rPr>
          <w:b/>
          <w:bCs/>
        </w:rPr>
        <w:t xml:space="preserve">the contrast between men and masculine traits.</w:t>
      </w:r>
      <w:r>
        <w:br/>
      </w:r>
      <w:r>
        <w:t xml:space="preserve">    (a) minimizing</w:t>
      </w:r>
      <w:r>
        <w:br/>
      </w:r>
      <w:r>
        <w:t xml:space="preserve">    (b) exaggerating</w:t>
      </w:r>
      <w:r>
        <w:br/>
      </w:r>
      <w:r>
        <w:t xml:space="preserve">    (c) showing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signed a written declaration under penalty of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perjury</w:t>
      </w:r>
      <w:r>
        <w:rPr>
          <w:b/>
          <w:bCs/>
        </w:rPr>
        <w:t xml:space="preserve">.</w:t>
      </w:r>
      <w:r>
        <w:br/>
      </w:r>
      <w:r>
        <w:t xml:space="preserve">    (a) the criminal offense of disrespecting the court</w:t>
      </w:r>
      <w:r>
        <w:br/>
      </w:r>
      <w:r>
        <w:t xml:space="preserve">    (b) the criminal offense of ignoring a subpoena</w:t>
      </w:r>
      <w:r>
        <w:br/>
      </w:r>
      <w:r>
        <w:t xml:space="preserve">    (c) the criminal offense of lying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Benjamin Franklin's parents were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pious</w:t>
      </w:r>
      <w:r>
        <w:rPr>
          <w:b/>
          <w:bCs/>
        </w:rPr>
        <w:t xml:space="preserve"> </w:t>
      </w:r>
      <w:r>
        <w:rPr>
          <w:b/>
          <w:bCs/>
        </w:rPr>
        <w:t xml:space="preserve">Puritans.</w:t>
      </w:r>
      <w:r>
        <w:br/>
      </w:r>
      <w:r>
        <w:t xml:space="preserve">    (a) non-traditional</w:t>
      </w:r>
      <w:r>
        <w:br/>
      </w:r>
      <w:r>
        <w:t xml:space="preserve">    (b) highly religious</w:t>
      </w:r>
      <w:r>
        <w:br/>
      </w:r>
      <w:r>
        <w:t xml:space="preserve">    (c) traditional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am tired of listening to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pious</w:t>
      </w:r>
      <w:r>
        <w:rPr>
          <w:b/>
          <w:bCs/>
        </w:rPr>
        <w:t xml:space="preserve"> </w:t>
      </w:r>
      <w:r>
        <w:rPr>
          <w:b/>
          <w:bCs/>
        </w:rPr>
        <w:t xml:space="preserve">words of someone who is so cruel.</w:t>
      </w:r>
      <w:r>
        <w:br/>
      </w:r>
      <w:r>
        <w:t xml:space="preserve">    (a) dishonest</w:t>
      </w:r>
      <w:r>
        <w:br/>
      </w:r>
      <w:r>
        <w:t xml:space="preserve">    (b) self-righteous</w:t>
      </w:r>
      <w:r>
        <w:br/>
      </w:r>
      <w:r>
        <w:t xml:space="preserve">    (c) evil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old truck made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ponderous</w:t>
      </w:r>
      <w:r>
        <w:rPr>
          <w:b/>
          <w:bCs/>
        </w:rPr>
        <w:t xml:space="preserve"> </w:t>
      </w:r>
      <w:r>
        <w:rPr>
          <w:b/>
          <w:bCs/>
        </w:rPr>
        <w:t xml:space="preserve">progress up the steep mountain road.</w:t>
      </w:r>
      <w:r>
        <w:br/>
      </w:r>
      <w:r>
        <w:t xml:space="preserve">    (a) quick and light</w:t>
      </w:r>
      <w:r>
        <w:br/>
      </w:r>
      <w:r>
        <w:t xml:space="preserve">    (b) slow and heavy</w:t>
      </w:r>
      <w:r>
        <w:br/>
      </w:r>
      <w:r>
        <w:t xml:space="preserve">    (c) loud and showy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That part of the city is especially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prosperous</w:t>
      </w:r>
      <w:r>
        <w:rPr>
          <w:b/>
          <w:bCs/>
        </w:rPr>
        <w:t xml:space="preserve">.</w:t>
      </w:r>
      <w:r>
        <w:br/>
      </w:r>
      <w:r>
        <w:t xml:space="preserve">    (a) financially successful</w:t>
      </w:r>
      <w:r>
        <w:br/>
      </w:r>
      <w:r>
        <w:t xml:space="preserve">    (b) crowded and noisy</w:t>
      </w:r>
      <w:r>
        <w:br/>
      </w:r>
      <w:r>
        <w:t xml:space="preserve">    (c) dangerous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republic</w:t>
      </w:r>
      <w:r>
        <w:rPr>
          <w:b/>
          <w:bCs/>
        </w:rPr>
        <w:t xml:space="preserve"> </w:t>
      </w:r>
      <w:r>
        <w:rPr>
          <w:b/>
          <w:bCs/>
        </w:rPr>
        <w:t xml:space="preserve">is a particular type of democracy.</w:t>
      </w:r>
      <w:r>
        <w:br/>
      </w:r>
      <w:r>
        <w:t xml:space="preserve">    (a) weak monarchy</w:t>
      </w:r>
      <w:r>
        <w:br/>
      </w:r>
      <w:r>
        <w:t xml:space="preserve">    (b) representative government</w:t>
      </w:r>
      <w:r>
        <w:br/>
      </w:r>
      <w:r>
        <w:t xml:space="preserve">    (c) oligarchy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Despite the criticism, she remained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resolute</w:t>
      </w:r>
      <w:r>
        <w:rPr>
          <w:b/>
          <w:bCs/>
        </w:rPr>
        <w:t xml:space="preserve"> </w:t>
      </w:r>
      <w:r>
        <w:rPr>
          <w:b/>
          <w:bCs/>
        </w:rPr>
        <w:t xml:space="preserve">in her decision to speak out.</w:t>
      </w:r>
      <w:r>
        <w:br/>
      </w:r>
      <w:r>
        <w:t xml:space="preserve">    (a) out of touch with reality</w:t>
      </w:r>
      <w:r>
        <w:br/>
      </w:r>
      <w:r>
        <w:t xml:space="preserve">    (b) hopeful</w:t>
      </w:r>
      <w:r>
        <w:br/>
      </w:r>
      <w:r>
        <w:t xml:space="preserve">    (c) determined and unwavering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Societies calling themselves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socialist</w:t>
      </w:r>
      <w:r>
        <w:rPr>
          <w:b/>
          <w:bCs/>
        </w:rPr>
        <w:t xml:space="preserve"> </w:t>
      </w:r>
      <w:r>
        <w:rPr>
          <w:b/>
          <w:bCs/>
        </w:rPr>
        <w:t xml:space="preserve">range from Western-style democracies to dictatorships.</w:t>
      </w:r>
      <w:r>
        <w:br/>
      </w:r>
      <w:r>
        <w:t xml:space="preserve">    (a) with an economic system based on private ownership of property and businesses</w:t>
      </w:r>
      <w:r>
        <w:br/>
      </w:r>
      <w:r>
        <w:t xml:space="preserve">    (b) with an economic system based on government control of all important companies</w:t>
      </w:r>
      <w:r>
        <w:br/>
      </w:r>
      <w:r>
        <w:t xml:space="preserve">    (c) with an economic system that has a complete absence of political authority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She's too old to invest in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speculative</w:t>
      </w:r>
      <w:r>
        <w:rPr>
          <w:b/>
          <w:bCs/>
        </w:rPr>
        <w:t xml:space="preserve"> </w:t>
      </w:r>
      <w:r>
        <w:rPr>
          <w:b/>
          <w:bCs/>
        </w:rPr>
        <w:t xml:space="preserve">business enterprises.</w:t>
      </w:r>
      <w:r>
        <w:br/>
      </w:r>
      <w:r>
        <w:t xml:space="preserve">    (a) thoughtful</w:t>
      </w:r>
      <w:r>
        <w:br/>
      </w:r>
      <w:r>
        <w:t xml:space="preserve">    (b) long-term</w:t>
      </w:r>
      <w:r>
        <w:br/>
      </w:r>
      <w:r>
        <w:t xml:space="preserve">    (c) risky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Her face showed nothing but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stolid</w:t>
      </w:r>
      <w:r>
        <w:rPr>
          <w:b/>
          <w:bCs/>
        </w:rPr>
        <w:t xml:space="preserve"> </w:t>
      </w:r>
      <w:r>
        <w:rPr>
          <w:b/>
          <w:bCs/>
        </w:rPr>
        <w:t xml:space="preserve">indifference.</w:t>
      </w:r>
      <w:r>
        <w:br/>
      </w:r>
      <w:r>
        <w:t xml:space="preserve">    (a) bitter</w:t>
      </w:r>
      <w:r>
        <w:br/>
      </w:r>
      <w:r>
        <w:t xml:space="preserve">    (b) confused</w:t>
      </w:r>
      <w:r>
        <w:br/>
      </w:r>
      <w:r>
        <w:t xml:space="preserve">    (c) emotionless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yearn</w:t>
      </w:r>
      <w:r>
        <w:rPr>
          <w:b/>
          <w:bCs/>
        </w:rPr>
        <w:t xml:space="preserve"> </w:t>
      </w:r>
      <w:r>
        <w:rPr>
          <w:b/>
          <w:bCs/>
        </w:rPr>
        <w:t xml:space="preserve">for more independence.</w:t>
      </w:r>
      <w:r>
        <w:br/>
      </w:r>
      <w:r>
        <w:t xml:space="preserve">    (a) desire</w:t>
      </w:r>
      <w:r>
        <w:br/>
      </w:r>
      <w:r>
        <w:t xml:space="preserve">    (b) work</w:t>
      </w:r>
      <w:r>
        <w:br/>
      </w:r>
      <w:r>
        <w:t xml:space="preserve">    (c) fear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2026-07-31T15:01:51Z</dcterms:created>
  <dcterms:modified xsi:type="dcterms:W3CDTF">2026-07-31T15:01:51Z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