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3648e54705a2d2f99acae6f50f1ded2e9ee8cb"/>
    <w:p>
      <w:pPr>
        <w:pStyle w:val="Heading1"/>
      </w:pPr>
      <w:r>
        <w:rPr>
          <w:b/>
          <w:bCs/>
        </w:rPr>
        <w:t xml:space="preserve">Atlas Shrugged</w:t>
      </w:r>
      <w:r>
        <w:br/>
      </w:r>
      <w:r>
        <w:rPr>
          <w:i/>
          <w:iCs/>
        </w:rPr>
        <w:t xml:space="preserve">Ayn Rand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mechanic explained that this wheel was made from a lightweight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alloy</w:t>
      </w:r>
      <w:r>
        <w:rPr>
          <w:b/>
          <w:bCs/>
        </w:rPr>
        <w:t xml:space="preserve">, perfect for racing.</w:t>
      </w:r>
      <w:r>
        <w:br/>
      </w:r>
      <w:r>
        <w:t xml:space="preserve">    (a) pure aluminum</w:t>
      </w:r>
      <w:r>
        <w:br/>
      </w:r>
      <w:r>
        <w:t xml:space="preserve">    (b) mixture of metals</w:t>
      </w:r>
      <w:r>
        <w:br/>
      </w:r>
      <w:r>
        <w:t xml:space="preserve">    (c) type of plastic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kept me waiting an hour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 </w:t>
      </w:r>
      <w:r>
        <w:rPr>
          <w:b/>
          <w:bCs/>
        </w:rPr>
        <w:t xml:space="preserve">for my long-scheduled ten-minute appointment.</w:t>
      </w:r>
      <w:r>
        <w:br/>
      </w:r>
      <w:r>
        <w:t xml:space="preserve">    (a) a room leading to a larger or more important room</w:t>
      </w:r>
      <w:r>
        <w:br/>
      </w:r>
      <w:r>
        <w:t xml:space="preserve">    (b) the residence of a religious community</w:t>
      </w:r>
      <w:r>
        <w:br/>
      </w:r>
      <w:r>
        <w:t xml:space="preserve">    (c) a house or shelter in which someone lives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grow more nervous as the test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approaches</w:t>
      </w:r>
      <w:r>
        <w:rPr>
          <w:b/>
          <w:bCs/>
        </w:rPr>
        <w:t xml:space="preserve">.</w:t>
      </w:r>
      <w:r>
        <w:br/>
      </w:r>
      <w:r>
        <w:t xml:space="preserve">    (a) is remembered</w:t>
      </w:r>
      <w:r>
        <w:br/>
      </w:r>
      <w:r>
        <w:t xml:space="preserve">    (b) gets nearer</w:t>
      </w:r>
      <w:r>
        <w:br/>
      </w:r>
      <w:r>
        <w:t xml:space="preserve">    (c) continues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approached</w:t>
      </w:r>
      <w:r>
        <w:rPr>
          <w:b/>
          <w:bCs/>
        </w:rPr>
        <w:t xml:space="preserve"> </w:t>
      </w:r>
      <w:r>
        <w:rPr>
          <w:b/>
          <w:bCs/>
        </w:rPr>
        <w:t xml:space="preserve">three bankers about a loan.</w:t>
      </w:r>
      <w:r>
        <w:br/>
      </w:r>
      <w:r>
        <w:t xml:space="preserve">    (a) asked</w:t>
      </w:r>
      <w:r>
        <w:br/>
      </w:r>
      <w:r>
        <w:t xml:space="preserve">    (b) complained to</w:t>
      </w:r>
      <w:r>
        <w:br/>
      </w:r>
      <w:r>
        <w:t xml:space="preserve">    (c) avoided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performed a famous piano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concerto</w:t>
      </w:r>
      <w:r>
        <w:rPr>
          <w:b/>
          <w:bCs/>
        </w:rPr>
        <w:t xml:space="preserve"> </w:t>
      </w:r>
      <w:r>
        <w:rPr>
          <w:b/>
          <w:bCs/>
        </w:rPr>
        <w:t xml:space="preserve">by Mozart at the recital.</w:t>
      </w:r>
      <w:r>
        <w:br/>
      </w:r>
      <w:r>
        <w:t xml:space="preserve">    (a) piece for solo and orchestra</w:t>
      </w:r>
      <w:r>
        <w:br/>
      </w:r>
      <w:r>
        <w:t xml:space="preserve">    (b) well-known opera singer</w:t>
      </w:r>
      <w:r>
        <w:br/>
      </w:r>
      <w:r>
        <w:t xml:space="preserve">    (c) stringed wooden instrument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fear</w:t>
      </w:r>
      <w:r>
        <w:br/>
      </w:r>
      <w:r>
        <w:t xml:space="preserve">    (b) poverty</w:t>
      </w:r>
      <w:r>
        <w:br/>
      </w:r>
      <w:r>
        <w:t xml:space="preserve">    (c) hopelessness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lose hope</w:t>
      </w:r>
      <w:r>
        <w:br/>
      </w:r>
      <w:r>
        <w:t xml:space="preserve">    (b) be impatient</w:t>
      </w:r>
      <w:r>
        <w:br/>
      </w:r>
      <w:r>
        <w:t xml:space="preserve">    (c) cry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Which word choice would help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</w:t>
      </w:r>
      <w:r>
        <w:rPr>
          <w:b/>
          <w:bCs/>
        </w:rPr>
        <w:t xml:space="preserve"> </w:t>
      </w:r>
      <w:r>
        <w:rPr>
          <w:b/>
          <w:bCs/>
        </w:rPr>
        <w:t xml:space="preserve">a serious tone.</w:t>
      </w:r>
      <w:r>
        <w:br/>
      </w:r>
      <w:r>
        <w:t xml:space="preserve">    (a) increase</w:t>
      </w:r>
      <w:r>
        <w:br/>
      </w:r>
      <w:r>
        <w:t xml:space="preserve">    (b) avoid</w:t>
      </w:r>
      <w:r>
        <w:br/>
      </w:r>
      <w:r>
        <w:t xml:space="preserve">    (c) create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sixth paragraph (lines 67-68) is primarily concerned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establishing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contrast between men and masculine traits.</w:t>
      </w:r>
      <w:r>
        <w:br/>
      </w:r>
      <w:r>
        <w:t xml:space="preserve">    (a) showing</w:t>
      </w:r>
      <w:r>
        <w:br/>
      </w:r>
      <w:r>
        <w:t xml:space="preserve">    (b) exaggerating</w:t>
      </w:r>
      <w:r>
        <w:br/>
      </w:r>
      <w:r>
        <w:t xml:space="preserve">    (c) minimizing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week, 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focusing</w:t>
      </w:r>
      <w:r>
        <w:rPr>
          <w:b/>
          <w:bCs/>
        </w:rPr>
        <w:t xml:space="preserve"> </w:t>
      </w:r>
      <w:r>
        <w:rPr>
          <w:b/>
          <w:bCs/>
        </w:rPr>
        <w:t xml:space="preserve">on finishing my research paper.</w:t>
      </w:r>
      <w:r>
        <w:br/>
      </w:r>
      <w:r>
        <w:t xml:space="preserve">    (a) depending</w:t>
      </w:r>
      <w:r>
        <w:br/>
      </w:r>
      <w:r>
        <w:t xml:space="preserve">    (b) concentrating</w:t>
      </w:r>
      <w:r>
        <w:br/>
      </w:r>
      <w:r>
        <w:t xml:space="preserve">    (c) getting help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wouldn't describe myself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materialistic</w:t>
      </w:r>
      <w:r>
        <w:rPr>
          <w:b/>
          <w:bCs/>
        </w:rPr>
        <w:t xml:space="preserve">, but I would like some financial security.</w:t>
      </w:r>
      <w:r>
        <w:br/>
      </w:r>
      <w:r>
        <w:t xml:space="preserve">    (a) unwilling to spend any money</w:t>
      </w:r>
      <w:r>
        <w:br/>
      </w:r>
      <w:r>
        <w:t xml:space="preserve">    (b) too concerned with wealth and possessions</w:t>
      </w:r>
      <w:r>
        <w:br/>
      </w:r>
      <w:r>
        <w:t xml:space="preserve">    (c) too afraid of risk and uncertainty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mystic</w:t>
      </w:r>
      <w:r>
        <w:rPr>
          <w:b/>
          <w:bCs/>
        </w:rPr>
        <w:t xml:space="preserve"> </w:t>
      </w:r>
      <w:r>
        <w:rPr>
          <w:b/>
          <w:bCs/>
        </w:rPr>
        <w:t xml:space="preserve">spent years in a remote cave seeking spiritual insight.</w:t>
      </w:r>
      <w:r>
        <w:br/>
      </w:r>
      <w:r>
        <w:t xml:space="preserve">    (a) spiritual seeker</w:t>
      </w:r>
      <w:r>
        <w:br/>
      </w:r>
      <w:r>
        <w:t xml:space="preserve">    (b) trained warrior</w:t>
      </w:r>
      <w:r>
        <w:br/>
      </w:r>
      <w:r>
        <w:t xml:space="preserve">    (c) wealthy merchant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book was called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Omnipotent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Government</w:t>
      </w:r>
      <w:r>
        <w:rPr>
          <w:b/>
          <w:bCs/>
        </w:rPr>
        <w:t xml:space="preserve">.</w:t>
      </w:r>
      <w:r>
        <w:br/>
      </w:r>
      <w:r>
        <w:t xml:space="preserve">    (a) all powerful</w:t>
      </w:r>
      <w:r>
        <w:br/>
      </w:r>
      <w:r>
        <w:t xml:space="preserve">    (b) knowing everything</w:t>
      </w:r>
      <w:r>
        <w:br/>
      </w:r>
      <w:r>
        <w:t xml:space="preserve">    (c) present everywhere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die</w:t>
      </w:r>
      <w:r>
        <w:br/>
      </w:r>
      <w:r>
        <w:t xml:space="preserve">    (b) fail</w:t>
      </w:r>
      <w:r>
        <w:br/>
      </w:r>
      <w:r>
        <w:t xml:space="preserve">    (c)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Also, try to see it from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before you make up your mind.</w:t>
      </w:r>
      <w:r>
        <w:br/>
      </w:r>
      <w:r>
        <w:t xml:space="preserve">    (a) education level</w:t>
      </w:r>
      <w:r>
        <w:br/>
      </w:r>
      <w:r>
        <w:t xml:space="preserve">    (b) timeframe</w:t>
      </w:r>
      <w:r>
        <w:br/>
      </w:r>
      <w:r>
        <w:t xml:space="preserve">    (c) way of looking at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clouds and turns in the trail continually change the magnificent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perspectives</w:t>
      </w:r>
      <w:r>
        <w:rPr>
          <w:b/>
          <w:bCs/>
        </w:rPr>
        <w:t xml:space="preserve"> </w:t>
      </w:r>
      <w:r>
        <w:rPr>
          <w:b/>
          <w:bCs/>
        </w:rPr>
        <w:t xml:space="preserve">while hiking in the mountains.</w:t>
      </w:r>
      <w:r>
        <w:br/>
      </w:r>
      <w:r>
        <w:t xml:space="preserve">    (a) views</w:t>
      </w:r>
      <w:r>
        <w:br/>
      </w:r>
      <w:r>
        <w:t xml:space="preserve">    (b) colors seen</w:t>
      </w:r>
      <w:r>
        <w:br/>
      </w:r>
      <w:r>
        <w:t xml:space="preserve">    (c) patterns of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Let's try to ignore how upset we are for a moment and think about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rationally</w:t>
      </w:r>
      <w:r>
        <w:rPr>
          <w:b/>
          <w:bCs/>
        </w:rPr>
        <w:t xml:space="preserve">.</w:t>
      </w:r>
      <w:r>
        <w:br/>
      </w:r>
      <w:r>
        <w:t xml:space="preserve">    (a) in a creative manner</w:t>
      </w:r>
      <w:r>
        <w:br/>
      </w:r>
      <w:r>
        <w:t xml:space="preserve">    (b) in a reasonable manner</w:t>
      </w:r>
      <w:r>
        <w:br/>
      </w:r>
      <w:r>
        <w:t xml:space="preserve">    (c) in a hurried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Yuan dynasty conquered the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remnant</w:t>
      </w:r>
      <w:r>
        <w:rPr>
          <w:b/>
          <w:bCs/>
        </w:rPr>
        <w:t xml:space="preserve"> </w:t>
      </w:r>
      <w:r>
        <w:rPr>
          <w:b/>
          <w:bCs/>
        </w:rPr>
        <w:t xml:space="preserve">of the Song dynasty in 1279.</w:t>
      </w:r>
      <w:r>
        <w:br/>
      </w:r>
      <w:r>
        <w:t xml:space="preserve">    (a) of the little that remained</w:t>
      </w:r>
      <w:r>
        <w:br/>
      </w:r>
      <w:r>
        <w:t xml:space="preserve">    (b) group at maximum strength</w:t>
      </w:r>
      <w:r>
        <w:br/>
      </w:r>
      <w:r>
        <w:t xml:space="preserve">    (c) of those appearing after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that if 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</w:t>
      </w:r>
      <w:r>
        <w:rPr>
          <w:b/>
          <w:bCs/>
        </w:rPr>
        <w:t xml:space="preserve">, I will be fired.</w:t>
      </w:r>
      <w:r>
        <w:br/>
      </w:r>
      <w:r>
        <w:t xml:space="preserve">    (a) renew an agreement</w:t>
      </w:r>
      <w:r>
        <w:br/>
      </w:r>
      <w:r>
        <w:t xml:space="preserve">    (b) quit</w:t>
      </w:r>
      <w:r>
        <w:br/>
      </w:r>
      <w:r>
        <w:t xml:space="preserve">    (c) do better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being embarrassed by her younger brother.</w:t>
      </w:r>
      <w:r>
        <w:br/>
      </w:r>
      <w:r>
        <w:t xml:space="preserve">    (a) putting a stop</w:t>
      </w:r>
      <w:r>
        <w:br/>
      </w:r>
      <w:r>
        <w:t xml:space="preserve">    (b) resistant</w:t>
      </w:r>
      <w:r>
        <w:br/>
      </w:r>
      <w:r>
        <w:t xml:space="preserve">    (c) with acceptance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2026-07-31T15:03:58Z</dcterms:created>
  <dcterms:modified xsi:type="dcterms:W3CDTF">2026-07-31T15:03:58Z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