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f0ef1c01351e2438093163b044ba6ab81f4d92"/>
    <w:p>
      <w:pPr>
        <w:pStyle w:val="Heading1"/>
      </w:pPr>
      <w:r>
        <w:rPr>
          <w:b/>
          <w:bCs/>
        </w:rPr>
        <w:t xml:space="preserve">Atlas Shrugged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think about how to best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</w:t>
      </w:r>
      <w:r>
        <w:rPr>
          <w:b/>
          <w:bCs/>
        </w:rPr>
        <w:t xml:space="preserve"> </w:t>
      </w:r>
      <w:r>
        <w:rPr>
          <w:b/>
          <w:bCs/>
        </w:rPr>
        <w:t xml:space="preserve">time and resources.</w:t>
      </w:r>
      <w:r>
        <w:br/>
      </w:r>
      <w:r>
        <w:t xml:space="preserve">    (a) ration (distribute according to a plan)</w:t>
      </w:r>
      <w:r>
        <w:br/>
      </w:r>
      <w:r>
        <w:t xml:space="preserve">    (b) decide on a maximum amount of</w:t>
      </w:r>
      <w:r>
        <w:br/>
      </w:r>
      <w:r>
        <w:t xml:space="preserve">    (c) decide on a minimum amount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temporary</w:t>
      </w:r>
      <w:r>
        <w:br/>
      </w:r>
      <w:r>
        <w:t xml:space="preserve">    (b) friendly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cited</w:t>
      </w:r>
      <w:r>
        <w:rPr>
          <w:b/>
          <w:bCs/>
        </w:rPr>
        <w:t xml:space="preserve"> </w:t>
      </w:r>
      <w:r>
        <w:rPr>
          <w:b/>
          <w:bCs/>
        </w:rPr>
        <w:t xml:space="preserve">for her outstanding achievements at the school.</w:t>
      </w:r>
      <w:r>
        <w:br/>
      </w:r>
      <w:r>
        <w:t xml:space="preserve">    (a) officially praised</w:t>
      </w:r>
      <w:r>
        <w:br/>
      </w:r>
      <w:r>
        <w:t xml:space="preserve">    (b) nominated</w:t>
      </w:r>
      <w:r>
        <w:br/>
      </w:r>
      <w:r>
        <w:t xml:space="preserve">    (c) selected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unreliable</w:t>
      </w:r>
      <w:r>
        <w:br/>
      </w:r>
      <w:r>
        <w:t xml:space="preserve">    (b) deserving no respect</w:t>
      </w:r>
      <w:r>
        <w:br/>
      </w:r>
      <w:r>
        <w:t xml:space="preserve">    (c) good (at pretending)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luggage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conveyor belts</w:t>
      </w:r>
      <w:r>
        <w:rPr>
          <w:b/>
          <w:bCs/>
        </w:rPr>
        <w:t xml:space="preserve"> </w:t>
      </w:r>
      <w:r>
        <w:rPr>
          <w:b/>
          <w:bCs/>
        </w:rPr>
        <w:t xml:space="preserve">work at a speed of about 1 meter/second.</w:t>
      </w:r>
      <w:r>
        <w:br/>
      </w:r>
      <w:r>
        <w:t xml:space="preserve">    (a) things that are lacking which are needed to live in a satisfactory manner</w:t>
      </w:r>
      <w:r>
        <w:br/>
      </w:r>
      <w:r>
        <w:t xml:space="preserve">    (b) parts of a poem or song where each part consists of a fixed number of lines</w:t>
      </w:r>
      <w:r>
        <w:br/>
      </w:r>
      <w:r>
        <w:t xml:space="preserve">    (c) a moving band or belt that transports objects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Airline tickets, hotels, everything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exorbitant</w:t>
      </w:r>
      <w:r>
        <w:rPr>
          <w:b/>
          <w:bCs/>
        </w:rPr>
        <w:t xml:space="preserve"> </w:t>
      </w:r>
      <w:r>
        <w:rPr>
          <w:b/>
          <w:bCs/>
        </w:rPr>
        <w:t xml:space="preserve">in that city on holiday weekends.</w:t>
      </w:r>
      <w:r>
        <w:br/>
      </w:r>
      <w:r>
        <w:t xml:space="preserve">    (a) without a tendency to be full of thought</w:t>
      </w:r>
      <w:r>
        <w:br/>
      </w:r>
      <w:r>
        <w:t xml:space="preserve">    (b) a lot more expensive than is reasonable or typical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time choosing a font.</w:t>
      </w:r>
      <w:r>
        <w:br/>
      </w:r>
      <w:r>
        <w:t xml:space="preserve">    (a) careful</w:t>
      </w:r>
      <w:r>
        <w:br/>
      </w:r>
      <w:r>
        <w:t xml:space="preserve">    (b) excessive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raises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metaphysical</w:t>
      </w:r>
      <w:r>
        <w:rPr>
          <w:b/>
          <w:bCs/>
        </w:rPr>
        <w:t xml:space="preserve"> </w:t>
      </w:r>
      <w:r>
        <w:rPr>
          <w:b/>
          <w:bCs/>
        </w:rPr>
        <w:t xml:space="preserve">questions about whether the soul can exist apart from the body.</w:t>
      </w:r>
      <w:r>
        <w:br/>
      </w:r>
      <w:r>
        <w:t xml:space="preserve">    (a) about reality's nature</w:t>
      </w:r>
      <w:r>
        <w:br/>
      </w:r>
      <w:r>
        <w:t xml:space="preserve">    (b) about legal procedure</w:t>
      </w:r>
      <w:r>
        <w:br/>
      </w:r>
      <w:r>
        <w:t xml:space="preserve">    (c) about daily expenses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outdated</w:t>
      </w:r>
      <w:r>
        <w:br/>
      </w:r>
      <w:r>
        <w:t xml:space="preserve">    (c) classic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 a world of stillbirths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.</w:t>
      </w:r>
      <w:r>
        <w:br/>
      </w:r>
      <w:r>
        <w:t xml:space="preserve">    (a) rules of conduct said to be universally desired by all peoples</w:t>
      </w:r>
      <w:r>
        <w:br/>
      </w:r>
      <w:r>
        <w:t xml:space="preserve">    (b) lack of basic things needed to live in a satisfactory manner</w:t>
      </w:r>
      <w:r>
        <w:br/>
      </w:r>
      <w:r>
        <w:t xml:space="preserve">    (c) a stone coffin (usually bearing sculpture or inscriptions)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mild curiosity</w:t>
      </w:r>
      <w:r>
        <w:br/>
      </w:r>
      <w:r>
        <w:t xml:space="preserve">    (b) warm affection</w:t>
      </w:r>
      <w:r>
        <w:br/>
      </w:r>
      <w:r>
        <w:t xml:space="preserve">    (c) deep bitterness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 reputation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rectitude</w:t>
      </w:r>
      <w:r>
        <w:rPr>
          <w:b/>
          <w:bCs/>
        </w:rPr>
        <w:t xml:space="preserve"> </w:t>
      </w:r>
      <w:r>
        <w:rPr>
          <w:b/>
          <w:bCs/>
        </w:rPr>
        <w:t xml:space="preserve">and honesty earned him the respect of his constituents.</w:t>
      </w:r>
      <w:r>
        <w:br/>
      </w:r>
      <w:r>
        <w:t xml:space="preserve">    (a) kindness to others</w:t>
      </w:r>
      <w:r>
        <w:br/>
      </w:r>
      <w:r>
        <w:t xml:space="preserve">    (b) moral integrity</w:t>
      </w:r>
      <w:r>
        <w:br/>
      </w:r>
      <w:r>
        <w:t xml:space="preserve">    (c) wisdom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the argument.</w:t>
      </w:r>
      <w:r>
        <w:br/>
      </w:r>
      <w:r>
        <w:t xml:space="preserve">    (a) complained about</w:t>
      </w:r>
      <w:r>
        <w:br/>
      </w:r>
      <w:r>
        <w:t xml:space="preserve">    (b) avoided</w:t>
      </w:r>
      <w:r>
        <w:br/>
      </w:r>
      <w:r>
        <w:t xml:space="preserve">    (c) argued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trained knight</w:t>
      </w:r>
      <w:r>
        <w:br/>
      </w:r>
      <w:r>
        <w:t xml:space="preserve">    (b) bound peasant</w:t>
      </w:r>
      <w:r>
        <w:br/>
      </w:r>
      <w:r>
        <w:t xml:space="preserve">    (c) wandering hermit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company doesn't innovate, it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stagnate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its competitive edge.</w:t>
      </w:r>
      <w:r>
        <w:br/>
      </w:r>
      <w:r>
        <w:t xml:space="preserve">    (a) get expensive</w:t>
      </w:r>
      <w:r>
        <w:br/>
      </w:r>
      <w:r>
        <w:t xml:space="preserve">    (b) stop developing</w:t>
      </w:r>
      <w:r>
        <w:br/>
      </w:r>
      <w:r>
        <w:t xml:space="preserve">    (c) lose customers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bitter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pay back fully</w:t>
      </w:r>
      <w:r>
        <w:br/>
      </w:r>
      <w:r>
        <w:t xml:space="preserve">    (b) cheat or defraud</w:t>
      </w:r>
      <w:r>
        <w:br/>
      </w:r>
      <w:r>
        <w:t xml:space="preserve">    (c) warn or protect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central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tenet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religion is non-violence and respect of all forms of life.</w:t>
      </w:r>
      <w:r>
        <w:br/>
      </w:r>
      <w:r>
        <w:t xml:space="preserve">    (a) principle belief</w:t>
      </w:r>
      <w:r>
        <w:br/>
      </w:r>
      <w:r>
        <w:t xml:space="preserve">    (b) opposing idea</w:t>
      </w:r>
      <w:r>
        <w:br/>
      </w:r>
      <w:r>
        <w:t xml:space="preserve">    (c) simplified idea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2026-07-31T15:03:59Z</dcterms:created>
  <dcterms:modified xsi:type="dcterms:W3CDTF">2026-07-31T15:03:59Z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