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e37cd3f5aa4cd9c20411cfc9fafbe5053d449b"/>
    <w:p>
      <w:pPr>
        <w:pStyle w:val="Heading1"/>
      </w:pPr>
      <w:r>
        <w:rPr>
          <w:b/>
          <w:bCs/>
        </w:rPr>
        <w:t xml:space="preserve">Ask Not What Your Country Can Do For You</w:t>
      </w:r>
      <w:r>
        <w:br/>
      </w:r>
      <w:r>
        <w:rPr>
          <w:i/>
          <w:iCs/>
        </w:rPr>
        <w:t xml:space="preserve">John F. Kennedy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Vice President Johnson, Mr. Speaker, Mr. Chief Justice, President Eisenhower, Vice President Nixon, President Truman, reverend</w:t>
      </w:r>
      <w:r>
        <w:rPr>
          <w:b/>
          <w:bCs/>
        </w:rPr>
        <w:t xml:space="preserve"> </w:t>
      </w:r>
      <w:r>
        <w:rPr>
          <w:b/>
          <w:bCs/>
          <w:u w:val="single"/>
        </w:rPr>
        <w:t xml:space="preserve">clergy</w:t>
      </w:r>
      <w:r>
        <w:rPr>
          <w:b/>
          <w:bCs/>
        </w:rPr>
        <w:t xml:space="preserve">, fellow citizens, we observe today not a victory of party, but a celebration of freedom — symbolizing an end, as well as a beginning — signifying renewal, as well as change.</w:t>
      </w:r>
      <w:r>
        <w:br/>
      </w:r>
      <w:r>
        <w:t xml:space="preserve">    (a) with disapproval or distrust; or directed to one side</w:t>
      </w:r>
      <w:r>
        <w:br/>
      </w:r>
      <w:r>
        <w:t xml:space="preserve">    (b) formal religious leaders (typically in Christianity)</w:t>
      </w:r>
      <w:r>
        <w:br/>
      </w:r>
      <w:r>
        <w:t xml:space="preserve">    (c) the position of being in charge of a group of monks</w:t>
      </w:r>
    </w:p>
    <w:p>
      <w:pPr>
        <w:pStyle w:val="Compact"/>
        <w:numPr>
          <w:ilvl w:val="0"/>
          <w:numId w:val="1001"/>
        </w:numPr>
      </w:pPr>
      <w:r>
        <w:rPr>
          <w:b/>
          <w:bCs/>
        </w:rPr>
        <w:t xml:space="preserve">Vice President Johnson, Mr. Speaker, Mr. Chief Justice, President Eisenhower, Vice President Nixon, President Truman, reverend clergy, fellow citizens, we observe today not a victory of party, but a celebration of freedom — symbolizing an end, as well as a beginning —</w:t>
      </w:r>
      <w:r>
        <w:rPr>
          <w:b/>
          <w:bCs/>
        </w:rPr>
        <w:t xml:space="preserve"> </w:t>
      </w:r>
      <w:r>
        <w:rPr>
          <w:b/>
          <w:bCs/>
          <w:u w:val="single"/>
        </w:rPr>
        <w:t xml:space="preserve">signifying</w:t>
      </w:r>
      <w:r>
        <w:rPr>
          <w:b/>
          <w:bCs/>
        </w:rPr>
        <w:t xml:space="preserve"> </w:t>
      </w:r>
      <w:r>
        <w:rPr>
          <w:b/>
          <w:bCs/>
        </w:rPr>
        <w:t xml:space="preserve">renewal, as well as change.</w:t>
      </w:r>
      <w:r>
        <w:br/>
      </w:r>
      <w:r>
        <w:t xml:space="preserve">    (a) to indicate (to show or to mean)</w:t>
      </w:r>
      <w:r>
        <w:br/>
      </w:r>
      <w:r>
        <w:t xml:space="preserve">    (b) lacking things most people enjoy</w:t>
      </w:r>
      <w:r>
        <w:br/>
      </w:r>
      <w:r>
        <w:t xml:space="preserve">    (c) of the Netherlands or its people</w:t>
      </w:r>
    </w:p>
    <w:p>
      <w:pPr>
        <w:pStyle w:val="Compact"/>
        <w:numPr>
          <w:ilvl w:val="0"/>
          <w:numId w:val="1001"/>
        </w:numPr>
      </w:pPr>
      <w:r>
        <w:rPr>
          <w:b/>
          <w:bCs/>
        </w:rPr>
        <w:t xml:space="preserve">For I have sworn before you and Almighty God the same</w:t>
      </w:r>
      <w:r>
        <w:rPr>
          <w:b/>
          <w:bCs/>
        </w:rPr>
        <w:t xml:space="preserve"> </w:t>
      </w:r>
      <w:r>
        <w:rPr>
          <w:b/>
          <w:bCs/>
          <w:u w:val="single"/>
        </w:rPr>
        <w:t xml:space="preserve">solemn</w:t>
      </w:r>
      <w:r>
        <w:rPr>
          <w:b/>
          <w:bCs/>
        </w:rPr>
        <w:t xml:space="preserve"> </w:t>
      </w:r>
      <w:r>
        <w:rPr>
          <w:b/>
          <w:bCs/>
        </w:rPr>
        <w:t xml:space="preserve">oath our forebears prescribed nearly a century and three quarters ago.</w:t>
      </w:r>
      <w:r>
        <w:br/>
      </w:r>
      <w:r>
        <w:t xml:space="preserve">    (a) very serious--possibly dignified</w:t>
      </w:r>
      <w:r>
        <w:br/>
      </w:r>
      <w:r>
        <w:t xml:space="preserve">    (b) able to be taken on as one's own</w:t>
      </w:r>
      <w:r>
        <w:br/>
      </w:r>
      <w:r>
        <w:t xml:space="preserve">    (c) indicating approval or agreement</w:t>
      </w:r>
    </w:p>
    <w:p>
      <w:pPr>
        <w:pStyle w:val="Compact"/>
        <w:numPr>
          <w:ilvl w:val="0"/>
          <w:numId w:val="1001"/>
        </w:numPr>
      </w:pPr>
      <w:r>
        <w:rPr>
          <w:b/>
          <w:bCs/>
        </w:rPr>
        <w:t xml:space="preserve">For I have sworn before you and Almighty God the same solemn oath our forebears</w:t>
      </w:r>
      <w:r>
        <w:rPr>
          <w:b/>
          <w:bCs/>
        </w:rPr>
        <w:t xml:space="preserve"> </w:t>
      </w:r>
      <w:r>
        <w:rPr>
          <w:b/>
          <w:bCs/>
          <w:u w:val="single"/>
        </w:rPr>
        <w:t xml:space="preserve">prescribed</w:t>
      </w:r>
      <w:r>
        <w:rPr>
          <w:b/>
          <w:bCs/>
        </w:rPr>
        <w:t xml:space="preserve"> </w:t>
      </w:r>
      <w:r>
        <w:rPr>
          <w:b/>
          <w:bCs/>
        </w:rPr>
        <w:t xml:space="preserve">nearly a century and three quarters ago.</w:t>
      </w:r>
      <w:r>
        <w:br/>
      </w:r>
      <w:r>
        <w:t xml:space="preserve">    (a) recommended or required what should be done  OR  (of a medical doctor) gave medical instructions -- such as writing that a patient should take antibiotics</w:t>
      </w:r>
      <w:r>
        <w:br/>
      </w:r>
      <w:r>
        <w:t xml:space="preserve">    (b) treated in a manner that demonstrated a sense of superiority, but was supposed to seem kind  OR  acted like a patron (supported someone or something; or was a customer)</w:t>
      </w:r>
      <w:r>
        <w:br/>
      </w:r>
      <w:r>
        <w:t xml:space="preserve">    (c) examined carefully for accuracy with the intent of verification -- especially an inspection of a company's accounting procedures and records by a trained accountant</w:t>
      </w:r>
    </w:p>
    <w:p>
      <w:pPr>
        <w:pStyle w:val="Compact"/>
        <w:numPr>
          <w:ilvl w:val="0"/>
          <w:numId w:val="1001"/>
        </w:numPr>
      </w:pPr>
      <w:r>
        <w:rPr>
          <w:b/>
          <w:bCs/>
        </w:rPr>
        <w:t xml:space="preserve">For man holds in his mortal hands the power to</w:t>
      </w:r>
      <w:r>
        <w:rPr>
          <w:b/>
          <w:bCs/>
        </w:rPr>
        <w:t xml:space="preserve"> </w:t>
      </w:r>
      <w:r>
        <w:rPr>
          <w:b/>
          <w:bCs/>
          <w:u w:val="single"/>
        </w:rPr>
        <w:t xml:space="preserve">abolish</w:t>
      </w:r>
      <w:r>
        <w:rPr>
          <w:b/>
          <w:bCs/>
        </w:rPr>
        <w:t xml:space="preserve"> </w:t>
      </w:r>
      <w:r>
        <w:rPr>
          <w:b/>
          <w:bCs/>
        </w:rPr>
        <w:t xml:space="preserve">all forms of human poverty and all forms of human life.</w:t>
      </w:r>
      <w:r>
        <w:br/>
      </w:r>
      <w:r>
        <w:t xml:space="preserve">    (a) translate</w:t>
      </w:r>
      <w:r>
        <w:br/>
      </w:r>
      <w:r>
        <w:t xml:space="preserve">    (b) eliminate</w:t>
      </w:r>
      <w:r>
        <w:br/>
      </w:r>
      <w:r>
        <w:t xml:space="preserve">    (c) collision</w:t>
      </w:r>
    </w:p>
    <w:p>
      <w:pPr>
        <w:pStyle w:val="Compact"/>
        <w:numPr>
          <w:ilvl w:val="0"/>
          <w:numId w:val="1001"/>
        </w:numPr>
      </w:pPr>
      <w:r>
        <w:rPr>
          <w:b/>
          <w:bCs/>
        </w:rPr>
        <w:t xml:space="preserve">Let the word go forth from this time and place, to friend and foe alike, that the torch has been passed to a new generation of Americans, born in this century,</w:t>
      </w:r>
      <w:r>
        <w:rPr>
          <w:b/>
          <w:bCs/>
        </w:rPr>
        <w:t xml:space="preserve"> </w:t>
      </w:r>
      <w:r>
        <w:rPr>
          <w:b/>
          <w:bCs/>
          <w:u w:val="single"/>
        </w:rPr>
        <w:t xml:space="preserve">tempered</w:t>
      </w:r>
      <w:r>
        <w:rPr>
          <w:b/>
          <w:bCs/>
        </w:rPr>
        <w:t xml:space="preserve"> </w:t>
      </w:r>
      <w:r>
        <w:rPr>
          <w:b/>
          <w:bCs/>
        </w:rPr>
        <w:t xml:space="preserve">by war, disciplined by a hard and bitter peace, proud of our ancient heritage and unwilling to witness or permit the slow undoing of those human rights to which this Nation has always been committed, and to which we are committed today at home and around the world.</w:t>
      </w:r>
      <w:r>
        <w:br/>
      </w:r>
      <w:r>
        <w:t xml:space="preserve">    (a) not demonstrating</w:t>
      </w:r>
      <w:r>
        <w:br/>
      </w:r>
      <w:r>
        <w:t xml:space="preserve">    (b) not finding fault</w:t>
      </w:r>
      <w:r>
        <w:br/>
      </w:r>
      <w:r>
        <w:t xml:space="preserve">    (c) made less extreme</w:t>
      </w:r>
    </w:p>
    <w:p>
      <w:pPr>
        <w:pStyle w:val="Compact"/>
        <w:numPr>
          <w:ilvl w:val="0"/>
          <w:numId w:val="1001"/>
        </w:numPr>
      </w:pPr>
      <w:r>
        <w:rPr>
          <w:b/>
          <w:bCs/>
        </w:rPr>
        <w:t xml:space="preserve">To those new States whom we welcome to the ranks of the free, we pledge our word that one form of colonial control shall not have passed away merely to be replaced by a far more iron</w:t>
      </w:r>
      <w:r>
        <w:rPr>
          <w:b/>
          <w:bCs/>
        </w:rPr>
        <w:t xml:space="preserve"> </w:t>
      </w:r>
      <w:r>
        <w:rPr>
          <w:b/>
          <w:bCs/>
          <w:u w:val="single"/>
        </w:rPr>
        <w:t xml:space="preserve">tyranny</w:t>
      </w:r>
      <w:r>
        <w:rPr>
          <w:b/>
          <w:bCs/>
        </w:rPr>
        <w:t xml:space="preserve">.</w:t>
      </w:r>
      <w:r>
        <w:br/>
      </w:r>
      <w:r>
        <w:t xml:space="preserve">    (a) harsh and unjust rule</w:t>
      </w:r>
      <w:r>
        <w:br/>
      </w:r>
      <w:r>
        <w:t xml:space="preserve">    (b) long eventful journey</w:t>
      </w:r>
      <w:r>
        <w:br/>
      </w:r>
      <w:r>
        <w:t xml:space="preserve">    (c) a nerve or brain cell</w:t>
      </w:r>
    </w:p>
    <w:p>
      <w:pPr>
        <w:pStyle w:val="Compact"/>
        <w:numPr>
          <w:ilvl w:val="0"/>
          <w:numId w:val="1001"/>
        </w:numPr>
      </w:pPr>
      <w:r>
        <w:rPr>
          <w:b/>
          <w:bCs/>
        </w:rPr>
        <w:t xml:space="preserve">To those peoples in the huts and villages across the globe struggling to break the bonds of mass misery, we pledge our best efforts to help them help themselves, for whatever period is required, not because the</w:t>
      </w:r>
      <w:r>
        <w:rPr>
          <w:b/>
          <w:bCs/>
        </w:rPr>
        <w:t xml:space="preserve"> </w:t>
      </w:r>
      <w:r>
        <w:rPr>
          <w:b/>
          <w:bCs/>
          <w:u w:val="single"/>
        </w:rPr>
        <w:t xml:space="preserve">Communists</w:t>
      </w:r>
      <w:r>
        <w:rPr>
          <w:b/>
          <w:bCs/>
        </w:rPr>
        <w:t xml:space="preserve"> </w:t>
      </w:r>
      <w:r>
        <w:rPr>
          <w:b/>
          <w:bCs/>
        </w:rPr>
        <w:t xml:space="preserve">may be doing it, not because we seek their votes, but because it is right.</w:t>
      </w:r>
      <w:r>
        <w:br/>
      </w:r>
      <w:r>
        <w:t xml:space="preserve">    (a) people who suffer from psychosis (any severe mental disorder in which contact with reality is lost or highly distorted)</w:t>
      </w:r>
      <w:r>
        <w:br/>
      </w:r>
      <w:r>
        <w:t xml:space="preserve">    (b) subatomic particles with negative charge that are found in all atoms and that act as the primary carrier of electricity</w:t>
      </w:r>
      <w:r>
        <w:br/>
      </w:r>
      <w:r>
        <w:t xml:space="preserve">    (c) people who support an economic system that abolishes private ownership of property with the goal of a classless society</w:t>
      </w:r>
    </w:p>
    <w:p>
      <w:pPr>
        <w:pStyle w:val="Compact"/>
        <w:numPr>
          <w:ilvl w:val="0"/>
          <w:numId w:val="1001"/>
        </w:numPr>
      </w:pPr>
      <w:r>
        <w:rPr>
          <w:b/>
          <w:bCs/>
        </w:rPr>
        <w:t xml:space="preserve">To our sister</w:t>
      </w:r>
      <w:r>
        <w:rPr>
          <w:b/>
          <w:bCs/>
        </w:rPr>
        <w:t xml:space="preserve"> </w:t>
      </w:r>
      <w:r>
        <w:rPr>
          <w:b/>
          <w:bCs/>
          <w:u w:val="single"/>
        </w:rPr>
        <w:t xml:space="preserve">republics</w:t>
      </w:r>
      <w:r>
        <w:rPr>
          <w:b/>
          <w:bCs/>
        </w:rPr>
        <w:t xml:space="preserve"> </w:t>
      </w:r>
      <w:r>
        <w:rPr>
          <w:b/>
          <w:bCs/>
        </w:rPr>
        <w:t xml:space="preserve">south of our border, we offer a special pledge — to convert our good words into good deeds in a new alliance for progress — to assist free men and free governments in casting off the chains of poverty.</w:t>
      </w:r>
      <w:r>
        <w:br/>
      </w:r>
      <w:r>
        <w:t xml:space="preserve">    (a) responses to prior offers that proposes different terms while rejecting previous offers</w:t>
      </w:r>
      <w:r>
        <w:br/>
      </w:r>
      <w:r>
        <w:t xml:space="preserve">    (b) governmental systems in which a majority of citizens elect representatives to make laws</w:t>
      </w:r>
      <w:r>
        <w:br/>
      </w:r>
      <w:r>
        <w:t xml:space="preserve">    (c) acts of officially telling someone about something; or things that contain such message</w:t>
      </w:r>
    </w:p>
    <w:p>
      <w:pPr>
        <w:pStyle w:val="Compact"/>
        <w:numPr>
          <w:ilvl w:val="0"/>
          <w:numId w:val="1001"/>
        </w:numPr>
      </w:pPr>
      <w:r>
        <w:rPr>
          <w:b/>
          <w:bCs/>
        </w:rPr>
        <w:t xml:space="preserve">To our sister republics south of our border, we offer a special pledge -- to convert our good words into good deeds in a new</w:t>
      </w:r>
      <w:r>
        <w:rPr>
          <w:b/>
          <w:bCs/>
        </w:rPr>
        <w:t xml:space="preserve"> </w:t>
      </w:r>
      <w:r>
        <w:rPr>
          <w:b/>
          <w:bCs/>
          <w:u w:val="single"/>
        </w:rPr>
        <w:t xml:space="preserve">alliance</w:t>
      </w:r>
      <w:r>
        <w:rPr>
          <w:b/>
          <w:bCs/>
        </w:rPr>
        <w:t xml:space="preserve"> </w:t>
      </w:r>
      <w:r>
        <w:rPr>
          <w:b/>
          <w:bCs/>
        </w:rPr>
        <w:t xml:space="preserve">for progress -- to assist free men and free governments in casting off the chains of poverty.</w:t>
      </w:r>
      <w:r>
        <w:br/>
      </w:r>
      <w:r>
        <w:t xml:space="preserve">    (a) set of competing interests amongst neighbors</w:t>
      </w:r>
      <w:r>
        <w:br/>
      </w:r>
      <w:r>
        <w:t xml:space="preserve">    (b) sense of isolation due to competing interests</w:t>
      </w:r>
      <w:r>
        <w:br/>
      </w:r>
      <w:r>
        <w:t xml:space="preserve">    (c) association formed to support common interests</w:t>
      </w:r>
    </w:p>
    <w:p>
      <w:pPr>
        <w:pStyle w:val="Compact"/>
        <w:numPr>
          <w:ilvl w:val="0"/>
          <w:numId w:val="1001"/>
        </w:numPr>
      </w:pPr>
      <w:r>
        <w:rPr>
          <w:b/>
          <w:bCs/>
        </w:rPr>
        <w:t xml:space="preserve">Let all our neighbors know that we shall join with them to oppose aggression or</w:t>
      </w:r>
      <w:r>
        <w:rPr>
          <w:b/>
          <w:bCs/>
        </w:rPr>
        <w:t xml:space="preserve"> </w:t>
      </w:r>
      <w:r>
        <w:rPr>
          <w:b/>
          <w:bCs/>
          <w:u w:val="single"/>
        </w:rPr>
        <w:t xml:space="preserve">subversion</w:t>
      </w:r>
      <w:r>
        <w:rPr>
          <w:b/>
          <w:bCs/>
        </w:rPr>
        <w:t xml:space="preserve"> </w:t>
      </w:r>
      <w:r>
        <w:rPr>
          <w:b/>
          <w:bCs/>
        </w:rPr>
        <w:t xml:space="preserve">anywhere in the Americas.</w:t>
      </w:r>
      <w:r>
        <w:br/>
      </w:r>
      <w:r>
        <w:t xml:space="preserve">    (a) physics:  a single particle of light or other electromagnetic radiation measured a single quantum</w:t>
      </w:r>
      <w:r>
        <w:br/>
      </w:r>
      <w:r>
        <w:t xml:space="preserve">    (b) gradual destruction (of something previously established) -- such as a government, rule, or belief</w:t>
      </w:r>
      <w:r>
        <w:br/>
      </w:r>
      <w:r>
        <w:t xml:space="preserve">    (c) a system of government with a ruler who has absolute power -- especially one who abuses that power</w:t>
      </w:r>
    </w:p>
    <w:p>
      <w:pPr>
        <w:pStyle w:val="Compact"/>
        <w:numPr>
          <w:ilvl w:val="0"/>
          <w:numId w:val="1001"/>
        </w:numPr>
      </w:pPr>
      <w:r>
        <w:rPr>
          <w:b/>
          <w:bCs/>
        </w:rPr>
        <w:t xml:space="preserve">Finally, to those nations who would make themselves our</w:t>
      </w:r>
      <w:r>
        <w:rPr>
          <w:b/>
          <w:bCs/>
        </w:rPr>
        <w:t xml:space="preserve"> </w:t>
      </w:r>
      <w:r>
        <w:rPr>
          <w:b/>
          <w:bCs/>
          <w:u w:val="single"/>
        </w:rPr>
        <w:t xml:space="preserve">adversary</w:t>
      </w:r>
      <w:r>
        <w:rPr>
          <w:b/>
          <w:bCs/>
        </w:rPr>
        <w:t xml:space="preserve">, we offer not a pledge but a request -- that both sides begin anew the quest for peace, before the dark powers of destruction unleashed by science engulf all humanity in planned or accidental self-destruction.</w:t>
      </w:r>
      <w:r>
        <w:br/>
      </w:r>
      <w:r>
        <w:t xml:space="preserve">    (a) reporter</w:t>
      </w:r>
      <w:r>
        <w:br/>
      </w:r>
      <w:r>
        <w:t xml:space="preserve">    (b) opponent</w:t>
      </w:r>
      <w:r>
        <w:br/>
      </w:r>
      <w:r>
        <w:t xml:space="preserve">    (c) disorder</w:t>
      </w:r>
    </w:p>
    <w:p>
      <w:pPr>
        <w:pStyle w:val="Compact"/>
        <w:numPr>
          <w:ilvl w:val="0"/>
          <w:numId w:val="1001"/>
        </w:numPr>
      </w:pPr>
      <w:r>
        <w:rPr>
          <w:b/>
          <w:bCs/>
        </w:rPr>
        <w:t xml:space="preserve">For only when our arms are</w:t>
      </w:r>
      <w:r>
        <w:rPr>
          <w:b/>
          <w:bCs/>
        </w:rPr>
        <w:t xml:space="preserve"> </w:t>
      </w:r>
      <w:r>
        <w:rPr>
          <w:b/>
          <w:bCs/>
          <w:u w:val="single"/>
        </w:rPr>
        <w:t xml:space="preserve">sufficient</w:t>
      </w:r>
      <w:r>
        <w:rPr>
          <w:b/>
          <w:bCs/>
        </w:rPr>
        <w:t xml:space="preserve"> </w:t>
      </w:r>
      <w:r>
        <w:rPr>
          <w:b/>
          <w:bCs/>
        </w:rPr>
        <w:t xml:space="preserve">beyond doubt can we be certain beyond doubt that they will never be employed.</w:t>
      </w:r>
      <w:r>
        <w:br/>
      </w:r>
      <w:r>
        <w:t xml:space="preserve">    (a) adequate (enough -- often without being more than is needed)</w:t>
      </w:r>
      <w:r>
        <w:br/>
      </w:r>
      <w:r>
        <w:t xml:space="preserve">    (b) in a manner of taking on or adopting power or responsibility</w:t>
      </w:r>
      <w:r>
        <w:br/>
      </w:r>
      <w:r>
        <w:t xml:space="preserve">    (c) producing a stream of atomic particles through nuclear decay</w:t>
      </w:r>
    </w:p>
    <w:p>
      <w:pPr>
        <w:pStyle w:val="Compact"/>
        <w:numPr>
          <w:ilvl w:val="0"/>
          <w:numId w:val="1001"/>
        </w:numPr>
      </w:pPr>
      <w:r>
        <w:rPr>
          <w:b/>
          <w:bCs/>
        </w:rPr>
        <w:t xml:space="preserve">Let both sides seek to</w:t>
      </w:r>
      <w:r>
        <w:rPr>
          <w:b/>
          <w:bCs/>
        </w:rPr>
        <w:t xml:space="preserve"> </w:t>
      </w:r>
      <w:r>
        <w:rPr>
          <w:b/>
          <w:bCs/>
          <w:u w:val="single"/>
        </w:rPr>
        <w:t xml:space="preserve">invoke</w:t>
      </w:r>
      <w:r>
        <w:rPr>
          <w:b/>
          <w:bCs/>
        </w:rPr>
        <w:t xml:space="preserve"> </w:t>
      </w:r>
      <w:r>
        <w:rPr>
          <w:b/>
          <w:bCs/>
        </w:rPr>
        <w:t xml:space="preserve">the wonders of science instead of its terrors.</w:t>
      </w:r>
      <w:r>
        <w:br/>
      </w:r>
      <w:r>
        <w:t xml:space="preserve">    (a) suppress</w:t>
      </w:r>
      <w:r>
        <w:br/>
      </w:r>
      <w:r>
        <w:t xml:space="preserve">    (b) condemn</w:t>
      </w:r>
      <w:r>
        <w:br/>
      </w:r>
      <w:r>
        <w:t xml:space="preserve">    (c) bring forth</w:t>
      </w:r>
    </w:p>
    <w:p>
      <w:pPr>
        <w:pStyle w:val="Compact"/>
        <w:numPr>
          <w:ilvl w:val="0"/>
          <w:numId w:val="1001"/>
        </w:numPr>
      </w:pPr>
      <w:r>
        <w:rPr>
          <w:b/>
          <w:bCs/>
        </w:rPr>
        <w:t xml:space="preserve">Together let us explore the stars, conquer the deserts,</w:t>
      </w:r>
      <w:r>
        <w:rPr>
          <w:b/>
          <w:bCs/>
        </w:rPr>
        <w:t xml:space="preserve"> </w:t>
      </w:r>
      <w:r>
        <w:rPr>
          <w:b/>
          <w:bCs/>
          <w:u w:val="single"/>
        </w:rPr>
        <w:t xml:space="preserve">eradicate</w:t>
      </w:r>
      <w:r>
        <w:rPr>
          <w:b/>
          <w:bCs/>
        </w:rPr>
        <w:t xml:space="preserve"> </w:t>
      </w:r>
      <w:r>
        <w:rPr>
          <w:b/>
          <w:bCs/>
        </w:rPr>
        <w:t xml:space="preserve">disease, tap the ocean depths, and encourage the arts and commerce.</w:t>
      </w:r>
      <w:r>
        <w:br/>
      </w:r>
      <w:r>
        <w:t xml:space="preserve">    (a) fulfill one's highest potential</w:t>
      </w:r>
      <w:r>
        <w:br/>
      </w:r>
      <w:r>
        <w:t xml:space="preserve">    (b) eliminate or destroy completely</w:t>
      </w:r>
      <w:r>
        <w:br/>
      </w:r>
      <w:r>
        <w:t xml:space="preserve">    (c) stop (something from happening)</w:t>
      </w:r>
    </w:p>
    <w:p>
      <w:pPr>
        <w:pStyle w:val="Compact"/>
        <w:numPr>
          <w:ilvl w:val="0"/>
          <w:numId w:val="1001"/>
        </w:numPr>
      </w:pPr>
      <w:r>
        <w:rPr>
          <w:b/>
          <w:bCs/>
        </w:rPr>
        <w:t xml:space="preserve">Let both sides unite to</w:t>
      </w:r>
      <w:r>
        <w:rPr>
          <w:b/>
          <w:bCs/>
        </w:rPr>
        <w:t xml:space="preserve"> </w:t>
      </w:r>
      <w:r>
        <w:rPr>
          <w:b/>
          <w:bCs/>
          <w:u w:val="single"/>
        </w:rPr>
        <w:t xml:space="preserve">heed</w:t>
      </w:r>
      <w:r>
        <w:rPr>
          <w:b/>
          <w:bCs/>
        </w:rPr>
        <w:t xml:space="preserve"> </w:t>
      </w:r>
      <w:r>
        <w:rPr>
          <w:b/>
          <w:bCs/>
        </w:rPr>
        <w:t xml:space="preserve">in all corners of the earth the command of Isaiah — to "undo the heavy burdens...and let the oppressed go free."</w:t>
      </w:r>
      <w:r>
        <w:br/>
      </w:r>
      <w:r>
        <w:t xml:space="preserve">    (a) adjusted excessively or made up for excessively</w:t>
      </w:r>
      <w:r>
        <w:br/>
      </w:r>
      <w:r>
        <w:t xml:space="preserve">    (b) pay close attention to; or do what is suggested</w:t>
      </w:r>
      <w:r>
        <w:br/>
      </w:r>
      <w:r>
        <w:t xml:space="preserve">    (c) a non-doctor who assisted a women in childbirth</w:t>
      </w:r>
    </w:p>
    <w:p>
      <w:pPr>
        <w:pStyle w:val="Compact"/>
        <w:numPr>
          <w:ilvl w:val="0"/>
          <w:numId w:val="1001"/>
        </w:numPr>
      </w:pPr>
      <w:r>
        <w:rPr>
          <w:b/>
          <w:bCs/>
        </w:rPr>
        <w:t xml:space="preserve">Since this country was founded, each generation of Americans has been</w:t>
      </w:r>
      <w:r>
        <w:rPr>
          <w:b/>
          <w:bCs/>
        </w:rPr>
        <w:t xml:space="preserve"> </w:t>
      </w:r>
      <w:r>
        <w:rPr>
          <w:b/>
          <w:bCs/>
          <w:u w:val="single"/>
        </w:rPr>
        <w:t xml:space="preserve">summoned</w:t>
      </w:r>
      <w:r>
        <w:rPr>
          <w:b/>
          <w:bCs/>
        </w:rPr>
        <w:t xml:space="preserve"> </w:t>
      </w:r>
      <w:r>
        <w:rPr>
          <w:b/>
          <w:bCs/>
        </w:rPr>
        <w:t xml:space="preserve">to give testimony to its national loyalty.</w:t>
      </w:r>
      <w:r>
        <w:br/>
      </w:r>
      <w:r>
        <w:t xml:space="preserve">    (a) took up or received into heaven</w:t>
      </w:r>
      <w:r>
        <w:br/>
      </w:r>
      <w:r>
        <w:t xml:space="preserve">    (b) learned, discovered, or decided</w:t>
      </w:r>
      <w:r>
        <w:br/>
      </w:r>
      <w:r>
        <w:t xml:space="preserve">    (c) called forth; or called to come</w:t>
      </w:r>
    </w:p>
    <w:p>
      <w:pPr>
        <w:pStyle w:val="Compact"/>
        <w:numPr>
          <w:ilvl w:val="0"/>
          <w:numId w:val="1001"/>
        </w:numPr>
      </w:pPr>
      <w:r>
        <w:rPr>
          <w:b/>
          <w:bCs/>
        </w:rPr>
        <w:t xml:space="preserve">Since this country was founded, each generation of Americans has been summoned to give</w:t>
      </w:r>
      <w:r>
        <w:rPr>
          <w:b/>
          <w:bCs/>
        </w:rPr>
        <w:t xml:space="preserve"> </w:t>
      </w:r>
      <w:r>
        <w:rPr>
          <w:b/>
          <w:bCs/>
          <w:u w:val="single"/>
        </w:rPr>
        <w:t xml:space="preserve">testimony</w:t>
      </w:r>
      <w:r>
        <w:rPr>
          <w:b/>
          <w:bCs/>
        </w:rPr>
        <w:t xml:space="preserve"> </w:t>
      </w:r>
      <w:r>
        <w:rPr>
          <w:b/>
          <w:bCs/>
        </w:rPr>
        <w:t xml:space="preserve">to its national loyalty.</w:t>
      </w:r>
      <w:r>
        <w:br/>
      </w:r>
      <w:r>
        <w:t xml:space="preserve">    (a) something that serves as evidence -- especially a statement at a trial or hearing</w:t>
      </w:r>
      <w:r>
        <w:br/>
      </w:r>
      <w:r>
        <w:t xml:space="preserve">    (b) an organ attached to the wall of the uterus to nourish the fetus during pregnancy</w:t>
      </w:r>
      <w:r>
        <w:br/>
      </w:r>
      <w:r>
        <w:t xml:space="preserve">    (c) an atom that has acquired an electrical charge by the loss or gain of an electron</w:t>
      </w:r>
    </w:p>
    <w:p>
      <w:pPr>
        <w:pStyle w:val="Compact"/>
        <w:numPr>
          <w:ilvl w:val="0"/>
          <w:numId w:val="1001"/>
        </w:numPr>
      </w:pPr>
      <w:r>
        <w:rPr>
          <w:b/>
          <w:bCs/>
        </w:rPr>
        <w:t xml:space="preserve">The energy, the faith, the devotion which we bring to this</w:t>
      </w:r>
      <w:r>
        <w:rPr>
          <w:b/>
          <w:bCs/>
        </w:rPr>
        <w:t xml:space="preserve"> </w:t>
      </w:r>
      <w:r>
        <w:rPr>
          <w:b/>
          <w:bCs/>
          <w:u w:val="single"/>
        </w:rPr>
        <w:t xml:space="preserve">endeavor</w:t>
      </w:r>
      <w:r>
        <w:rPr>
          <w:b/>
          <w:bCs/>
        </w:rPr>
        <w:t xml:space="preserve"> </w:t>
      </w:r>
      <w:r>
        <w:rPr>
          <w:b/>
          <w:bCs/>
        </w:rPr>
        <w:t xml:space="preserve">will light our country and all who serve it — and the glow from that fire can truly light the world.</w:t>
      </w:r>
      <w:r>
        <w:br/>
      </w:r>
      <w:r>
        <w:t xml:space="preserve">    (a) to write or exchange written letters or emails</w:t>
      </w:r>
      <w:r>
        <w:br/>
      </w:r>
      <w:r>
        <w:t xml:space="preserve">    (b) to attempt; or a project or activity attempted</w:t>
      </w:r>
      <w:r>
        <w:br/>
      </w:r>
      <w:r>
        <w:t xml:space="preserve">    (c) a slight amount; or to contain a slight amount</w:t>
      </w:r>
    </w:p>
    <w:p>
      <w:pPr>
        <w:pStyle w:val="Compact"/>
        <w:numPr>
          <w:ilvl w:val="0"/>
          <w:numId w:val="1001"/>
        </w:numPr>
      </w:pPr>
      <w:r>
        <w:rPr>
          <w:b/>
          <w:bCs/>
        </w:rPr>
        <w:t xml:space="preserve">With a good</w:t>
      </w:r>
      <w:r>
        <w:rPr>
          <w:b/>
          <w:bCs/>
        </w:rPr>
        <w:t xml:space="preserve"> </w:t>
      </w:r>
      <w:r>
        <w:rPr>
          <w:b/>
          <w:bCs/>
          <w:u w:val="single"/>
        </w:rPr>
        <w:t xml:space="preserve">conscience</w:t>
      </w:r>
      <w:r>
        <w:rPr>
          <w:b/>
          <w:bCs/>
        </w:rPr>
        <w:t xml:space="preserve"> </w:t>
      </w:r>
      <w:r>
        <w:rPr>
          <w:b/>
          <w:bCs/>
        </w:rPr>
        <w:t xml:space="preserve">our only sure reward, with history the final judge of our deeds, let us go forth to lead the land we love, asking His blessing and His help, but knowing that here on earth God's work must truly be our own.</w:t>
      </w:r>
      <w:r>
        <w:br/>
      </w:r>
      <w:r>
        <w:t xml:space="preserve">    (a) feeling or appraisal of having personally behaved in a morally right or wrong manner</w:t>
      </w:r>
      <w:r>
        <w:br/>
      </w:r>
      <w:r>
        <w:t xml:space="preserve">    (b) a complex carbohydrate that is the chief constituent of all plant tissues and fibers</w:t>
      </w:r>
      <w:r>
        <w:br/>
      </w:r>
      <w:r>
        <w:t xml:space="preserve">    (c) not planning to kill a person, but then intentionally killing in the heat of passion</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2026-07-31T18:47:55Z</dcterms:created>
  <dcterms:modified xsi:type="dcterms:W3CDTF">2026-07-31T18:47:55Z</dcterms:modified>
</cp:coreProperties>
</file>

<file path=docProps/custom.xml><?xml version="1.0" encoding="utf-8"?>
<Properties xmlns="http://schemas.openxmlformats.org/officeDocument/2006/custom-properties" xmlns:vt="http://schemas.openxmlformats.org/officeDocument/2006/docPropsVTypes"/>
</file>