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175e2ff42b62f3e04b8fbce588018543cd35df"/>
    <w:p>
      <w:pPr>
        <w:pStyle w:val="Heading1"/>
      </w:pPr>
      <w:r>
        <w:rPr>
          <w:b/>
          <w:bCs/>
        </w:rPr>
        <w:t xml:space="preserve">As You Like It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 </w:t>
      </w:r>
      <w:r>
        <w:rPr>
          <w:b/>
          <w:bCs/>
        </w:rPr>
        <w:t xml:space="preserve">to our friends at the train station.</w:t>
      </w:r>
      <w:r>
        <w:br/>
      </w:r>
      <w:r>
        <w:t xml:space="preserve">    (a) goodbye</w:t>
      </w:r>
      <w:r>
        <w:br/>
      </w:r>
      <w:r>
        <w:t xml:space="preserve">    (b) hello</w:t>
      </w:r>
      <w:r>
        <w:br/>
      </w:r>
      <w:r>
        <w:t xml:space="preserve">    (c) greetings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</w:t>
      </w:r>
      <w:r>
        <w:rPr>
          <w:b/>
          <w:bCs/>
        </w:rPr>
        <w:t xml:space="preserve"> </w:t>
      </w:r>
      <w:r>
        <w:rPr>
          <w:b/>
          <w:bCs/>
        </w:rPr>
        <w:t xml:space="preserve">the thought from my mind.</w:t>
      </w:r>
      <w:r>
        <w:br/>
      </w:r>
      <w:r>
        <w:t xml:space="preserve">    (a) collect</w:t>
      </w:r>
      <w:r>
        <w:br/>
      </w:r>
      <w:r>
        <w:t xml:space="preserve">    (b) understand</w:t>
      </w:r>
      <w:r>
        <w:br/>
      </w:r>
      <w:r>
        <w:t xml:space="preserve">    (c) send away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aunt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me her pearl necklace.</w:t>
      </w:r>
      <w:r>
        <w:br/>
      </w:r>
      <w:r>
        <w:t xml:space="preserve">    (a) took</w:t>
      </w:r>
      <w:r>
        <w:br/>
      </w:r>
      <w:r>
        <w:t xml:space="preserve">    (b) gave</w:t>
      </w:r>
      <w:r>
        <w:br/>
      </w:r>
      <w:r>
        <w:t xml:space="preserve">    (c) loaned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spite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of her colleagues, she believed she had done the right thing.</w:t>
      </w:r>
      <w:r>
        <w:br/>
      </w:r>
      <w:r>
        <w:t xml:space="preserve">    (a) criticism</w:t>
      </w:r>
      <w:r>
        <w:br/>
      </w:r>
      <w:r>
        <w:t xml:space="preserve">    (b) disinterest</w:t>
      </w:r>
      <w:r>
        <w:br/>
      </w:r>
      <w:r>
        <w:t xml:space="preserve">    (c)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gently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chides</w:t>
      </w:r>
      <w:r>
        <w:rPr>
          <w:b/>
          <w:bCs/>
        </w:rPr>
        <w:t xml:space="preserve"> </w:t>
      </w:r>
      <w:r>
        <w:rPr>
          <w:b/>
          <w:bCs/>
        </w:rPr>
        <w:t xml:space="preserve">her friends who run up credit card debt unnecessarily.</w:t>
      </w:r>
      <w:r>
        <w:br/>
      </w:r>
      <w:r>
        <w:t xml:space="preserve">    (a) criticizes</w:t>
      </w:r>
      <w:r>
        <w:br/>
      </w:r>
      <w:r>
        <w:t xml:space="preserve">    (b) avoids</w:t>
      </w:r>
      <w:r>
        <w:br/>
      </w:r>
      <w:r>
        <w:t xml:space="preserve">    (c) celebrates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grew stern.</w:t>
      </w:r>
      <w:r>
        <w:br/>
      </w:r>
      <w:r>
        <w:t xml:space="preserve">    (a) facial expression</w:t>
      </w:r>
      <w:r>
        <w:br/>
      </w:r>
      <w:r>
        <w:t xml:space="preserve">    (b) voice</w:t>
      </w:r>
      <w:r>
        <w:br/>
      </w:r>
      <w:r>
        <w:t xml:space="preserve">    (c) a method of counting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may be our last chance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a compromise that will save the peace.</w:t>
      </w:r>
      <w:r>
        <w:br/>
      </w:r>
      <w:r>
        <w:t xml:space="preserve">    (a) save</w:t>
      </w:r>
      <w:r>
        <w:br/>
      </w:r>
      <w:r>
        <w:t xml:space="preserve">    (b) create</w:t>
      </w:r>
      <w:r>
        <w:br/>
      </w:r>
      <w:r>
        <w:t xml:space="preserve">    (c) consider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 </w:t>
      </w:r>
      <w:r>
        <w:rPr>
          <w:b/>
          <w:bCs/>
        </w:rPr>
        <w:t xml:space="preserve">for the notion that common people can regulate their own lives better than she can.</w:t>
      </w:r>
      <w:r>
        <w:br/>
      </w:r>
      <w:r>
        <w:t xml:space="preserve">    (a) humility</w:t>
      </w:r>
      <w:r>
        <w:br/>
      </w:r>
      <w:r>
        <w:t xml:space="preserve">    (b) intense anger</w:t>
      </w:r>
      <w:r>
        <w:br/>
      </w:r>
      <w:r>
        <w:t xml:space="preserve">    (c) lack of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We'll see if her cheerful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continues when she's tired and under stress.</w:t>
      </w:r>
      <w:r>
        <w:br/>
      </w:r>
      <w:r>
        <w:t xml:space="preserve">    (a) personality</w:t>
      </w:r>
      <w:r>
        <w:br/>
      </w:r>
      <w:r>
        <w:t xml:space="preserve">    (b) team</w:t>
      </w:r>
      <w:r>
        <w:br/>
      </w:r>
      <w:r>
        <w:t xml:space="preserve">    (c) generosity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students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entreated</w:t>
      </w:r>
      <w:r>
        <w:rPr>
          <w:b/>
          <w:bCs/>
        </w:rPr>
        <w:t xml:space="preserve"> </w:t>
      </w:r>
      <w:r>
        <w:rPr>
          <w:b/>
          <w:bCs/>
        </w:rPr>
        <w:t xml:space="preserve">the Chinese troops not to use force against peaceful demonstrations.</w:t>
      </w:r>
      <w:r>
        <w:br/>
      </w:r>
      <w:r>
        <w:t xml:space="preserve">    (a) threatened</w:t>
      </w:r>
      <w:r>
        <w:br/>
      </w:r>
      <w:r>
        <w:t xml:space="preserve">    (b) bribed (with gifts)</w:t>
      </w:r>
      <w:r>
        <w:br/>
      </w:r>
      <w:r>
        <w:t xml:space="preserve">    (c) asked earnestly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novel ends with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epilogue</w:t>
      </w:r>
      <w:r>
        <w:rPr>
          <w:b/>
          <w:bCs/>
        </w:rPr>
        <w:t xml:space="preserve"> </w:t>
      </w:r>
      <w:r>
        <w:rPr>
          <w:b/>
          <w:bCs/>
        </w:rPr>
        <w:t xml:space="preserve">that tells what happened years later.</w:t>
      </w:r>
      <w:r>
        <w:br/>
      </w:r>
      <w:r>
        <w:t xml:space="preserve">    (a) opening scene</w:t>
      </w:r>
      <w:r>
        <w:br/>
      </w:r>
      <w:r>
        <w:t xml:space="preserve">    (b) main conflict</w:t>
      </w:r>
      <w:r>
        <w:br/>
      </w:r>
      <w:r>
        <w:t xml:space="preserve">    (c) final section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feigned</w:t>
      </w:r>
      <w:r>
        <w:rPr>
          <w:b/>
          <w:bCs/>
        </w:rPr>
        <w:t xml:space="preserve"> </w:t>
      </w:r>
      <w:r>
        <w:rPr>
          <w:b/>
          <w:bCs/>
        </w:rPr>
        <w:t xml:space="preserve">surprise when his coworkers shouted 'Happy Birthday!'</w:t>
      </w:r>
      <w:r>
        <w:br/>
      </w:r>
      <w:r>
        <w:t xml:space="preserve">    (a) faked</w:t>
      </w:r>
      <w:r>
        <w:br/>
      </w:r>
      <w:r>
        <w:t xml:space="preserve">    (b) expected</w:t>
      </w:r>
      <w:r>
        <w:br/>
      </w:r>
      <w:r>
        <w:t xml:space="preserve">    (c) shared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family concerns</w:t>
      </w:r>
      <w:r>
        <w:br/>
      </w:r>
      <w:r>
        <w:t xml:space="preserve">    (b) financial loan</w:t>
      </w:r>
      <w:r>
        <w:br/>
      </w:r>
      <w:r>
        <w:t xml:space="preserve">    (c) patience or tolerance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forswear</w:t>
      </w:r>
      <w:r>
        <w:rPr>
          <w:b/>
          <w:bCs/>
        </w:rPr>
        <w:t xml:space="preserve"> </w:t>
      </w:r>
      <w:r>
        <w:rPr>
          <w:b/>
          <w:bCs/>
        </w:rPr>
        <w:t xml:space="preserve">contributions from special interest groups.</w:t>
      </w:r>
      <w:r>
        <w:br/>
      </w:r>
      <w:r>
        <w:t xml:space="preserve">    (a) stop (taking)</w:t>
      </w:r>
      <w:r>
        <w:br/>
      </w:r>
      <w:r>
        <w:t xml:space="preserve">    (b) make public</w:t>
      </w:r>
      <w:r>
        <w:br/>
      </w:r>
      <w:r>
        <w:t xml:space="preserve">    (c) take advantage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weather makes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 I can't wait for spring,</w:t>
      </w:r>
      <w:r>
        <w:br/>
      </w:r>
      <w:r>
        <w:t xml:space="preserve">    (a) happy</w:t>
      </w:r>
      <w:r>
        <w:br/>
      </w:r>
      <w:r>
        <w:t xml:space="preserve">    (b) sad</w:t>
      </w:r>
      <w:r>
        <w:br/>
      </w:r>
      <w:r>
        <w:t xml:space="preserve">    (c) feel like singing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want to spoil her, but I don't have the heart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compliment</w:t>
      </w:r>
      <w:r>
        <w:br/>
      </w:r>
      <w:r>
        <w:t xml:space="preserve">    (b) criticize</w:t>
      </w:r>
      <w:r>
        <w:br/>
      </w:r>
      <w:r>
        <w:t xml:space="preserve">    (c) instruct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Work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region.</w:t>
      </w:r>
      <w:r>
        <w:br/>
      </w:r>
      <w:r>
        <w:t xml:space="preserve">    (a) easily found</w:t>
      </w:r>
      <w:r>
        <w:br/>
      </w:r>
      <w:r>
        <w:t xml:space="preserve">    (b) extremely hard</w:t>
      </w:r>
      <w:r>
        <w:br/>
      </w:r>
      <w:r>
        <w:t xml:space="preserve">    (c) in short supply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disrespects</w:t>
      </w:r>
      <w:r>
        <w:br/>
      </w:r>
      <w:r>
        <w:t xml:space="preserve">    (b) encourages</w:t>
      </w:r>
      <w:r>
        <w:br/>
      </w:r>
      <w:r>
        <w:t xml:space="preserve">    (c) trains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lawsuit claims that the President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usurping</w:t>
      </w:r>
      <w:r>
        <w:rPr>
          <w:b/>
          <w:bCs/>
        </w:rPr>
        <w:t xml:space="preserve"> </w:t>
      </w:r>
      <w:r>
        <w:rPr>
          <w:b/>
          <w:bCs/>
        </w:rPr>
        <w:t xml:space="preserve">constitutional powers of Congress.</w:t>
      </w:r>
      <w:r>
        <w:br/>
      </w:r>
      <w:r>
        <w:t xml:space="preserve">    (a) publicly defending</w:t>
      </w:r>
      <w:r>
        <w:br/>
      </w:r>
      <w:r>
        <w:t xml:space="preserve">    (b) legally exercising</w:t>
      </w:r>
      <w:r>
        <w:br/>
      </w:r>
      <w:r>
        <w:t xml:space="preserve">    (c) wrongfully seizing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slowed down</w:t>
      </w:r>
      <w:r>
        <w:br/>
      </w:r>
      <w:r>
        <w:t xml:space="preserve">    (b) destroyed</w:t>
      </w:r>
      <w:r>
        <w:br/>
      </w:r>
      <w:r>
        <w:t xml:space="preserve">    (c) produced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2026-07-31T14:29:10Z</dcterms:created>
  <dcterms:modified xsi:type="dcterms:W3CDTF">2026-07-31T14:29:10Z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