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a90bd519717976e54a8f97c43246f7ac30afea"/>
    <w:p>
      <w:pPr>
        <w:pStyle w:val="Heading1"/>
      </w:pPr>
      <w:r>
        <w:rPr>
          <w:b/>
          <w:bCs/>
        </w:rPr>
        <w:t xml:space="preserve">As You Like It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song that tells a story</w:t>
      </w:r>
      <w:r>
        <w:br/>
      </w:r>
      <w:r>
        <w:t xml:space="preserve">    (b) dramatic performance on stage</w:t>
      </w:r>
      <w:r>
        <w:br/>
      </w:r>
      <w:r>
        <w:t xml:space="preserve">    (c) traditional short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burned in effigy</w:t>
      </w:r>
      <w:r>
        <w:rPr>
          <w:b/>
          <w:bCs/>
        </w:rPr>
        <w:t xml:space="preserve"> </w:t>
      </w:r>
      <w:r>
        <w:rPr>
          <w:b/>
          <w:bCs/>
        </w:rPr>
        <w:t xml:space="preserve">by the mob.</w:t>
      </w:r>
      <w:r>
        <w:br/>
      </w:r>
      <w:r>
        <w:t xml:space="preserve">    (a) burned with tar and feathered</w:t>
      </w:r>
      <w:r>
        <w:br/>
      </w:r>
      <w:r>
        <w:t xml:space="preserve">    (b) a likeness that represented him was burned</w:t>
      </w:r>
      <w:r>
        <w:br/>
      </w:r>
      <w:r>
        <w:t xml:space="preserve">    (c) burned in a bath of hot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Concave</w:t>
      </w:r>
      <w:r>
        <w:rPr>
          <w:b/>
          <w:bCs/>
        </w:rPr>
        <w:t xml:space="preserve"> </w:t>
      </w:r>
      <w:r>
        <w:rPr>
          <w:b/>
          <w:bCs/>
        </w:rPr>
        <w:t xml:space="preserve">mirrors make things look larger and closer than they are.</w:t>
      </w:r>
      <w:r>
        <w:br/>
      </w:r>
      <w:r>
        <w:t xml:space="preserve">    (a) curving inward</w:t>
      </w:r>
      <w:r>
        <w:br/>
      </w:r>
      <w:r>
        <w:t xml:space="preserve">    (b) include consideration of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conflict</w:t>
      </w:r>
      <w:r>
        <w:br/>
      </w:r>
      <w:r>
        <w:t xml:space="preserve">    (b) uncritical agreement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re-think beliefs</w:t>
      </w:r>
      <w:r>
        <w:br/>
      </w:r>
      <w:r>
        <w:t xml:space="preserve">    (b) change reality</w:t>
      </w:r>
      <w:r>
        <w:br/>
      </w:r>
      <w:r>
        <w:t xml:space="preserve">    (c) disguise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refused to accept</w:t>
      </w:r>
      <w:r>
        <w:br/>
      </w:r>
      <w:r>
        <w:t xml:space="preserve">    (b) tried to hide</w:t>
      </w:r>
      <w:r>
        <w:br/>
      </w:r>
      <w:r>
        <w:t xml:space="preserve">    (c) caused to develop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ignoring</w:t>
      </w:r>
      <w:r>
        <w:br/>
      </w:r>
      <w:r>
        <w:t xml:space="preserve">    (b) complaining about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help them.</w:t>
      </w:r>
      <w:r>
        <w:br/>
      </w:r>
      <w:r>
        <w:t xml:space="preserve">    (a) to cause something to move forward</w:t>
      </w:r>
      <w:r>
        <w:br/>
      </w:r>
      <w:r>
        <w:t xml:space="preserve">    (b) beg or urge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misconstrued</w:t>
      </w:r>
      <w:r>
        <w:rPr>
          <w:b/>
          <w:bCs/>
        </w:rPr>
        <w:t xml:space="preserve"> </w:t>
      </w:r>
      <w:r>
        <w:rPr>
          <w:b/>
          <w:bCs/>
        </w:rPr>
        <w:t xml:space="preserve">my remarks.</w:t>
      </w:r>
      <w:r>
        <w:br/>
      </w:r>
      <w:r>
        <w:t xml:space="preserve">    (a) appreciated</w:t>
      </w:r>
      <w:r>
        <w:br/>
      </w:r>
      <w:r>
        <w:t xml:space="preserve">    (b) emphasized</w:t>
      </w:r>
      <w:r>
        <w:br/>
      </w:r>
      <w:r>
        <w:t xml:space="preserve">    (c) misunderstood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devious</w:t>
      </w:r>
      <w:r>
        <w:br/>
      </w:r>
      <w:r>
        <w:t xml:space="preserve">    (b) extremely dislikable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demanding</w:t>
      </w:r>
      <w:r>
        <w:br/>
      </w:r>
      <w:r>
        <w:t xml:space="preserve">    (b) very tired</w:t>
      </w:r>
      <w:r>
        <w:br/>
      </w:r>
      <w:r>
        <w:t xml:space="preserve">    (c) easily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artists endured years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penury</w:t>
      </w:r>
      <w:r>
        <w:rPr>
          <w:b/>
          <w:bCs/>
        </w:rPr>
        <w:t xml:space="preserve"> </w:t>
      </w:r>
      <w:r>
        <w:rPr>
          <w:b/>
          <w:bCs/>
        </w:rPr>
        <w:t xml:space="preserve">before achieving fame.</w:t>
      </w:r>
      <w:r>
        <w:br/>
      </w:r>
      <w:r>
        <w:t xml:space="preserve">    (a) great wealth</w:t>
      </w:r>
      <w:r>
        <w:br/>
      </w:r>
      <w:r>
        <w:t xml:space="preserve">    (b) modest comfort</w:t>
      </w:r>
      <w:r>
        <w:br/>
      </w:r>
      <w:r>
        <w:t xml:space="preserve">    (c) severe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criminal was ordered to pay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to his victims as part of his sentence.</w:t>
      </w:r>
      <w:r>
        <w:br/>
      </w:r>
      <w:r>
        <w:t xml:space="preserve">    (a) compensation for loss</w:t>
      </w:r>
      <w:r>
        <w:br/>
      </w:r>
      <w:r>
        <w:t xml:space="preserve">    (b) a penalty fine</w:t>
      </w:r>
      <w:r>
        <w:br/>
      </w:r>
      <w:r>
        <w:t xml:space="preserve">    (c) an apology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ruminating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this all month.</w:t>
      </w:r>
      <w:r>
        <w:br/>
      </w:r>
      <w:r>
        <w:t xml:space="preserve">    (a) writing</w:t>
      </w:r>
      <w:r>
        <w:br/>
      </w:r>
      <w:r>
        <w:t xml:space="preserve">    (b) thinking</w:t>
      </w:r>
      <w:r>
        <w:br/>
      </w:r>
      <w:r>
        <w:t xml:space="preserve">    (c) reading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introduction</w:t>
      </w:r>
      <w:r>
        <w:br/>
      </w:r>
      <w:r>
        <w:t xml:space="preserve">    (b) greeting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simile</w:t>
      </w:r>
      <w:r>
        <w:rPr>
          <w:b/>
          <w:bCs/>
        </w:rPr>
        <w:t xml:space="preserve"> </w:t>
      </w:r>
      <w:r>
        <w:rPr>
          <w:b/>
          <w:bCs/>
        </w:rPr>
        <w:t xml:space="preserve">or metaphor will help your audience to remember a main point.</w:t>
      </w:r>
      <w:r>
        <w:br/>
      </w:r>
      <w:r>
        <w:t xml:space="preserve">    (a) comparison using 'like'/'as'</w:t>
      </w:r>
      <w:r>
        <w:br/>
      </w:r>
      <w:r>
        <w:t xml:space="preserve">    (b) rhyme at line endings</w:t>
      </w:r>
      <w:r>
        <w:br/>
      </w:r>
      <w:r>
        <w:t xml:space="preserve">    (c) exaggeration for emphasis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of the poem's four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stanzas</w:t>
      </w:r>
      <w:r>
        <w:rPr>
          <w:b/>
          <w:bCs/>
        </w:rPr>
        <w:t xml:space="preserve"> </w:t>
      </w:r>
      <w:r>
        <w:rPr>
          <w:b/>
          <w:bCs/>
        </w:rPr>
        <w:t xml:space="preserve">tells part of the story.</w:t>
      </w:r>
      <w:r>
        <w:br/>
      </w:r>
      <w:r>
        <w:t xml:space="preserve">    (a) verses</w:t>
      </w:r>
      <w:r>
        <w:br/>
      </w:r>
      <w:r>
        <w:t xml:space="preserve">    (b) rhymes</w:t>
      </w:r>
      <w:r>
        <w:br/>
      </w:r>
      <w:r>
        <w:t xml:space="preserve">    (c) titles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act.</w:t>
      </w:r>
      <w:r>
        <w:br/>
      </w:r>
      <w:r>
        <w:t xml:space="preserve">    (a) highly moral</w:t>
      </w:r>
      <w:r>
        <w:br/>
      </w:r>
      <w:r>
        <w:t xml:space="preserve">    (b) especially cruel</w:t>
      </w:r>
      <w:r>
        <w:br/>
      </w:r>
      <w:r>
        <w:t xml:space="preserve">    (c) betraying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rude or unpleasant</w:t>
      </w:r>
      <w:r>
        <w:br/>
      </w:r>
      <w:r>
        <w:t xml:space="preserve">    (c) drunken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unreturned</w:t>
      </w:r>
      <w:r>
        <w:br/>
      </w:r>
      <w:r>
        <w:t xml:space="preserve">    (c) loss (through death)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2026-07-31T14:29:10Z</dcterms:created>
  <dcterms:modified xsi:type="dcterms:W3CDTF">2026-07-31T14:29:10Z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