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8bfa2286336878044ddaeecee70ee876e23f779"/>
    <w:p>
      <w:pPr>
        <w:pStyle w:val="Heading1"/>
      </w:pPr>
      <w:r>
        <w:rPr>
          <w:b/>
          <w:bCs/>
        </w:rPr>
        <w:t xml:space="preserve">As I Lay Dying</w:t>
      </w:r>
      <w:r>
        <w:br/>
      </w:r>
      <w:r>
        <w:rPr>
          <w:i/>
          <w:iCs/>
        </w:rPr>
        <w:t xml:space="preserve">William Faulkner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begrudge</w:t>
      </w:r>
      <w:r>
        <w:rPr>
          <w:b/>
          <w:bCs/>
        </w:rPr>
        <w:t xml:space="preserve"> </w:t>
      </w:r>
      <w:r>
        <w:rPr>
          <w:b/>
          <w:bCs/>
        </w:rPr>
        <w:t xml:space="preserve">her success. She's earned it.</w:t>
      </w:r>
      <w:r>
        <w:br/>
      </w:r>
      <w:r>
        <w:t xml:space="preserve">    (a) experience surprise at</w:t>
      </w:r>
      <w:r>
        <w:br/>
      </w:r>
      <w:r>
        <w:t xml:space="preserve">    (b) resent</w:t>
      </w:r>
      <w:r>
        <w:br/>
      </w:r>
      <w:r>
        <w:t xml:space="preserve">    (c) hope for luck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movie portrayed the villain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caricature</w:t>
      </w:r>
      <w:r>
        <w:rPr>
          <w:b/>
          <w:bCs/>
        </w:rPr>
        <w:t xml:space="preserve">, lacking depth and complexity.</w:t>
      </w:r>
      <w:r>
        <w:br/>
      </w:r>
      <w:r>
        <w:t xml:space="preserve">    (a) exaggerated representation</w:t>
      </w:r>
      <w:r>
        <w:br/>
      </w:r>
      <w:r>
        <w:t xml:space="preserve">    (b) silly clown</w:t>
      </w:r>
      <w:r>
        <w:br/>
      </w:r>
      <w:r>
        <w:t xml:space="preserve">    (c) complex human being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estimates that your probability of lung cancer will drop to that of a non-smoker if you haven't already got it 10 to 15 years after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cessation</w:t>
      </w:r>
      <w:r>
        <w:rPr>
          <w:b/>
          <w:bCs/>
        </w:rPr>
        <w:t xml:space="preserve"> </w:t>
      </w:r>
      <w:r>
        <w:rPr>
          <w:b/>
          <w:bCs/>
        </w:rPr>
        <w:t xml:space="preserve">of smoking.</w:t>
      </w:r>
      <w:r>
        <w:br/>
      </w:r>
      <w:r>
        <w:t xml:space="preserve">    (a) the ending</w:t>
      </w:r>
      <w:r>
        <w:br/>
      </w:r>
      <w:r>
        <w:t xml:space="preserve">    (b) the beginning</w:t>
      </w:r>
      <w:r>
        <w:br/>
      </w:r>
      <w:r>
        <w:t xml:space="preserve">    (c) the reducing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fake article was written to attract attention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deceive</w:t>
      </w:r>
      <w:r>
        <w:rPr>
          <w:b/>
          <w:bCs/>
        </w:rPr>
        <w:t xml:space="preserve"> </w:t>
      </w:r>
      <w:r>
        <w:rPr>
          <w:b/>
          <w:bCs/>
        </w:rPr>
        <w:t xml:space="preserve">readers.</w:t>
      </w:r>
      <w:r>
        <w:br/>
      </w:r>
      <w:r>
        <w:t xml:space="preserve">    (a) entertain</w:t>
      </w:r>
      <w:r>
        <w:br/>
      </w:r>
      <w:r>
        <w:t xml:space="preserve">    (b) lie to or mislead</w:t>
      </w:r>
      <w:r>
        <w:br/>
      </w:r>
      <w:r>
        <w:t xml:space="preserve">    (c) attract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sincere apology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engendered</w:t>
      </w:r>
      <w:r>
        <w:rPr>
          <w:b/>
          <w:bCs/>
        </w:rPr>
        <w:t xml:space="preserve"> </w:t>
      </w:r>
      <w:r>
        <w:rPr>
          <w:b/>
          <w:bCs/>
        </w:rPr>
        <w:t xml:space="preserve">forgiveness from the people she had hurt.</w:t>
      </w:r>
      <w:r>
        <w:br/>
      </w:r>
      <w:r>
        <w:t xml:space="preserve">    (a) caused to develop</w:t>
      </w:r>
      <w:r>
        <w:br/>
      </w:r>
      <w:r>
        <w:t xml:space="preserve">    (b) refused to accept</w:t>
      </w:r>
      <w:r>
        <w:br/>
      </w:r>
      <w:r>
        <w:t xml:space="preserve">    (c) tried to hide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actor wore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gaudy</w:t>
      </w:r>
      <w:r>
        <w:rPr>
          <w:b/>
          <w:bCs/>
        </w:rPr>
        <w:t xml:space="preserve"> </w:t>
      </w:r>
      <w:r>
        <w:rPr>
          <w:b/>
          <w:bCs/>
        </w:rPr>
        <w:t xml:space="preserve">jacket covered with bright sequins and gold trim.</w:t>
      </w:r>
      <w:r>
        <w:br/>
      </w:r>
      <w:r>
        <w:t xml:space="preserve">    (a) tastelessly showy</w:t>
      </w:r>
      <w:r>
        <w:br/>
      </w:r>
      <w:r>
        <w:t xml:space="preserve">    (b) old and worn</w:t>
      </w:r>
      <w:r>
        <w:br/>
      </w:r>
      <w:r>
        <w:t xml:space="preserve">    (c) plain and modest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 Quixote looked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gaunt</w:t>
      </w:r>
      <w:r>
        <w:rPr>
          <w:b/>
          <w:bCs/>
        </w:rPr>
        <w:t xml:space="preserve"> </w:t>
      </w:r>
      <w:r>
        <w:rPr>
          <w:b/>
          <w:bCs/>
        </w:rPr>
        <w:t xml:space="preserve">and tired.</w:t>
      </w:r>
      <w:r>
        <w:br/>
      </w:r>
      <w:r>
        <w:t xml:space="preserve">    (a) very bored</w:t>
      </w:r>
      <w:r>
        <w:br/>
      </w:r>
      <w:r>
        <w:t xml:space="preserve">    (b) very worried</w:t>
      </w:r>
      <w:r>
        <w:br/>
      </w:r>
      <w:r>
        <w:t xml:space="preserve">    (c) very thin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considers our political system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inert</w:t>
      </w:r>
      <w:r>
        <w:rPr>
          <w:b/>
          <w:bCs/>
        </w:rPr>
        <w:t xml:space="preserve"> </w:t>
      </w:r>
      <w:r>
        <w:rPr>
          <w:b/>
          <w:bCs/>
        </w:rPr>
        <w:t xml:space="preserve">and calls for violent revolution as the path to change.</w:t>
      </w:r>
      <w:r>
        <w:br/>
      </w:r>
      <w:r>
        <w:t xml:space="preserve">    (a) corrupt</w:t>
      </w:r>
      <w:r>
        <w:br/>
      </w:r>
      <w:r>
        <w:t xml:space="preserve">    (b) unmoving</w:t>
      </w:r>
      <w:r>
        <w:br/>
      </w:r>
      <w:r>
        <w:t xml:space="preserve">    (c) energetic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you agree to the terms, you give them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irrevocable</w:t>
      </w:r>
      <w:r>
        <w:rPr>
          <w:b/>
          <w:bCs/>
        </w:rPr>
        <w:t xml:space="preserve"> </w:t>
      </w:r>
      <w:r>
        <w:rPr>
          <w:b/>
          <w:bCs/>
        </w:rPr>
        <w:t xml:space="preserve">permission to share your comments with others on their site.</w:t>
      </w:r>
      <w:r>
        <w:br/>
      </w:r>
      <w:r>
        <w:t xml:space="preserve">    (a) unable to be undone</w:t>
      </w:r>
      <w:r>
        <w:br/>
      </w:r>
      <w:r>
        <w:t xml:space="preserve">    (b) needing court approval</w:t>
      </w:r>
      <w:r>
        <w:br/>
      </w:r>
      <w:r>
        <w:t xml:space="preserve">    (c) easy to reverse later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story, she was neither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mortal</w:t>
      </w:r>
      <w:r>
        <w:rPr>
          <w:b/>
          <w:bCs/>
        </w:rPr>
        <w:t xml:space="preserve"> </w:t>
      </w:r>
      <w:r>
        <w:rPr>
          <w:b/>
          <w:bCs/>
        </w:rPr>
        <w:t xml:space="preserve">nor a god. She was a demi-god.</w:t>
      </w:r>
      <w:r>
        <w:br/>
      </w:r>
      <w:r>
        <w:t xml:space="preserve">    (a) human</w:t>
      </w:r>
      <w:r>
        <w:br/>
      </w:r>
      <w:r>
        <w:t xml:space="preserve">    (b) type of bird</w:t>
      </w:r>
      <w:r>
        <w:br/>
      </w:r>
      <w:r>
        <w:t xml:space="preserve">    (c) lucky survivor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site has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mortgage</w:t>
      </w:r>
      <w:r>
        <w:rPr>
          <w:b/>
          <w:bCs/>
        </w:rPr>
        <w:t xml:space="preserve"> </w:t>
      </w:r>
      <w:r>
        <w:rPr>
          <w:b/>
          <w:bCs/>
        </w:rPr>
        <w:t xml:space="preserve">payment calculator that calculates the loan payment based on the interest rate and length of the loan.</w:t>
      </w:r>
      <w:r>
        <w:br/>
      </w:r>
      <w:r>
        <w:t xml:space="preserve">    (a) unsecured loan</w:t>
      </w:r>
      <w:r>
        <w:br/>
      </w:r>
      <w:r>
        <w:t xml:space="preserve">    (b) real estate loan</w:t>
      </w:r>
      <w:r>
        <w:br/>
      </w:r>
      <w:r>
        <w:t xml:space="preserve">    (c) credit card loan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muse</w:t>
      </w:r>
      <w:r>
        <w:rPr>
          <w:b/>
          <w:bCs/>
        </w:rPr>
        <w:t xml:space="preserve"> </w:t>
      </w:r>
      <w:r>
        <w:rPr>
          <w:b/>
          <w:bCs/>
        </w:rPr>
        <w:t xml:space="preserve">on it on a while and I'll get back to you.</w:t>
      </w:r>
      <w:r>
        <w:br/>
      </w:r>
      <w:r>
        <w:t xml:space="preserve">    (a) ask</w:t>
      </w:r>
      <w:r>
        <w:br/>
      </w:r>
      <w:r>
        <w:t xml:space="preserve">    (b) think</w:t>
      </w:r>
      <w:r>
        <w:br/>
      </w:r>
      <w:r>
        <w:t xml:space="preserve">    (c) research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I'd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obliged</w:t>
      </w:r>
      <w:r>
        <w:rPr>
          <w:b/>
          <w:bCs/>
        </w:rPr>
        <w:t xml:space="preserve"> </w:t>
      </w:r>
      <w:r>
        <w:rPr>
          <w:b/>
          <w:bCs/>
        </w:rPr>
        <w:t xml:space="preserve">if you could help me lift this.</w:t>
      </w:r>
      <w:r>
        <w:br/>
      </w:r>
      <w:r>
        <w:t xml:space="preserve">    (a) surprised</w:t>
      </w:r>
      <w:r>
        <w:br/>
      </w:r>
      <w:r>
        <w:t xml:space="preserve">    (b) grateful</w:t>
      </w:r>
      <w:r>
        <w:br/>
      </w:r>
      <w:r>
        <w:t xml:space="preserve">    (c) paying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once self-conscious girl is now a woman with considerable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poise</w:t>
      </w:r>
      <w:r>
        <w:rPr>
          <w:b/>
          <w:bCs/>
        </w:rPr>
        <w:t xml:space="preserve">.</w:t>
      </w:r>
      <w:r>
        <w:br/>
      </w:r>
      <w:r>
        <w:t xml:space="preserve">    (a) education</w:t>
      </w:r>
      <w:r>
        <w:br/>
      </w:r>
      <w:r>
        <w:t xml:space="preserve">    (b) composure</w:t>
      </w:r>
      <w:r>
        <w:br/>
      </w:r>
      <w:r>
        <w:t xml:space="preserve">    (c) style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doctors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prescribe</w:t>
      </w:r>
      <w:r>
        <w:rPr>
          <w:b/>
          <w:bCs/>
        </w:rPr>
        <w:t xml:space="preserve"> </w:t>
      </w:r>
      <w:r>
        <w:rPr>
          <w:b/>
          <w:bCs/>
        </w:rPr>
        <w:t xml:space="preserve">simple lifestyle changes before medication.</w:t>
      </w:r>
      <w:r>
        <w:br/>
      </w:r>
      <w:r>
        <w:t xml:space="preserve">    (a) delay</w:t>
      </w:r>
      <w:r>
        <w:br/>
      </w:r>
      <w:r>
        <w:t xml:space="preserve">    (b) ignore</w:t>
      </w:r>
      <w:r>
        <w:br/>
      </w:r>
      <w:r>
        <w:t xml:space="preserve">    (c) recommend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all listened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rapt</w:t>
      </w:r>
      <w:r>
        <w:rPr>
          <w:b/>
          <w:bCs/>
        </w:rPr>
        <w:t xml:space="preserve"> </w:t>
      </w:r>
      <w:r>
        <w:rPr>
          <w:b/>
          <w:bCs/>
        </w:rPr>
        <w:t xml:space="preserve">attention as she described the accident.</w:t>
      </w:r>
      <w:r>
        <w:br/>
      </w:r>
      <w:r>
        <w:t xml:space="preserve">    (a) divided</w:t>
      </w:r>
      <w:r>
        <w:br/>
      </w:r>
      <w:r>
        <w:t xml:space="preserve">    (b) disciplined</w:t>
      </w:r>
      <w:r>
        <w:br/>
      </w:r>
      <w:r>
        <w:t xml:space="preserve">    (c) interested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committed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reining in</w:t>
      </w:r>
      <w:r>
        <w:rPr>
          <w:b/>
          <w:bCs/>
        </w:rPr>
        <w:t xml:space="preserve"> </w:t>
      </w:r>
      <w:r>
        <w:rPr>
          <w:b/>
          <w:bCs/>
        </w:rPr>
        <w:t xml:space="preserve">excessive government infringement of personal freedom.</w:t>
      </w:r>
      <w:r>
        <w:br/>
      </w:r>
      <w:r>
        <w:t xml:space="preserve">    (a) discovering</w:t>
      </w:r>
      <w:r>
        <w:br/>
      </w:r>
      <w:r>
        <w:t xml:space="preserve">    (b) exposing</w:t>
      </w:r>
      <w:r>
        <w:br/>
      </w:r>
      <w:r>
        <w:t xml:space="preserve">    (c) restraining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people considered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sacrilege</w:t>
      </w:r>
      <w:r>
        <w:rPr>
          <w:b/>
          <w:bCs/>
        </w:rPr>
        <w:t xml:space="preserve"> </w:t>
      </w:r>
      <w:r>
        <w:rPr>
          <w:b/>
          <w:bCs/>
        </w:rPr>
        <w:t xml:space="preserve">to joke loudly inside the sacred temple.</w:t>
      </w:r>
      <w:r>
        <w:br/>
      </w:r>
      <w:r>
        <w:t xml:space="preserve">    (a) disrespect for the sacred</w:t>
      </w:r>
      <w:r>
        <w:br/>
      </w:r>
      <w:r>
        <w:t xml:space="preserve">    (b) respect for old customs</w:t>
      </w:r>
      <w:r>
        <w:br/>
      </w:r>
      <w:r>
        <w:t xml:space="preserve">    (c) fear of religious rules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sullen</w:t>
      </w:r>
      <w:r>
        <w:rPr>
          <w:b/>
          <w:bCs/>
        </w:rPr>
        <w:t xml:space="preserve"> </w:t>
      </w:r>
      <w:r>
        <w:rPr>
          <w:b/>
          <w:bCs/>
        </w:rPr>
        <w:t xml:space="preserve">crowd watched the execution.</w:t>
      </w:r>
      <w:r>
        <w:br/>
      </w:r>
      <w:r>
        <w:t xml:space="preserve">    (a) unhappy</w:t>
      </w:r>
      <w:r>
        <w:br/>
      </w:r>
      <w:r>
        <w:t xml:space="preserve">    (b) excited</w:t>
      </w:r>
      <w:r>
        <w:br/>
      </w:r>
      <w:r>
        <w:t xml:space="preserve">    (c) celebrating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awakened to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twilight</w:t>
      </w:r>
      <w:r>
        <w:rPr>
          <w:b/>
          <w:bCs/>
        </w:rPr>
        <w:t xml:space="preserve"> </w:t>
      </w:r>
      <w:r>
        <w:rPr>
          <w:b/>
          <w:bCs/>
        </w:rPr>
        <w:t xml:space="preserve">sky but did not know if the sun was setting or rising.</w:t>
      </w:r>
      <w:r>
        <w:br/>
      </w:r>
      <w:r>
        <w:t xml:space="preserve">    (a) the light from the sky between daylight and darkness</w:t>
      </w:r>
      <w:r>
        <w:br/>
      </w:r>
      <w:r>
        <w:t xml:space="preserve">    (b) the light from the sky just after sunset</w:t>
      </w:r>
      <w:r>
        <w:br/>
      </w:r>
      <w:r>
        <w:t xml:space="preserve">    (c) the light from the sky just before sunrise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2026-07-31T15:03:16Z</dcterms:created>
  <dcterms:modified xsi:type="dcterms:W3CDTF">2026-07-31T15:03:16Z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