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316f4c7dab2d708407b47b438697a07555ae3a"/>
    <w:p>
      <w:pPr>
        <w:pStyle w:val="Heading1"/>
      </w:pPr>
      <w:r>
        <w:rPr>
          <w:b/>
          <w:bCs/>
        </w:rPr>
        <w:t xml:space="preserve">As I Lay Dying</w:t>
      </w:r>
      <w:r>
        <w:br/>
      </w:r>
      <w:r>
        <w:rPr>
          <w:i/>
          <w:iCs/>
        </w:rPr>
        <w:t xml:space="preserve">William Faulkner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sympathy</w:t>
      </w:r>
      <w:r>
        <w:br/>
      </w:r>
      <w:r>
        <w:t xml:space="preserve">    (b) distrust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sensual experience</w:t>
      </w:r>
      <w:r>
        <w:br/>
      </w:r>
      <w:r>
        <w:t xml:space="preserve">    (b) spiritual mysticism</w:t>
      </w:r>
      <w:r>
        <w:br/>
      </w:r>
      <w:r>
        <w:t xml:space="preserve">    (c) self-denial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study</w:t>
      </w:r>
      <w:r>
        <w:br/>
      </w:r>
      <w:r>
        <w:t xml:space="preserve">    (b) attack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compromise that was announced, amounted to 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capitulation</w:t>
      </w:r>
      <w:r>
        <w:rPr>
          <w:b/>
          <w:bCs/>
        </w:rPr>
        <w:t xml:space="preserve"> </w:t>
      </w:r>
      <w:r>
        <w:rPr>
          <w:b/>
          <w:bCs/>
        </w:rPr>
        <w:t xml:space="preserve">on the part of the company.</w:t>
      </w:r>
      <w:r>
        <w:br/>
      </w:r>
      <w:r>
        <w:t xml:space="preserve">    (a) surrender</w:t>
      </w:r>
      <w:r>
        <w:br/>
      </w:r>
      <w:r>
        <w:t xml:space="preserve">    (b) compromise</w:t>
      </w:r>
      <w:r>
        <w:br/>
      </w:r>
      <w:r>
        <w:t xml:space="preserve">    (c) victory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criticism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influence or effect</w:t>
      </w:r>
      <w:r>
        <w:br/>
      </w:r>
      <w:r>
        <w:t xml:space="preserve">    (b) to not do something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schizophrenia and refusal to take medication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 </w:t>
      </w:r>
      <w:r>
        <w:rPr>
          <w:b/>
          <w:bCs/>
        </w:rPr>
        <w:t xml:space="preserve">of her parents.</w:t>
      </w:r>
      <w:r>
        <w:br/>
      </w:r>
      <w:r>
        <w:t xml:space="preserve">    (a) thing that causes hopelessness</w:t>
      </w:r>
      <w:r>
        <w:br/>
      </w:r>
      <w:r>
        <w:t xml:space="preserve">    (b) thing that causes confusion</w:t>
      </w:r>
      <w:r>
        <w:br/>
      </w:r>
      <w:r>
        <w:t xml:space="preserve">    (c) thing that causes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questioning</w:t>
      </w:r>
      <w:r>
        <w:br/>
      </w:r>
      <w:r>
        <w:t xml:space="preserve">    (b) complaining about</w:t>
      </w:r>
      <w:r>
        <w:br/>
      </w:r>
      <w:r>
        <w:t xml:space="preserve">    (c) ignoring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 nine-month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hiatus</w:t>
      </w:r>
      <w:r>
        <w:rPr>
          <w:b/>
          <w:bCs/>
        </w:rPr>
        <w:t xml:space="preserve"> </w:t>
      </w:r>
      <w:r>
        <w:rPr>
          <w:b/>
          <w:bCs/>
        </w:rPr>
        <w:t xml:space="preserve">from performing, so she could concentrate on writing new songs.</w:t>
      </w:r>
      <w:r>
        <w:br/>
      </w:r>
      <w:r>
        <w:t xml:space="preserve">    (a) maternity leave</w:t>
      </w:r>
      <w:r>
        <w:br/>
      </w:r>
      <w:r>
        <w:t xml:space="preserve">    (b) gap in time</w:t>
      </w:r>
      <w:r>
        <w:br/>
      </w:r>
      <w:r>
        <w:t xml:space="preserve">    (c) study tour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infinitesimal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impurity can drastically affect the results of a sensitive chemical experiment.</w:t>
      </w:r>
      <w:r>
        <w:br/>
      </w:r>
      <w:r>
        <w:t xml:space="preserve">    (a) unintentional</w:t>
      </w:r>
      <w:r>
        <w:br/>
      </w:r>
      <w:r>
        <w:t xml:space="preserve">    (b) tiny</w:t>
      </w:r>
      <w:r>
        <w:br/>
      </w:r>
      <w:r>
        <w:t xml:space="preserve">    (c) partial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city where poverty exists in a startling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juxtaposition</w:t>
      </w:r>
      <w:r>
        <w:rPr>
          <w:b/>
          <w:bCs/>
        </w:rPr>
        <w:t xml:space="preserve"> </w:t>
      </w:r>
      <w:r>
        <w:rPr>
          <w:b/>
          <w:bCs/>
        </w:rPr>
        <w:t xml:space="preserve">to great wealth.</w:t>
      </w:r>
      <w:r>
        <w:br/>
      </w:r>
      <w:r>
        <w:t xml:space="preserve">    (a) side-by-side contrast</w:t>
      </w:r>
      <w:r>
        <w:br/>
      </w:r>
      <w:r>
        <w:t xml:space="preserve">    (b) indirect connection</w:t>
      </w:r>
      <w:r>
        <w:br/>
      </w:r>
      <w:r>
        <w:t xml:space="preserve">    (c) surprising similarity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severe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Stretching every morning keeps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 </w:t>
      </w:r>
      <w:r>
        <w:rPr>
          <w:b/>
          <w:bCs/>
        </w:rPr>
        <w:t xml:space="preserve">enough to do the splits.</w:t>
      </w:r>
      <w:r>
        <w:br/>
      </w:r>
      <w:r>
        <w:t xml:space="preserve">    (a) weak and tired</w:t>
      </w:r>
      <w:r>
        <w:br/>
      </w:r>
      <w:r>
        <w:t xml:space="preserve">    (b) flexible and loose</w:t>
      </w:r>
      <w:r>
        <w:br/>
      </w:r>
      <w:r>
        <w:t xml:space="preserve">    (c) stiff and sore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knowing everything</w:t>
      </w:r>
      <w:r>
        <w:br/>
      </w:r>
      <w:r>
        <w:t xml:space="preserve">    (b) present everywhere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artists endured years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penury</w:t>
      </w:r>
      <w:r>
        <w:rPr>
          <w:b/>
          <w:bCs/>
        </w:rPr>
        <w:t xml:space="preserve"> </w:t>
      </w:r>
      <w:r>
        <w:rPr>
          <w:b/>
          <w:bCs/>
        </w:rPr>
        <w:t xml:space="preserve">before achieving fame.</w:t>
      </w:r>
      <w:r>
        <w:br/>
      </w:r>
      <w:r>
        <w:t xml:space="preserve">    (a) severe poverty</w:t>
      </w:r>
      <w:r>
        <w:br/>
      </w:r>
      <w:r>
        <w:t xml:space="preserve">    (b) great wealth</w:t>
      </w:r>
      <w:r>
        <w:br/>
      </w:r>
      <w:r>
        <w:t xml:space="preserve">    (c) modest comfort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more rushed than usual</w:t>
      </w:r>
      <w:r>
        <w:br/>
      </w:r>
      <w:r>
        <w:t xml:space="preserve">    (b) not in line with her usual manner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 </w:t>
      </w:r>
      <w:r>
        <w:rPr>
          <w:b/>
          <w:bCs/>
        </w:rPr>
        <w:t xml:space="preserve">meeting of the year.</w:t>
      </w:r>
      <w:r>
        <w:br/>
      </w:r>
      <w:r>
        <w:t xml:space="preserve">    (a) important</w:t>
      </w:r>
      <w:r>
        <w:br/>
      </w:r>
      <w:r>
        <w:t xml:space="preserve">    (b) longest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company doesn't innovate, it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stagnate</w:t>
      </w:r>
      <w:r>
        <w:rPr>
          <w:b/>
          <w:bCs/>
        </w:rPr>
        <w:t xml:space="preserve"> </w:t>
      </w:r>
      <w:r>
        <w:rPr>
          <w:b/>
          <w:bCs/>
        </w:rPr>
        <w:t xml:space="preserve">and lose its competitive edge.</w:t>
      </w:r>
      <w:r>
        <w:br/>
      </w:r>
      <w:r>
        <w:t xml:space="preserve">    (a) get expensive</w:t>
      </w:r>
      <w:r>
        <w:br/>
      </w:r>
      <w:r>
        <w:t xml:space="preserve">    (b) stop developing</w:t>
      </w:r>
      <w:r>
        <w:br/>
      </w:r>
      <w:r>
        <w:t xml:space="preserve">    (c) lose customers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Cycling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in the Netherlands.</w:t>
      </w:r>
      <w:r>
        <w:br/>
      </w:r>
      <w:r>
        <w:t xml:space="preserve">    (a) weather-dependent</w:t>
      </w:r>
      <w:r>
        <w:br/>
      </w:r>
      <w:r>
        <w:t xml:space="preserve">    (b) encouraged by law</w:t>
      </w:r>
      <w:r>
        <w:br/>
      </w:r>
      <w:r>
        <w:t xml:space="preserve">    (c) everywhere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completely defeat</w:t>
      </w:r>
      <w:r>
        <w:br/>
      </w:r>
      <w:r>
        <w:t xml:space="preserve">    (b) gently ease</w:t>
      </w:r>
      <w:r>
        <w:br/>
      </w:r>
      <w:r>
        <w:t xml:space="preserve">    (c) gently persuade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2026-07-31T15:03:17Z</dcterms:created>
  <dcterms:modified xsi:type="dcterms:W3CDTF">2026-07-31T15:03:17Z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