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2b2c2eabbdd1efd881823903a0759125d535a3"/>
    <w:p>
      <w:pPr>
        <w:pStyle w:val="Heading1"/>
      </w:pPr>
      <w:r>
        <w:rPr>
          <w:b/>
          <w:bCs/>
        </w:rPr>
        <w:t xml:space="preserve">As I Lay Dying</w:t>
      </w:r>
      <w:r>
        <w:br/>
      </w:r>
      <w:r>
        <w:rPr>
          <w:i/>
          <w:iCs/>
        </w:rPr>
        <w:t xml:space="preserve">William Faulkner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horse snorts, then Jewel sees him, glinting for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gaudy</w:t>
      </w:r>
      <w:r>
        <w:rPr>
          <w:b/>
          <w:bCs/>
        </w:rPr>
        <w:t xml:space="preserve"> </w:t>
      </w:r>
      <w:r>
        <w:rPr>
          <w:b/>
          <w:bCs/>
        </w:rPr>
        <w:t xml:space="preserve">instant among the blue shadows.</w:t>
      </w:r>
      <w:r>
        <w:br/>
      </w:r>
      <w:r>
        <w:t xml:space="preserve">    (a) able to challenge</w:t>
      </w:r>
      <w:r>
        <w:br/>
      </w:r>
      <w:r>
        <w:t xml:space="preserve">    (b) tastelessly showy</w:t>
      </w:r>
      <w:r>
        <w:br/>
      </w:r>
      <w:r>
        <w:t xml:space="preserve">    (c) not demonstrating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 while yet she looks at him, without reproach, without anything at all, as if her eyes alone are listening to the irrevocable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cessation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his voice.</w:t>
      </w:r>
      <w:r>
        <w:br/>
      </w:r>
      <w:r>
        <w:t xml:space="preserve">    (a) thigh bone</w:t>
      </w:r>
      <w:r>
        <w:br/>
      </w:r>
      <w:r>
        <w:t xml:space="preserve">    (b) difference</w:t>
      </w:r>
      <w:r>
        <w:br/>
      </w:r>
      <w:r>
        <w:t xml:space="preserve">    (c) a stopping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looks up at the gaunt face framed by the window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twilight</w:t>
      </w:r>
      <w:r>
        <w:rPr>
          <w:b/>
          <w:bCs/>
        </w:rPr>
        <w:t xml:space="preserve">.</w:t>
      </w:r>
      <w:r>
        <w:br/>
      </w:r>
      <w:r>
        <w:t xml:space="preserve">    (a) black sky</w:t>
      </w:r>
      <w:r>
        <w:br/>
      </w:r>
      <w:r>
        <w:t xml:space="preserve">    (b) western wall</w:t>
      </w:r>
      <w:r>
        <w:br/>
      </w:r>
      <w:r>
        <w:t xml:space="preserve">    (c) light from the time of day between daylight and darkness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 leans above the bed in the twilight, his humped silhouette partaking of that owl-like quality of awry-feathered, disgruntled outrage within which lurks a wisdom too profound or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inert</w:t>
      </w:r>
      <w:r>
        <w:rPr>
          <w:b/>
          <w:bCs/>
        </w:rPr>
        <w:t xml:space="preserve"> </w:t>
      </w:r>
      <w:r>
        <w:rPr>
          <w:b/>
          <w:bCs/>
        </w:rPr>
        <w:t xml:space="preserve">for even thought.</w:t>
      </w:r>
      <w:r>
        <w:br/>
      </w:r>
      <w:r>
        <w:t xml:space="preserve">    (a) the quality or degree of being straightforward or clear (sometimes indicating that truth is not worded carefully to spare feelings or gain advantage)</w:t>
      </w:r>
      <w:r>
        <w:br/>
      </w:r>
      <w:r>
        <w:t xml:space="preserve">    (b) unmoving, inactive, or unable to move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slow, lethargic, or without interest</w:t>
      </w:r>
      <w:r>
        <w:br/>
      </w:r>
      <w:r>
        <w:br/>
      </w:r>
      <w:r>
        <w:t xml:space="preserve">or (in chemistry/medicine):</w:t>
      </w:r>
      <w:r>
        <w:br/>
      </w:r>
      <w:r>
        <w:br/>
      </w:r>
      <w:r>
        <w:t xml:space="preserve">chemically inactive (not having an effect)</w:t>
      </w:r>
      <w:r>
        <w:br/>
      </w:r>
      <w:r>
        <w:t xml:space="preserve">    (c) the degree to which a performance of or to someone else's work lends itself to the expression of personal artistic ideas or feelings by the performer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...from behind his slack-faced astonishment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muses</w:t>
      </w:r>
      <w:r>
        <w:rPr>
          <w:b/>
          <w:bCs/>
        </w:rPr>
        <w:t xml:space="preserve"> </w:t>
      </w:r>
      <w:r>
        <w:rPr>
          <w:b/>
          <w:bCs/>
        </w:rPr>
        <w:t xml:space="preserve">as though from beyond time, upon the ultimate outrage.</w:t>
      </w:r>
      <w:r>
        <w:br/>
      </w:r>
      <w:r>
        <w:t xml:space="preserve">    (a) goes, does, or is before</w:t>
      </w:r>
      <w:r>
        <w:br/>
      </w:r>
      <w:r>
        <w:t xml:space="preserve">    (b) originates or comes from</w:t>
      </w:r>
      <w:r>
        <w:br/>
      </w:r>
      <w:r>
        <w:t xml:space="preserve">    (c) thinks (reflects deeply)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sits lightly,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poised</w:t>
      </w:r>
      <w:r>
        <w:rPr>
          <w:b/>
          <w:bCs/>
        </w:rPr>
        <w:t xml:space="preserve">, upright, wooden-faced in the saddle, the broken hat raked at a swaggering angle.</w:t>
      </w:r>
      <w:r>
        <w:br/>
      </w:r>
      <w:r>
        <w:t xml:space="preserve">    (a) without a personal preference; or without any tendency to move in a particular direction</w:t>
      </w:r>
      <w:r>
        <w:br/>
      </w:r>
      <w:r>
        <w:t xml:space="preserve">    (b) in control and prepared to move as needed</w:t>
      </w:r>
      <w:r>
        <w:br/>
      </w:r>
      <w:r>
        <w:t xml:space="preserve">    (c) removed or suppressed something considered obscene, immoral, or politically unacceptable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...holding the horse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reined</w:t>
      </w:r>
      <w:r>
        <w:rPr>
          <w:b/>
          <w:bCs/>
        </w:rPr>
        <w:t xml:space="preserve"> </w:t>
      </w:r>
      <w:r>
        <w:rPr>
          <w:b/>
          <w:bCs/>
        </w:rPr>
        <w:t xml:space="preserve">back.</w:t>
      </w:r>
      <w:r>
        <w:br/>
      </w:r>
      <w:r>
        <w:t xml:space="preserve">    (a) restrained</w:t>
      </w:r>
      <w:r>
        <w:br/>
      </w:r>
      <w:r>
        <w:t xml:space="preserve">    (b) mirrored back (an image)</w:t>
      </w:r>
      <w:r>
        <w:br/>
      </w:r>
      <w:r>
        <w:t xml:space="preserve">    (c) quoted (to make a 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Payed off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mortgage</w:t>
      </w:r>
      <w:r>
        <w:rPr>
          <w:b/>
          <w:bCs/>
        </w:rPr>
        <w:t xml:space="preserve"> </w:t>
      </w:r>
      <w:r>
        <w:rPr>
          <w:b/>
          <w:bCs/>
        </w:rPr>
        <w:t xml:space="preserve">with it, I hear tell.</w:t>
      </w:r>
      <w:r>
        <w:br/>
      </w:r>
      <w:r>
        <w:t xml:space="preserve">    (a) to concentrate, look at; or the act of concentration</w:t>
      </w:r>
      <w:r>
        <w:br/>
      </w:r>
      <w:r>
        <w:t xml:space="preserve">    (b) enter another's property without right or permission</w:t>
      </w:r>
      <w:r>
        <w:br/>
      </w:r>
      <w:r>
        <w:t xml:space="preserve">    (c) a real estate loan; or pledging something for a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would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sacrilege</w:t>
      </w:r>
      <w:r>
        <w:rPr>
          <w:b/>
          <w:bCs/>
        </w:rPr>
        <w:t xml:space="preserve"> </w:t>
      </w:r>
      <w:r>
        <w:rPr>
          <w:b/>
          <w:bCs/>
        </w:rPr>
        <w:t xml:space="preserve">to try to.</w:t>
      </w:r>
      <w:r>
        <w:br/>
      </w:r>
      <w:r>
        <w:t xml:space="preserve">    (a) person, organization, or anything with a separate existence</w:t>
      </w:r>
      <w:r>
        <w:br/>
      </w:r>
      <w:r>
        <w:t xml:space="preserve">    (b) disrespectful of something others consider sacred</w:t>
      </w:r>
      <w:r>
        <w:br/>
      </w:r>
      <w:r>
        <w:t xml:space="preserve">    (c) the process or result of learning, discovering, or deciding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watching Vernon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rapt</w:t>
      </w:r>
      <w:r>
        <w:rPr>
          <w:b/>
          <w:bCs/>
        </w:rPr>
        <w:t xml:space="preserve"> </w:t>
      </w:r>
      <w:r>
        <w:rPr>
          <w:b/>
          <w:bCs/>
        </w:rPr>
        <w:t xml:space="preserve">absorption.</w:t>
      </w:r>
      <w:r>
        <w:br/>
      </w:r>
      <w:r>
        <w:t xml:space="preserve">    (a) accidental or unintentional</w:t>
      </w:r>
      <w:r>
        <w:br/>
      </w:r>
      <w:r>
        <w:t xml:space="preserve">    (b) noisy and unrestrained</w:t>
      </w:r>
      <w:r>
        <w:br/>
      </w:r>
      <w:r>
        <w:t xml:space="preserve">    (c) deep interest and focus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looms tall above us as we squat; he looks like a figure carved clumsily from tough wood by a drunken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caricaturist</w:t>
      </w:r>
      <w:r>
        <w:rPr>
          <w:b/>
          <w:bCs/>
        </w:rPr>
        <w:t xml:space="preserve">.</w:t>
      </w:r>
      <w:r>
        <w:br/>
      </w:r>
      <w:r>
        <w:t xml:space="preserve">    (a) a figure of speech in which a similarity between two things is highlighted by using a word to refer to something that it does not</w:t>
      </w:r>
      <w:r>
        <w:t xml:space="preserve"> </w:t>
      </w:r>
      <w:r>
        <w:rPr>
          <w:i/>
          <w:iCs/>
        </w:rPr>
        <w:t xml:space="preserve">literally</w:t>
      </w:r>
      <w:r>
        <w:t xml:space="preserve"> </w:t>
      </w:r>
      <w:r>
        <w:t xml:space="preserve">mean</w:t>
      </w:r>
      <w:r>
        <w:br/>
      </w:r>
      <w:r>
        <w:t xml:space="preserve">    (b) a representation that exaggerates or highlights certain aspects -- especially of a person for comic effect; or creating a drawing with such exaggeration</w:t>
      </w:r>
      <w:r>
        <w:br/>
      </w:r>
      <w:r>
        <w:t xml:space="preserve">    (c) a melody that, after a short interval, is exactly repeated by a different instrument or voice to create competing melodic lines (a strict counterpoint)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 that I deserve my punishment. I do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begrudge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develop or change gradually</w:t>
      </w:r>
      <w:r>
        <w:br/>
      </w:r>
      <w:r>
        <w:t xml:space="preserve">    (b) resent</w:t>
      </w:r>
      <w:r>
        <w:br/>
      </w:r>
      <w:r>
        <w:t xml:space="preserve">    (c)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lot to suffer and...</w:t>
      </w:r>
      <w:r>
        <w:br/>
      </w:r>
      <w:r>
        <w:t xml:space="preserve">    (a) someone who provides start-up money to new companies</w:t>
      </w:r>
      <w:r>
        <w:br/>
      </w:r>
      <w:r>
        <w:t xml:space="preserve">    (b) someone who combines components into a complex whole</w:t>
      </w:r>
      <w:r>
        <w:br/>
      </w:r>
      <w:r>
        <w:t xml:space="preserve">    (c) human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 </w:t>
      </w:r>
      <w:r>
        <w:rPr>
          <w:b/>
          <w:bCs/>
        </w:rPr>
        <w:t xml:space="preserve">no one.</w:t>
      </w:r>
      <w:r>
        <w:br/>
      </w:r>
      <w:r>
        <w:t xml:space="preserve">    (a) tell (a story)</w:t>
      </w:r>
      <w:r>
        <w:br/>
      </w:r>
      <w:r>
        <w:t xml:space="preserve">    (b) lie or mislead</w:t>
      </w:r>
      <w:r>
        <w:br/>
      </w:r>
      <w:r>
        <w:t xml:space="preserve">    (c) bad or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soul faced the awful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irrevocable</w:t>
      </w:r>
      <w:r>
        <w:rPr>
          <w:b/>
          <w:bCs/>
        </w:rPr>
        <w:t xml:space="preserve"> </w:t>
      </w:r>
      <w:r>
        <w:rPr>
          <w:b/>
          <w:bCs/>
        </w:rPr>
        <w:t xml:space="preserve">judgment</w:t>
      </w:r>
      <w:r>
        <w:br/>
      </w:r>
      <w:r>
        <w:t xml:space="preserve">    (a) not tending to find fault</w:t>
      </w:r>
      <w:r>
        <w:br/>
      </w:r>
      <w:r>
        <w:t xml:space="preserve">    (b) able to be disagreed with</w:t>
      </w:r>
      <w:r>
        <w:br/>
      </w:r>
      <w:r>
        <w:t xml:space="preserve">    (c) final (incapable of being undone)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sullenly</w:t>
      </w:r>
      <w:r>
        <w:rPr>
          <w:b/>
          <w:bCs/>
        </w:rPr>
        <w:t xml:space="preserve"> </w:t>
      </w:r>
      <w:r>
        <w:rPr>
          <w:b/>
          <w:bCs/>
        </w:rPr>
        <w:t xml:space="preserve">willing to be disappointed all at the same time.</w:t>
      </w:r>
      <w:r>
        <w:br/>
      </w:r>
      <w:r>
        <w:t xml:space="preserve">    (a) in a manner that calls or attracts</w:t>
      </w:r>
      <w:r>
        <w:br/>
      </w:r>
      <w:r>
        <w:t xml:space="preserve">    (b) with a gloomy (or bad) mood</w:t>
      </w:r>
      <w:r>
        <w:br/>
      </w:r>
      <w:r>
        <w:t xml:space="preserve">    (c) in a manner that involves betrayal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 </w:t>
      </w:r>
      <w:r>
        <w:rPr>
          <w:b/>
          <w:bCs/>
        </w:rPr>
        <w:t xml:space="preserve">to you.</w:t>
      </w:r>
      <w:r>
        <w:br/>
      </w:r>
      <w:r>
        <w:t xml:space="preserve">    (a) began fighting again</w:t>
      </w:r>
      <w:r>
        <w:br/>
      </w:r>
      <w:r>
        <w:t xml:space="preserve">    (b) grateful or indebted</w:t>
      </w:r>
      <w:r>
        <w:br/>
      </w:r>
      <w:r>
        <w:t xml:space="preserve">    (c) differed; or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...sparks rain on it in scattering bursts as though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engendered</w:t>
      </w:r>
      <w:r>
        <w:rPr>
          <w:b/>
          <w:bCs/>
        </w:rPr>
        <w:t xml:space="preserve"> </w:t>
      </w:r>
      <w:r>
        <w:rPr>
          <w:b/>
          <w:bCs/>
        </w:rPr>
        <w:t xml:space="preserve">other sparks from the contact.</w:t>
      </w:r>
      <w:r>
        <w:br/>
      </w:r>
      <w:r>
        <w:t xml:space="preserve">    (a) gave rise to</w:t>
      </w:r>
      <w:r>
        <w:br/>
      </w:r>
      <w:r>
        <w:t xml:space="preserve">    (b) traded</w:t>
      </w:r>
      <w:r>
        <w:br/>
      </w:r>
      <w:r>
        <w:t xml:space="preserve">    (c) copied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too has lost flesh; like ours, his face has an expression strained, dreamy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gaunt</w:t>
      </w:r>
      <w:r>
        <w:rPr>
          <w:b/>
          <w:bCs/>
        </w:rPr>
        <w:t xml:space="preserve">.</w:t>
      </w:r>
      <w:r>
        <w:br/>
      </w:r>
      <w:r>
        <w:t xml:space="preserve">    (a) thin and bony</w:t>
      </w:r>
      <w:r>
        <w:br/>
      </w:r>
      <w:r>
        <w:t xml:space="preserve">    (b) able to qualify for regular payments that permit having an income without working</w:t>
      </w:r>
      <w:r>
        <w:br/>
      </w:r>
      <w:r>
        <w:t xml:space="preserve">    (c) not having the characteristic of or relating to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stopped at the glass and smoothed my hair, then I went behind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prescription</w:t>
      </w:r>
      <w:r>
        <w:rPr>
          <w:b/>
          <w:bCs/>
        </w:rPr>
        <w:t xml:space="preserve"> </w:t>
      </w:r>
      <w:r>
        <w:rPr>
          <w:b/>
          <w:bCs/>
        </w:rPr>
        <w:t xml:space="preserve">case, where she was waiting.</w:t>
      </w:r>
      <w:r>
        <w:br/>
      </w:r>
      <w:r>
        <w:t xml:space="preserve">    (a) lymph node -- one of many bean-sized organs that filter bacteria and other toxins from circulating white-blood-cell filled lymph fluid</w:t>
      </w:r>
      <w:r>
        <w:br/>
      </w:r>
      <w:r>
        <w:t xml:space="preserve">    (b) submissiveness -- often an attitude of someone who is so submissive or eager to serve and please that they seem to lack self-respect</w:t>
      </w:r>
      <w:r>
        <w:br/>
      </w:r>
      <w:r>
        <w:t xml:space="preserve">    (c) a recommendation or requirement  OR  (from a medical doctor) an instruction -- such as writing that a patient should take antibiotics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2026-07-31T15:03:17Z</dcterms:created>
  <dcterms:modified xsi:type="dcterms:W3CDTF">2026-07-31T15:03:17Z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