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01fe7c02e1e3c2c295468073c79151fb47adc1"/>
    <w:p>
      <w:pPr>
        <w:pStyle w:val="Heading1"/>
      </w:pPr>
      <w:r>
        <w:rPr>
          <w:b/>
          <w:bCs/>
        </w:rPr>
        <w:t xml:space="preserve">Artemis Fowl</w:t>
      </w:r>
      <w:r>
        <w:br/>
      </w:r>
      <w:r>
        <w:rPr>
          <w:i/>
          <w:iCs/>
        </w:rPr>
        <w:t xml:space="preserve">Eoin Colfer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 painted the ocean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 </w:t>
      </w:r>
      <w:r>
        <w:rPr>
          <w:b/>
          <w:bCs/>
        </w:rPr>
        <w:t xml:space="preserve">shade on the classroom mural.</w:t>
      </w:r>
      <w:r>
        <w:br/>
      </w:r>
      <w:r>
        <w:t xml:space="preserve">    (a) bright blue</w:t>
      </w:r>
      <w:r>
        <w:br/>
      </w:r>
      <w:r>
        <w:t xml:space="preserve">    (b) pale yellow</w:t>
      </w:r>
      <w:r>
        <w:br/>
      </w:r>
      <w:r>
        <w:t xml:space="preserve">    (c) dark 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jet was loaded with a full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</w:t>
      </w:r>
      <w:r>
        <w:rPr>
          <w:b/>
          <w:bCs/>
        </w:rPr>
        <w:t xml:space="preserve"> </w:t>
      </w:r>
      <w:r>
        <w:rPr>
          <w:b/>
          <w:bCs/>
        </w:rPr>
        <w:t xml:space="preserve">of weaponry.</w:t>
      </w:r>
      <w:r>
        <w:br/>
      </w:r>
      <w:r>
        <w:t xml:space="preserve">    (a) highly praised</w:t>
      </w:r>
      <w:r>
        <w:br/>
      </w:r>
      <w:r>
        <w:t xml:space="preserve">    (b) a quantity of something that is considered complete</w:t>
      </w:r>
      <w:r>
        <w:br/>
      </w:r>
      <w:r>
        <w:t xml:space="preserve">    (c) very heavy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provides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history of the revolution.</w:t>
      </w:r>
      <w:r>
        <w:br/>
      </w:r>
      <w:r>
        <w:t xml:space="preserve">    (a) complete</w:t>
      </w:r>
      <w:r>
        <w:br/>
      </w:r>
      <w:r>
        <w:t xml:space="preserve">    (b) early</w:t>
      </w:r>
      <w:r>
        <w:br/>
      </w:r>
      <w:r>
        <w:t xml:space="preserve">    (c) modern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bring herself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publicly, but she honored her promise by not discussing her concerns.</w:t>
      </w:r>
      <w:r>
        <w:br/>
      </w:r>
      <w:r>
        <w:t xml:space="preserve">    (a) agree</w:t>
      </w:r>
      <w:r>
        <w:br/>
      </w:r>
      <w:r>
        <w:t xml:space="preserve">    (b) criticize</w:t>
      </w:r>
      <w:r>
        <w:br/>
      </w:r>
      <w:r>
        <w:t xml:space="preserve">    (c)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City Hall to protest.</w:t>
      </w:r>
      <w:r>
        <w:br/>
      </w:r>
      <w:r>
        <w:t xml:space="preserve">    (a) shouted</w:t>
      </w:r>
      <w:r>
        <w:br/>
      </w:r>
      <w:r>
        <w:t xml:space="preserve">    (b) sat down</w:t>
      </w:r>
      <w:r>
        <w:br/>
      </w:r>
      <w:r>
        <w:t xml:space="preserve">    (c) came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threatened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convicted of serious crimes</w:t>
      </w:r>
      <w:r>
        <w:br/>
      </w:r>
      <w:r>
        <w:t xml:space="preserve">    (b) people with unpopular opinions</w:t>
      </w:r>
      <w:r>
        <w:br/>
      </w:r>
      <w:r>
        <w:t xml:space="preserve">    (c) people who lost their jobs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mayor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highlighted</w:t>
      </w:r>
      <w:r>
        <w:rPr>
          <w:b/>
          <w:bCs/>
        </w:rPr>
        <w:t xml:space="preserve"> </w:t>
      </w:r>
      <w:r>
        <w:rPr>
          <w:b/>
          <w:bCs/>
        </w:rPr>
        <w:t xml:space="preserve">positive developments in the city.</w:t>
      </w:r>
      <w:r>
        <w:br/>
      </w:r>
      <w:r>
        <w:t xml:space="preserve">    (a) searched for</w:t>
      </w:r>
      <w:r>
        <w:br/>
      </w:r>
      <w:r>
        <w:t xml:space="preserve">    (b) emphasized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implicitly</w:t>
      </w:r>
      <w:r>
        <w:rPr>
          <w:b/>
          <w:bCs/>
        </w:rPr>
        <w:t xml:space="preserve">.</w:t>
      </w:r>
      <w:r>
        <w:br/>
      </w:r>
      <w:r>
        <w:t xml:space="preserve">    (a) guardedly</w:t>
      </w:r>
      <w:r>
        <w:br/>
      </w:r>
      <w:r>
        <w:t xml:space="preserve">    (b) with concern</w:t>
      </w:r>
      <w:r>
        <w:br/>
      </w:r>
      <w:r>
        <w:t xml:space="preserve">    (c) without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committee for months without a vote.</w:t>
      </w:r>
      <w:r>
        <w:br/>
      </w:r>
      <w:r>
        <w:t xml:space="preserve">    (a) move forward quickly</w:t>
      </w:r>
      <w:r>
        <w:br/>
      </w:r>
      <w:r>
        <w:t xml:space="preserve">    (b) win strong support</w:t>
      </w:r>
      <w:r>
        <w:br/>
      </w:r>
      <w:r>
        <w:t xml:space="preserve">    (c) remain neglected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Roses grow best in well-drained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loam</w:t>
      </w:r>
      <w:r>
        <w:rPr>
          <w:b/>
          <w:bCs/>
        </w:rPr>
        <w:t xml:space="preserve"> </w:t>
      </w:r>
      <w:r>
        <w:rPr>
          <w:b/>
          <w:bCs/>
        </w:rPr>
        <w:t xml:space="preserve">mixed with a bit of compost.</w:t>
      </w:r>
      <w:r>
        <w:br/>
      </w:r>
      <w:r>
        <w:t xml:space="preserve">    (a) fresh hay</w:t>
      </w:r>
      <w:r>
        <w:br/>
      </w:r>
      <w:r>
        <w:t xml:space="preserve">    (b) old straw</w:t>
      </w:r>
      <w:r>
        <w:br/>
      </w:r>
      <w:r>
        <w:t xml:space="preserve">    (c) rich soil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announcement,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maelstrom</w:t>
      </w:r>
      <w:r>
        <w:rPr>
          <w:b/>
          <w:bCs/>
        </w:rPr>
        <w:t xml:space="preserve"> </w:t>
      </w:r>
      <w:r>
        <w:rPr>
          <w:b/>
          <w:bCs/>
        </w:rPr>
        <w:t xml:space="preserve">of emotions swept through the crowd.</w:t>
      </w:r>
      <w:r>
        <w:br/>
      </w:r>
      <w:r>
        <w:t xml:space="preserve">    (a) a powerful stimulant drug that increases activity in the brain and nervous system -- often addictive</w:t>
      </w:r>
      <w:r>
        <w:br/>
      </w:r>
      <w:r>
        <w:t xml:space="preserve">    (b) aka natural right -- a right that is naturally due because of human nature and the natural condition</w:t>
      </w:r>
      <w:r>
        <w:br/>
      </w:r>
      <w:r>
        <w:t xml:space="preserve">    (c) powerful whirlpool (figuratively)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expensive</w:t>
      </w:r>
      <w:r>
        <w:br/>
      </w:r>
      <w:r>
        <w:t xml:space="preserve">    (b) showy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played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pivotal</w:t>
      </w:r>
      <w:r>
        <w:rPr>
          <w:b/>
          <w:bCs/>
        </w:rPr>
        <w:t xml:space="preserve"> </w:t>
      </w:r>
      <w:r>
        <w:rPr>
          <w:b/>
          <w:bCs/>
        </w:rPr>
        <w:t xml:space="preserve">role in getting the legislation passed.</w:t>
      </w:r>
      <w:r>
        <w:br/>
      </w:r>
      <w:r>
        <w:t xml:space="preserve">    (a) unusual</w:t>
      </w:r>
      <w:r>
        <w:br/>
      </w:r>
      <w:r>
        <w:t xml:space="preserve">    (b) minor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Workers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pneumatic</w:t>
      </w:r>
      <w:r>
        <w:rPr>
          <w:b/>
          <w:bCs/>
        </w:rPr>
        <w:t xml:space="preserve"> </w:t>
      </w:r>
      <w:r>
        <w:rPr>
          <w:b/>
          <w:bCs/>
        </w:rPr>
        <w:t xml:space="preserve">drills to break up the concrete sidewalk.</w:t>
      </w:r>
      <w:r>
        <w:br/>
      </w:r>
      <w:r>
        <w:t xml:space="preserve">    (a) battery-operated</w:t>
      </w:r>
      <w:r>
        <w:br/>
      </w:r>
      <w:r>
        <w:t xml:space="preserve">    (b) water-cooled</w:t>
      </w:r>
      <w:r>
        <w:br/>
      </w:r>
      <w:r>
        <w:t xml:space="preserve">    (c) air-powered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interest</w:t>
      </w:r>
      <w:r>
        <w:br/>
      </w:r>
      <w:r>
        <w:t xml:space="preserve">    (b) permission</w:t>
      </w:r>
      <w:r>
        <w:br/>
      </w:r>
      <w:r>
        <w:t xml:space="preserve">    (c) skill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sharpener shouldn't be used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serrated</w:t>
      </w:r>
      <w:r>
        <w:rPr>
          <w:b/>
          <w:bCs/>
        </w:rPr>
        <w:t xml:space="preserve"> </w:t>
      </w:r>
      <w:r>
        <w:rPr>
          <w:b/>
          <w:bCs/>
        </w:rPr>
        <w:t xml:space="preserve">blade.</w:t>
      </w:r>
      <w:r>
        <w:br/>
      </w:r>
      <w:r>
        <w:t xml:space="preserve">    (a) saw-toothed</w:t>
      </w:r>
      <w:r>
        <w:br/>
      </w:r>
      <w:r>
        <w:t xml:space="preserve">    (b) rust-covered</w:t>
      </w:r>
      <w:r>
        <w:br/>
      </w:r>
      <w:r>
        <w:t xml:space="preserve">    (c) razor-thin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Galileo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theorized</w:t>
      </w:r>
      <w:r>
        <w:rPr>
          <w:b/>
          <w:bCs/>
        </w:rPr>
        <w:t xml:space="preserve"> </w:t>
      </w:r>
      <w:r>
        <w:rPr>
          <w:b/>
          <w:bCs/>
        </w:rPr>
        <w:t xml:space="preserve">the motion of the stars.</w:t>
      </w:r>
      <w:r>
        <w:br/>
      </w:r>
      <w:r>
        <w:t xml:space="preserve">    (a) developed a belief about</w:t>
      </w:r>
      <w:r>
        <w:br/>
      </w:r>
      <w:r>
        <w:t xml:space="preserve">    (b) turned in the opposite position -- such as upside down, inside out, or (of two things) in switched position</w:t>
      </w:r>
      <w:r>
        <w:br/>
      </w:r>
      <w:r>
        <w:t xml:space="preserve">    (c) detached from something that was habitual -- especially infants who stopped drinking mother's milk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the city's main east-west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thoroughfare</w:t>
      </w:r>
      <w:r>
        <w:rPr>
          <w:b/>
          <w:bCs/>
        </w:rPr>
        <w:t xml:space="preserve">.</w:t>
      </w:r>
      <w:r>
        <w:br/>
      </w:r>
      <w:r>
        <w:t xml:space="preserve">    (a) landmark</w:t>
      </w:r>
      <w:r>
        <w:br/>
      </w:r>
      <w:r>
        <w:t xml:space="preserve">    (b) main road</w:t>
      </w:r>
      <w:r>
        <w:br/>
      </w:r>
      <w:r>
        <w:t xml:space="preserve">    (c) dividing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making a tackle, the C3 and C4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vertebrae</w:t>
      </w:r>
      <w:r>
        <w:rPr>
          <w:b/>
          <w:bCs/>
        </w:rPr>
        <w:t xml:space="preserve"> </w:t>
      </w:r>
      <w:r>
        <w:rPr>
          <w:b/>
          <w:bCs/>
        </w:rPr>
        <w:t xml:space="preserve">were compressed into each other.</w:t>
      </w:r>
      <w:r>
        <w:br/>
      </w:r>
      <w:r>
        <w:t xml:space="preserve">    (a) bony segments of the spinal column</w:t>
      </w:r>
      <w:r>
        <w:br/>
      </w:r>
      <w:r>
        <w:t xml:space="preserve">    (b) flexible joints in the elbow</w:t>
      </w:r>
      <w:r>
        <w:br/>
      </w:r>
      <w:r>
        <w:t xml:space="preserve">    (c) muscular tissues of the heart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2026-07-31T16:44:57Z</dcterms:created>
  <dcterms:modified xsi:type="dcterms:W3CDTF">2026-07-31T16:44:57Z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