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9e38868db30de7376983e04f602682ab66d8c8"/>
    <w:p>
      <w:pPr>
        <w:pStyle w:val="Heading1"/>
      </w:pPr>
      <w:r>
        <w:rPr>
          <w:b/>
          <w:bCs/>
        </w:rPr>
        <w:t xml:space="preserve">Artemis Fowl</w:t>
      </w:r>
      <w:r>
        <w:br/>
      </w:r>
      <w:r>
        <w:rPr>
          <w:i/>
          <w:iCs/>
        </w:rPr>
        <w:t xml:space="preserve">Eoin Colfer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plan that could topple civilizations and plunge the planet into a cross-</w:t>
      </w:r>
      <w:r>
        <w:rPr>
          <w:b/>
          <w:bCs/>
          <w:u w:val="single"/>
        </w:rPr>
        <w:t xml:space="preserve">species</w:t>
      </w:r>
      <w:r>
        <w:rPr>
          <w:b/>
          <w:bCs/>
        </w:rPr>
        <w:t xml:space="preserve"> </w:t>
      </w:r>
      <w:r>
        <w:rPr>
          <w:b/>
          <w:bCs/>
        </w:rPr>
        <w:t xml:space="preserve">war.</w:t>
      </w:r>
      <w:r>
        <w:br/>
      </w:r>
      <w:r>
        <w:t xml:space="preserve">    (a) the gain of advantage from something</w:t>
      </w:r>
      <w:r>
        <w:br/>
      </w:r>
      <w:r>
        <w:t xml:space="preserve">    (b) a similar group of animals or plants</w:t>
      </w:r>
      <w:r>
        <w:br/>
      </w:r>
      <w:r>
        <w:t xml:space="preserve">    (c) the quality of exactness or accuracy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Artemis was perhaps the only person alive who could take full advantage of his recent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acquisition</w:t>
      </w:r>
      <w:r>
        <w:rPr>
          <w:b/>
          <w:bCs/>
        </w:rPr>
        <w:t xml:space="preserve">.</w:t>
      </w:r>
      <w:r>
        <w:br/>
      </w:r>
      <w:r>
        <w:t xml:space="preserve">    (a) social event or ceremony</w:t>
      </w:r>
      <w:r>
        <w:br/>
      </w:r>
      <w:r>
        <w:t xml:space="preserve">    (b) a positively charged ion</w:t>
      </w:r>
      <w:r>
        <w:br/>
      </w:r>
      <w:r>
        <w:t xml:space="preserve">    (c) obtaining; or possession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lot of the magic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attributed</w:t>
      </w:r>
      <w:r>
        <w:rPr>
          <w:b/>
          <w:bCs/>
        </w:rPr>
        <w:t xml:space="preserve"> </w:t>
      </w:r>
      <w:r>
        <w:rPr>
          <w:b/>
          <w:bCs/>
        </w:rPr>
        <w:t xml:space="preserve">to the People is just superstition.</w:t>
      </w:r>
      <w:r>
        <w:br/>
      </w:r>
      <w:r>
        <w:t xml:space="preserve">    (a) credited (pointed to as the cause of something)</w:t>
      </w:r>
      <w:r>
        <w:br/>
      </w:r>
      <w:r>
        <w:t xml:space="preserve">    (b) not made different; or shown to be different</w:t>
      </w:r>
      <w:r>
        <w:br/>
      </w:r>
      <w:r>
        <w:t xml:space="preserve">    (c) not changed directly from a solid to a vapor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Aiming for the weak point at the base of the skull, she let the troll have a long burst of the concentrated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ion</w:t>
      </w:r>
      <w:r>
        <w:rPr>
          <w:b/>
          <w:bCs/>
        </w:rPr>
        <w:t xml:space="preserve"> </w:t>
      </w:r>
      <w:r>
        <w:rPr>
          <w:b/>
          <w:bCs/>
        </w:rPr>
        <w:t xml:space="preserve">ray.</w:t>
      </w:r>
      <w:r>
        <w:br/>
      </w:r>
      <w:r>
        <w:t xml:space="preserve">    (a) an atom that has acquired an electrical charge by the loss or gain of an electron</w:t>
      </w:r>
      <w:r>
        <w:br/>
      </w:r>
      <w:r>
        <w:t xml:space="preserve">    (b) something that serves as evidence -- especially a statement at a trial or hearing</w:t>
      </w:r>
      <w:r>
        <w:br/>
      </w:r>
      <w:r>
        <w:t xml:space="preserve">    (c) a group, made up of government representatives, that has the power to create laws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disobeyed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order.</w:t>
      </w:r>
      <w:r>
        <w:br/>
      </w:r>
      <w:r>
        <w:t xml:space="preserve">    (a) meticulousness (care for small details)</w:t>
      </w:r>
      <w:r>
        <w:br/>
      </w:r>
      <w:r>
        <w:t xml:space="preserve">    (b) the state or degree of being very large</w:t>
      </w:r>
      <w:r>
        <w:br/>
      </w:r>
      <w:r>
        <w:t xml:space="preserve">    (c) clear, straightforward, or to the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stopped and glared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director</w:t>
      </w:r>
      <w:r>
        <w:rPr>
          <w:b/>
          <w:bCs/>
        </w:rPr>
        <w:t xml:space="preserve">'s mauve eyes.</w:t>
      </w:r>
      <w:r>
        <w:br/>
      </w:r>
      <w:r>
        <w:t xml:space="preserve">    (a) someone who polishes something and makes it shiny; or someone who improves something</w:t>
      </w:r>
      <w:r>
        <w:br/>
      </w:r>
      <w:r>
        <w:t xml:space="preserve">    (b) to guide, aim, or manage -- such as actions, attention, speech, a project or company</w:t>
      </w:r>
      <w:r>
        <w:br/>
      </w:r>
      <w:r>
        <w:t xml:space="preserve">    (c) a doctor who tests eyesight and provides glasses or contact lenses to improve vision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effect of this gear-crunching was to flip her around in mid-air, so that her boot heels were pointed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at the troll's head.</w:t>
      </w:r>
      <w:r>
        <w:br/>
      </w:r>
      <w:r>
        <w:t xml:space="preserve">    (a) in a manner that is not sexually attractive, or persuasively tempting</w:t>
      </w:r>
      <w:r>
        <w:br/>
      </w:r>
      <w:r>
        <w:t xml:space="preserve">    (b) straight (exactly where stated; used for emphasis)</w:t>
      </w:r>
      <w:r>
        <w:br/>
      </w:r>
      <w:r>
        <w:t xml:space="preserve">    (c) in a manner that is appropriate or related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the commander was not prepared to risk a computer crash in the middle of an alert and so doused his cigar in the coffee cup of a passing gremlin.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Perhaps a Shao Lin priest could have anticipated some of the more exaggerated movements, but these men were hardly trained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adversaries</w:t>
      </w:r>
      <w:r>
        <w:rPr>
          <w:b/>
          <w:bCs/>
        </w:rPr>
        <w:t xml:space="preserve">.</w:t>
      </w:r>
      <w:r>
        <w:br/>
      </w:r>
      <w:r>
        <w:t xml:space="preserve">    (a) opponents</w:t>
      </w:r>
      <w:r>
        <w:br/>
      </w:r>
      <w:r>
        <w:t xml:space="preserve">    (b) made holy</w:t>
      </w:r>
      <w:r>
        <w:br/>
      </w:r>
      <w:r>
        <w:t xml:space="preserve">    (c) loyalties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the gales had finally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subsided</w:t>
      </w:r>
      <w:r>
        <w:rPr>
          <w:b/>
          <w:bCs/>
        </w:rPr>
        <w:t xml:space="preserve">, he shook his index finger.</w:t>
      </w:r>
      <w:r>
        <w:br/>
      </w:r>
      <w:r>
        <w:t xml:space="preserve">    (a) not interacting or having interest; or stopped interacting or having interest</w:t>
      </w:r>
      <w:r>
        <w:br/>
      </w:r>
      <w:r>
        <w:t xml:space="preserve">    (b) became less intense</w:t>
      </w:r>
      <w:r>
        <w:br/>
      </w:r>
      <w:r>
        <w:t xml:space="preserve">    (c) campaigned or worked for a cause that was passionately believed to be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deeper the tunnel, the less chance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subsidence</w:t>
      </w:r>
      <w:r>
        <w:rPr>
          <w:b/>
          <w:bCs/>
        </w:rPr>
        <w:t xml:space="preserve"> </w:t>
      </w:r>
      <w:r>
        <w:rPr>
          <w:b/>
          <w:bCs/>
        </w:rPr>
        <w:t xml:space="preserve">on the surface.</w:t>
      </w:r>
      <w:r>
        <w:br/>
      </w:r>
      <w:r>
        <w:t xml:space="preserve">    (a) belief or opinion formed by viewing things a certain way</w:t>
      </w:r>
      <w:r>
        <w:br/>
      </w:r>
      <w:r>
        <w:t xml:space="preserve">    (b) the gradual sinking or settling of land to a lower level</w:t>
      </w:r>
      <w:r>
        <w:br/>
      </w:r>
      <w:r>
        <w:t xml:space="preserve">    (c) soft leather shoe traditionally worn by Native Americans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Artemis put on his best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 </w:t>
      </w:r>
      <w:r>
        <w:rPr>
          <w:b/>
          <w:bCs/>
        </w:rPr>
        <w:t xml:space="preserve">face.</w:t>
      </w:r>
      <w:r>
        <w:br/>
      </w:r>
      <w:r>
        <w:t xml:space="preserve">    (a) evil or frightening</w:t>
      </w:r>
      <w:r>
        <w:br/>
      </w:r>
      <w:r>
        <w:t xml:space="preserve">    (b) not thoughtful about the past</w:t>
      </w:r>
      <w:r>
        <w:br/>
      </w:r>
      <w:r>
        <w:t xml:space="preserve">    (c) not able to be disagreed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Plastering your absurd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interpretations</w:t>
      </w:r>
      <w:r>
        <w:rPr>
          <w:b/>
          <w:bCs/>
        </w:rPr>
        <w:t xml:space="preserve"> </w:t>
      </w:r>
      <w:r>
        <w:rPr>
          <w:b/>
          <w:bCs/>
        </w:rPr>
        <w:t xml:space="preserve">on to the most innocent of gestures.</w:t>
      </w:r>
      <w:r>
        <w:br/>
      </w:r>
      <w:r>
        <w:t xml:space="preserve">    (a) quiet voices; or a quiet voice</w:t>
      </w:r>
      <w:r>
        <w:br/>
      </w:r>
      <w:r>
        <w:t xml:space="preserve">    (b) people who express disapproval</w:t>
      </w:r>
      <w:r>
        <w:br/>
      </w:r>
      <w:r>
        <w:t xml:space="preserve">    (c) ways of understanding or explaining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manor</w:t>
      </w:r>
      <w:r>
        <w:rPr>
          <w:b/>
          <w:bCs/>
        </w:rPr>
        <w:t xml:space="preserve">'s security had been compromised.</w:t>
      </w:r>
      <w:r>
        <w:br/>
      </w:r>
      <w:r>
        <w:t xml:space="preserve">    (a) lymph node -- one of many bean-sized organs that filter bacteria and other toxins from circulating white-blood-cell filled lymph fluid</w:t>
      </w:r>
      <w:r>
        <w:br/>
      </w:r>
      <w:r>
        <w:t xml:space="preserve">    (b) a large house and the land around it</w:t>
      </w:r>
      <w:r>
        <w:br/>
      </w:r>
      <w:r>
        <w:t xml:space="preserve">    (c) when what happens is very different than what might be expected; or when things are together that seem like they don't belong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activated, several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alloy</w:t>
      </w:r>
      <w:r>
        <w:rPr>
          <w:b/>
          <w:bCs/>
        </w:rPr>
        <w:t xml:space="preserve"> </w:t>
      </w:r>
      <w:r>
        <w:rPr>
          <w:b/>
          <w:bCs/>
        </w:rPr>
        <w:t xml:space="preserve">rods in the seal's collar would be detonated simultaneously, effectively disintegrating the door.</w:t>
      </w:r>
      <w:r>
        <w:br/>
      </w:r>
      <w:r>
        <w:t xml:space="preserve">    (a) a metal that consists of more than one element</w:t>
      </w:r>
      <w:r>
        <w:br/>
      </w:r>
      <w:r>
        <w:t xml:space="preserve">    (b) a slight amount; or to contain a slight amount</w:t>
      </w:r>
      <w:r>
        <w:br/>
      </w:r>
      <w:r>
        <w:t xml:space="preserve">    (c) something that is necessary for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only shelter was provided by the suits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medieval</w:t>
      </w:r>
      <w:r>
        <w:rPr>
          <w:b/>
          <w:bCs/>
        </w:rPr>
        <w:t xml:space="preserve"> </w:t>
      </w:r>
      <w:r>
        <w:rPr>
          <w:b/>
          <w:bCs/>
        </w:rPr>
        <w:t xml:space="preserve">armour punctuating the walls.</w:t>
      </w:r>
      <w:r>
        <w:br/>
      </w:r>
      <w:r>
        <w:t xml:space="preserve">    (a) relating to or belonging to the Middle Ages</w:t>
      </w:r>
      <w:r>
        <w:br/>
      </w:r>
      <w:r>
        <w:br/>
      </w:r>
      <w:r>
        <w:t xml:space="preserve">(the period of European history between the fall of the Roman Empire and the beginning of the Renaissance -- roughly 500–1500 AD)</w:t>
      </w:r>
      <w:r>
        <w:br/>
      </w:r>
      <w:r>
        <w:t xml:space="preserve">    (b) the degree to which a performance of or to someone else's work lends itself to the expression of personal artistic ideas or feelings by the performer</w:t>
      </w:r>
      <w:r>
        <w:br/>
      </w:r>
      <w:r>
        <w:t xml:space="preserve">    (c) the quality or degree of being straightforward or clear (sometimes indicating that truth is not worded carefully to spare feelings or gain advantage)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Foaly,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centaur</w:t>
      </w:r>
      <w:r>
        <w:rPr>
          <w:b/>
          <w:bCs/>
        </w:rPr>
        <w:t xml:space="preserve">.</w:t>
      </w:r>
      <w:r>
        <w:br/>
      </w:r>
      <w:r>
        <w:t xml:space="preserve">    (a) the act, process, or instance of telling a story</w:t>
      </w:r>
      <w:r>
        <w:br/>
      </w:r>
      <w:r>
        <w:t xml:space="preserve">    (b) a general feeling of not being as good as others</w:t>
      </w:r>
      <w:r>
        <w:br/>
      </w:r>
      <w:r>
        <w:t xml:space="preserve">    (c) a mythical being that is half man and half horse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approached the doorway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tentatively</w:t>
      </w:r>
      <w:r>
        <w:rPr>
          <w:b/>
          <w:bCs/>
        </w:rPr>
        <w:t xml:space="preserve">.</w:t>
      </w:r>
      <w:r>
        <w:br/>
      </w:r>
      <w:r>
        <w:t xml:space="preserve">    (a) carefully (in an unsure or hesitant manner)</w:t>
      </w:r>
      <w:r>
        <w:br/>
      </w:r>
      <w:r>
        <w:t xml:space="preserve">    (b) in comparison to something else</w:t>
      </w:r>
      <w:r>
        <w:br/>
      </w:r>
      <w:r>
        <w:t xml:space="preserve">    (c) in a manner that is not sincere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would have to completely disappear of course, but a plan was already forming in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devious</w:t>
      </w:r>
      <w:r>
        <w:rPr>
          <w:b/>
          <w:bCs/>
        </w:rPr>
        <w:t xml:space="preserve"> </w:t>
      </w:r>
      <w:r>
        <w:rPr>
          <w:b/>
          <w:bCs/>
        </w:rPr>
        <w:t xml:space="preserve">mind.</w:t>
      </w:r>
      <w:r>
        <w:br/>
      </w:r>
      <w:r>
        <w:t xml:space="preserve">    (a) relating to one-sided information that is purposefully spread to influence opinions</w:t>
      </w:r>
      <w:r>
        <w:br/>
      </w:r>
      <w:r>
        <w:t xml:space="preserve">    (b) deceitful (not honest and straightforward) -- often in a complicated, clever manner</w:t>
      </w:r>
      <w:r>
        <w:br/>
      </w:r>
      <w:r>
        <w:t xml:space="preserve">    (c) able to be persuaded to do something by tempting with pleasure or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D'Klass thought that the greed of the Mud People in his kingdom could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assuaged</w:t>
      </w:r>
      <w:r>
        <w:rPr>
          <w:b/>
          <w:bCs/>
        </w:rPr>
        <w:t xml:space="preserve"> </w:t>
      </w:r>
      <w:r>
        <w:rPr>
          <w:b/>
          <w:bCs/>
        </w:rPr>
        <w:t xml:space="preserve">by distributing lavish gifts.</w:t>
      </w:r>
      <w:r>
        <w:br/>
      </w:r>
      <w:r>
        <w:t xml:space="preserve">    (a) soothed</w:t>
      </w:r>
      <w:r>
        <w:br/>
      </w:r>
      <w:r>
        <w:t xml:space="preserve">    (b) made a joke of</w:t>
      </w:r>
      <w:r>
        <w:br/>
      </w:r>
      <w:r>
        <w:t xml:space="preserve">    (c) made worse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2026-07-31T16:44:57Z</dcterms:created>
  <dcterms:modified xsi:type="dcterms:W3CDTF">2026-07-31T16:44:57Z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