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50726c507e3e8f95964af860ba61f424fa1e6e4"/>
    <w:p>
      <w:pPr>
        <w:pStyle w:val="Heading1"/>
      </w:pPr>
      <w:r>
        <w:rPr>
          <w:b/>
          <w:bCs/>
        </w:rPr>
        <w:t xml:space="preserve">Artemis Fowl</w:t>
      </w:r>
      <w:r>
        <w:br/>
      </w:r>
      <w:r>
        <w:rPr>
          <w:i/>
          <w:iCs/>
        </w:rPr>
        <w:t xml:space="preserve">Eoin Colfer</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 other pictograms were arranged around this</w:t>
      </w:r>
      <w:r>
        <w:rPr>
          <w:b/>
          <w:bCs/>
        </w:rPr>
        <w:t xml:space="preserve"> </w:t>
      </w:r>
      <w:r>
        <w:rPr>
          <w:b/>
          <w:bCs/>
          <w:u w:val="single"/>
        </w:rPr>
        <w:t xml:space="preserve">pivotal</w:t>
      </w:r>
      <w:r>
        <w:rPr>
          <w:b/>
          <w:bCs/>
        </w:rPr>
        <w:t xml:space="preserve"> </w:t>
      </w:r>
      <w:r>
        <w:rPr>
          <w:b/>
          <w:bCs/>
        </w:rPr>
        <w:t xml:space="preserve">area.</w:t>
      </w:r>
      <w:r>
        <w:br/>
      </w:r>
      <w:r>
        <w:t xml:space="preserve">    (a) unable to find</w:t>
      </w:r>
      <w:r>
        <w:br/>
      </w:r>
      <w:r>
        <w:t xml:space="preserve">    (b) very important</w:t>
      </w:r>
      <w:r>
        <w:br/>
      </w:r>
      <w:r>
        <w:t xml:space="preserve">    (c) very important</w:t>
      </w:r>
    </w:p>
    <w:p>
      <w:pPr>
        <w:pStyle w:val="Compact"/>
        <w:numPr>
          <w:ilvl w:val="0"/>
          <w:numId w:val="1001"/>
        </w:numPr>
      </w:pPr>
      <w:r>
        <w:rPr>
          <w:b/>
          <w:bCs/>
        </w:rPr>
        <w:t xml:space="preserve">As usual there was chaos in the main</w:t>
      </w:r>
      <w:r>
        <w:rPr>
          <w:b/>
          <w:bCs/>
        </w:rPr>
        <w:t xml:space="preserve"> </w:t>
      </w:r>
      <w:r>
        <w:rPr>
          <w:b/>
          <w:bCs/>
          <w:u w:val="single"/>
        </w:rPr>
        <w:t xml:space="preserve">thoroughfare</w:t>
      </w:r>
      <w:r>
        <w:rPr>
          <w:b/>
          <w:bCs/>
        </w:rPr>
        <w:t xml:space="preserve">.</w:t>
      </w:r>
      <w:r>
        <w:br/>
      </w:r>
      <w:r>
        <w:t xml:space="preserve">    (a) framework</w:t>
      </w:r>
      <w:r>
        <w:br/>
      </w:r>
      <w:r>
        <w:t xml:space="preserve">    (b) main road</w:t>
      </w:r>
      <w:r>
        <w:br/>
      </w:r>
      <w:r>
        <w:t xml:space="preserve">    (c) blockage</w:t>
      </w:r>
    </w:p>
    <w:p>
      <w:pPr>
        <w:pStyle w:val="Compact"/>
        <w:numPr>
          <w:ilvl w:val="0"/>
          <w:numId w:val="1001"/>
        </w:numPr>
      </w:pPr>
      <w:r>
        <w:rPr>
          <w:b/>
          <w:bCs/>
        </w:rPr>
        <w:t xml:space="preserve">He glanced up sharply when Holly entered through the</w:t>
      </w:r>
      <w:r>
        <w:rPr>
          <w:b/>
          <w:bCs/>
        </w:rPr>
        <w:t xml:space="preserve"> </w:t>
      </w:r>
      <w:r>
        <w:rPr>
          <w:b/>
          <w:bCs/>
          <w:u w:val="single"/>
        </w:rPr>
        <w:t xml:space="preserve">pneumatic</w:t>
      </w:r>
      <w:r>
        <w:rPr>
          <w:b/>
          <w:bCs/>
        </w:rPr>
        <w:t xml:space="preserve"> </w:t>
      </w:r>
      <w:r>
        <w:rPr>
          <w:b/>
          <w:bCs/>
        </w:rPr>
        <w:t xml:space="preserve">double doors.</w:t>
      </w:r>
      <w:r>
        <w:br/>
      </w:r>
      <w:r>
        <w:t xml:space="preserve">    (a) not capable of being suffered through (or put up with)</w:t>
      </w:r>
      <w:r>
        <w:br/>
      </w:r>
      <w:r>
        <w:t xml:space="preserve">    (b) the degree to which something can be solved or settled</w:t>
      </w:r>
      <w:r>
        <w:br/>
      </w:r>
      <w:r>
        <w:t xml:space="preserve">    (c) of or relating to or using air (or gas) under pressure</w:t>
      </w:r>
    </w:p>
    <w:p>
      <w:pPr>
        <w:pStyle w:val="Compact"/>
        <w:numPr>
          <w:ilvl w:val="0"/>
          <w:numId w:val="1001"/>
        </w:numPr>
      </w:pPr>
      <w:r>
        <w:rPr>
          <w:b/>
          <w:bCs/>
        </w:rPr>
        <w:t xml:space="preserve">"Trust me."</w:t>
      </w:r>
      <w:r>
        <w:br/>
      </w:r>
      <w:r>
        <w:rPr>
          <w:b/>
          <w:bCs/>
        </w:rPr>
        <w:t xml:space="preserve">And Butler did.</w:t>
      </w:r>
      <w:r>
        <w:rPr>
          <w:b/>
          <w:bCs/>
        </w:rPr>
        <w:t xml:space="preserve"> </w:t>
      </w:r>
      <w:r>
        <w:rPr>
          <w:b/>
          <w:bCs/>
          <w:u w:val="single"/>
        </w:rPr>
        <w:t xml:space="preserve">Implicitly</w:t>
      </w:r>
      <w:r>
        <w:rPr>
          <w:b/>
          <w:bCs/>
        </w:rPr>
        <w:t xml:space="preserve">.</w:t>
      </w:r>
      <w:r>
        <w:br/>
      </w:r>
      <w:r>
        <w:t xml:space="preserve">    (a) in a manner like a "monk"</w:t>
      </w:r>
      <w:r>
        <w:br/>
      </w:r>
      <w:r>
        <w:t xml:space="preserve">    (b) not exactly or accurately</w:t>
      </w:r>
      <w:r>
        <w:br/>
      </w:r>
      <w:r>
        <w:t xml:space="preserve">    (c) without question or doubt</w:t>
      </w:r>
    </w:p>
    <w:p>
      <w:pPr>
        <w:pStyle w:val="Compact"/>
        <w:numPr>
          <w:ilvl w:val="0"/>
          <w:numId w:val="1001"/>
        </w:numPr>
      </w:pPr>
      <w:r>
        <w:rPr>
          <w:b/>
          <w:bCs/>
        </w:rPr>
        <w:t xml:space="preserve">Root spat out the butt of his cigar, squashing it</w:t>
      </w:r>
      <w:r>
        <w:rPr>
          <w:b/>
          <w:bCs/>
        </w:rPr>
        <w:t xml:space="preserve"> </w:t>
      </w:r>
      <w:r>
        <w:rPr>
          <w:b/>
          <w:bCs/>
          <w:u w:val="single"/>
        </w:rPr>
        <w:t xml:space="preserve">comprehensively</w:t>
      </w:r>
      <w:r>
        <w:rPr>
          <w:b/>
          <w:bCs/>
        </w:rPr>
        <w:t xml:space="preserve"> </w:t>
      </w:r>
      <w:r>
        <w:rPr>
          <w:b/>
          <w:bCs/>
        </w:rPr>
        <w:t xml:space="preserve">beneath his boot heel.</w:t>
      </w:r>
      <w:r>
        <w:br/>
      </w:r>
      <w:r>
        <w:t xml:space="preserve">    (a) in a manner that expresses or displays detailed sexual activity or violence</w:t>
      </w:r>
      <w:r>
        <w:br/>
      </w:r>
      <w:r>
        <w:t xml:space="preserve">    (b) in a manner that is large in scope or includes everything that is important</w:t>
      </w:r>
      <w:r>
        <w:br/>
      </w:r>
      <w:r>
        <w:t xml:space="preserve">    (c) not in a straightforward manner (complicated, incidental, or unintentional)</w:t>
      </w:r>
    </w:p>
    <w:p>
      <w:pPr>
        <w:pStyle w:val="Compact"/>
        <w:numPr>
          <w:ilvl w:val="0"/>
          <w:numId w:val="1001"/>
        </w:numPr>
      </w:pPr>
      <w:r>
        <w:rPr>
          <w:b/>
          <w:bCs/>
        </w:rPr>
        <w:t xml:space="preserve">The fourth was ... dispatched with a spinning kick. But the most</w:t>
      </w:r>
      <w:r>
        <w:rPr>
          <w:b/>
          <w:bCs/>
        </w:rPr>
        <w:t xml:space="preserve"> </w:t>
      </w:r>
      <w:r>
        <w:rPr>
          <w:b/>
          <w:bCs/>
          <w:u w:val="single"/>
        </w:rPr>
        <w:t xml:space="preserve">ostentatious</w:t>
      </w:r>
      <w:r>
        <w:rPr>
          <w:b/>
          <w:bCs/>
        </w:rPr>
        <w:t xml:space="preserve"> </w:t>
      </w:r>
      <w:r>
        <w:rPr>
          <w:b/>
          <w:bCs/>
        </w:rPr>
        <w:t xml:space="preserve">was saved for the last pair. The manservant rolled on to his back, caught them by the collars of their donkey jackets and flipped them into Dublin harbour. Big splashes, plenty of wailing.</w:t>
      </w:r>
      <w:r>
        <w:br/>
      </w:r>
      <w:r>
        <w:t xml:space="preserve">    (a) intended to attract notice</w:t>
      </w:r>
      <w:r>
        <w:br/>
      </w:r>
      <w:r>
        <w:t xml:space="preserve">    (b) the characteristic of demonstrating something</w:t>
      </w:r>
      <w:r>
        <w:br/>
      </w:r>
      <w:r>
        <w:t xml:space="preserve">    (c) the quality of being unchanging or continuous</w:t>
      </w:r>
    </w:p>
    <w:p>
      <w:pPr>
        <w:pStyle w:val="Compact"/>
        <w:numPr>
          <w:ilvl w:val="0"/>
          <w:numId w:val="1001"/>
        </w:numPr>
      </w:pPr>
      <w:r>
        <w:rPr>
          <w:b/>
          <w:bCs/>
        </w:rPr>
        <w:t xml:space="preserve">'I don't have time for</w:t>
      </w:r>
      <w:r>
        <w:rPr>
          <w:b/>
          <w:bCs/>
        </w:rPr>
        <w:t xml:space="preserve"> </w:t>
      </w:r>
      <w:r>
        <w:rPr>
          <w:b/>
          <w:bCs/>
          <w:u w:val="single"/>
        </w:rPr>
        <w:t xml:space="preserve">theorizing</w:t>
      </w:r>
      <w:r>
        <w:rPr>
          <w:b/>
          <w:bCs/>
        </w:rPr>
        <w:t xml:space="preserve"> </w:t>
      </w:r>
      <w:r>
        <w:rPr>
          <w:b/>
          <w:bCs/>
        </w:rPr>
        <w:t xml:space="preserve">now, Foaly.</w:t>
      </w:r>
      <w:r>
        <w:br/>
      </w:r>
      <w:r>
        <w:t xml:space="preserve">    (a) roughly calculating or guessing (based on incomplete information) a value, quantity, or extent of something</w:t>
      </w:r>
      <w:r>
        <w:br/>
      </w:r>
      <w:r>
        <w:t xml:space="preserve">    (b) to form a theory (a belief about how something works or came about -- often without having absolute proof)</w:t>
      </w:r>
      <w:r>
        <w:br/>
      </w:r>
      <w:r>
        <w:t xml:space="preserve">    (c) treating something in an educated, intellectual way -- often excluding emotional or practical considerations</w:t>
      </w:r>
    </w:p>
    <w:p>
      <w:pPr>
        <w:pStyle w:val="Compact"/>
        <w:numPr>
          <w:ilvl w:val="0"/>
          <w:numId w:val="1001"/>
        </w:numPr>
      </w:pPr>
      <w:r>
        <w:rPr>
          <w:b/>
          <w:bCs/>
        </w:rPr>
        <w:t xml:space="preserve">Kelp did a quick head count. Eleven. One short of a full</w:t>
      </w:r>
      <w:r>
        <w:rPr>
          <w:b/>
          <w:bCs/>
        </w:rPr>
        <w:t xml:space="preserve"> </w:t>
      </w:r>
      <w:r>
        <w:rPr>
          <w:b/>
          <w:bCs/>
          <w:u w:val="single"/>
        </w:rPr>
        <w:t xml:space="preserve">complement</w:t>
      </w:r>
      <w:r>
        <w:rPr>
          <w:b/>
          <w:bCs/>
        </w:rPr>
        <w:t xml:space="preserve">.</w:t>
      </w:r>
      <w:r>
        <w:br/>
      </w:r>
      <w:r>
        <w:t xml:space="preserve">    (a) a quantity of something that is considered complete</w:t>
      </w:r>
      <w:r>
        <w:br/>
      </w:r>
      <w:r>
        <w:t xml:space="preserve">    (b) power plants that produce energy by splitting atoms</w:t>
      </w:r>
      <w:r>
        <w:br/>
      </w:r>
      <w:r>
        <w:t xml:space="preserve">    (c) the state or characteristic of being less than zero</w:t>
      </w:r>
    </w:p>
    <w:p>
      <w:pPr>
        <w:pStyle w:val="Compact"/>
        <w:numPr>
          <w:ilvl w:val="0"/>
          <w:numId w:val="1001"/>
        </w:numPr>
      </w:pPr>
      <w:r>
        <w:rPr>
          <w:b/>
          <w:bCs/>
        </w:rPr>
        <w:t xml:space="preserve">Secretly, however, he</w:t>
      </w:r>
      <w:r>
        <w:rPr>
          <w:b/>
          <w:bCs/>
        </w:rPr>
        <w:t xml:space="preserve"> </w:t>
      </w:r>
      <w:r>
        <w:rPr>
          <w:b/>
          <w:bCs/>
          <w:u w:val="single"/>
        </w:rPr>
        <w:t xml:space="preserve">concurred</w:t>
      </w:r>
      <w:r>
        <w:rPr>
          <w:b/>
          <w:bCs/>
        </w:rPr>
        <w:t xml:space="preserve"> </w:t>
      </w:r>
      <w:r>
        <w:rPr>
          <w:b/>
          <w:bCs/>
        </w:rPr>
        <w:t xml:space="preserve">with the sentiment.</w:t>
      </w:r>
      <w:r>
        <w:br/>
      </w:r>
      <w:r>
        <w:t xml:space="preserve">    (a) agreed</w:t>
      </w:r>
      <w:r>
        <w:br/>
      </w:r>
      <w:r>
        <w:t xml:space="preserve">    (b) copied</w:t>
      </w:r>
      <w:r>
        <w:br/>
      </w:r>
      <w:r>
        <w:t xml:space="preserve">    (c) traded</w:t>
      </w:r>
    </w:p>
    <w:p>
      <w:pPr>
        <w:pStyle w:val="Compact"/>
        <w:numPr>
          <w:ilvl w:val="0"/>
          <w:numId w:val="1001"/>
        </w:numPr>
      </w:pPr>
      <w:r>
        <w:rPr>
          <w:b/>
          <w:bCs/>
        </w:rPr>
        <w:t xml:space="preserve">If not for the array of very</w:t>
      </w:r>
      <w:r>
        <w:rPr>
          <w:b/>
          <w:bCs/>
        </w:rPr>
        <w:t xml:space="preserve"> </w:t>
      </w:r>
      <w:r>
        <w:rPr>
          <w:b/>
          <w:bCs/>
          <w:u w:val="single"/>
        </w:rPr>
        <w:t xml:space="preserve">proficient</w:t>
      </w:r>
      <w:r>
        <w:rPr>
          <w:b/>
          <w:bCs/>
        </w:rPr>
        <w:t xml:space="preserve">-looking weaponry hanging from each belt, it would have been almost comical.</w:t>
      </w:r>
      <w:r>
        <w:br/>
      </w:r>
      <w:r>
        <w:t xml:space="preserve">    (a) skillful</w:t>
      </w:r>
      <w:r>
        <w:br/>
      </w:r>
      <w:r>
        <w:t xml:space="preserve">    (b) pleasing</w:t>
      </w:r>
      <w:r>
        <w:br/>
      </w:r>
      <w:r>
        <w:t xml:space="preserve">    (c) absolute</w:t>
      </w:r>
    </w:p>
    <w:p>
      <w:pPr>
        <w:pStyle w:val="Compact"/>
        <w:numPr>
          <w:ilvl w:val="0"/>
          <w:numId w:val="1001"/>
        </w:numPr>
      </w:pPr>
      <w:r>
        <w:rPr>
          <w:b/>
          <w:bCs/>
        </w:rPr>
        <w:t xml:space="preserve">A shimmering</w:t>
      </w:r>
      <w:r>
        <w:rPr>
          <w:b/>
          <w:bCs/>
        </w:rPr>
        <w:t xml:space="preserve"> </w:t>
      </w:r>
      <w:r>
        <w:rPr>
          <w:b/>
          <w:bCs/>
          <w:u w:val="single"/>
        </w:rPr>
        <w:t xml:space="preserve">azure</w:t>
      </w:r>
      <w:r>
        <w:rPr>
          <w:b/>
          <w:bCs/>
        </w:rPr>
        <w:t xml:space="preserve"> </w:t>
      </w:r>
      <w:r>
        <w:rPr>
          <w:b/>
          <w:bCs/>
        </w:rPr>
        <w:t xml:space="preserve">field had descended over the Fowl estate.</w:t>
      </w:r>
      <w:r>
        <w:br/>
      </w:r>
      <w:r>
        <w:t xml:space="preserve">    (a) disorder</w:t>
      </w:r>
      <w:r>
        <w:br/>
      </w:r>
      <w:r>
        <w:t xml:space="preserve">    (b) sky-blue</w:t>
      </w:r>
      <w:r>
        <w:br/>
      </w:r>
      <w:r>
        <w:t xml:space="preserve">    (c) reporter</w:t>
      </w:r>
    </w:p>
    <w:p>
      <w:pPr>
        <w:pStyle w:val="Compact"/>
        <w:numPr>
          <w:ilvl w:val="0"/>
          <w:numId w:val="1001"/>
        </w:numPr>
      </w:pPr>
      <w:r>
        <w:rPr>
          <w:b/>
          <w:bCs/>
        </w:rPr>
        <w:t xml:space="preserve">At present, Mulch was</w:t>
      </w:r>
      <w:r>
        <w:rPr>
          <w:b/>
          <w:bCs/>
        </w:rPr>
        <w:t xml:space="preserve"> </w:t>
      </w:r>
      <w:r>
        <w:rPr>
          <w:b/>
          <w:bCs/>
          <w:u w:val="single"/>
        </w:rPr>
        <w:t xml:space="preserve">languishing</w:t>
      </w:r>
      <w:r>
        <w:rPr>
          <w:b/>
          <w:bCs/>
        </w:rPr>
        <w:t xml:space="preserve"> </w:t>
      </w:r>
      <w:r>
        <w:rPr>
          <w:b/>
          <w:bCs/>
        </w:rPr>
        <w:t xml:space="preserve">in a stone-walled cell in LEP Central.</w:t>
      </w:r>
      <w:r>
        <w:br/>
      </w:r>
      <w:r>
        <w:t xml:space="preserve">    (a) emphasizing (drawing attention to something)</w:t>
      </w:r>
      <w:r>
        <w:br/>
      </w:r>
      <w:r>
        <w:t xml:space="preserve">    (b) suffering in a bad situation for a long time</w:t>
      </w:r>
      <w:r>
        <w:br/>
      </w:r>
      <w:r>
        <w:t xml:space="preserve">    (c) a non-doctor assisting a women in childbirth</w:t>
      </w:r>
    </w:p>
    <w:p>
      <w:pPr>
        <w:pStyle w:val="Compact"/>
        <w:numPr>
          <w:ilvl w:val="0"/>
          <w:numId w:val="1001"/>
        </w:numPr>
      </w:pPr>
      <w:r>
        <w:rPr>
          <w:b/>
          <w:bCs/>
        </w:rPr>
        <w:t xml:space="preserve">Mulch followed a</w:t>
      </w:r>
      <w:r>
        <w:rPr>
          <w:b/>
          <w:bCs/>
        </w:rPr>
        <w:t xml:space="preserve"> </w:t>
      </w:r>
      <w:r>
        <w:rPr>
          <w:b/>
          <w:bCs/>
          <w:u w:val="single"/>
        </w:rPr>
        <w:t xml:space="preserve">loamy</w:t>
      </w:r>
      <w:r>
        <w:rPr>
          <w:b/>
          <w:bCs/>
        </w:rPr>
        <w:t xml:space="preserve"> </w:t>
      </w:r>
      <w:r>
        <w:rPr>
          <w:b/>
          <w:bCs/>
        </w:rPr>
        <w:t xml:space="preserve">vein through a volcanic fold in the rock.</w:t>
      </w:r>
      <w:r>
        <w:br/>
      </w:r>
      <w:r>
        <w:t xml:space="preserve">    (a) city</w:t>
      </w:r>
      <w:r>
        <w:br/>
      </w:r>
      <w:r>
        <w:t xml:space="preserve">    (b) real</w:t>
      </w:r>
      <w:r>
        <w:br/>
      </w:r>
      <w:r>
        <w:t xml:space="preserve">    (c) rich</w:t>
      </w:r>
    </w:p>
    <w:p>
      <w:pPr>
        <w:pStyle w:val="Compact"/>
        <w:numPr>
          <w:ilvl w:val="0"/>
          <w:numId w:val="1001"/>
        </w:numPr>
      </w:pPr>
      <w:r>
        <w:rPr>
          <w:b/>
          <w:bCs/>
        </w:rPr>
        <w:t xml:space="preserve">The</w:t>
      </w:r>
      <w:r>
        <w:rPr>
          <w:b/>
          <w:bCs/>
        </w:rPr>
        <w:t xml:space="preserve"> </w:t>
      </w:r>
      <w:r>
        <w:rPr>
          <w:b/>
          <w:bCs/>
          <w:u w:val="single"/>
        </w:rPr>
        <w:t xml:space="preserve">constrained</w:t>
      </w:r>
      <w:r>
        <w:rPr>
          <w:b/>
          <w:bCs/>
        </w:rPr>
        <w:t xml:space="preserve"> </w:t>
      </w:r>
      <w:r>
        <w:rPr>
          <w:b/>
          <w:bCs/>
        </w:rPr>
        <w:t xml:space="preserve">wind had built itself up to mini-cyclone intensity and could not be constrained.</w:t>
      </w:r>
      <w:r>
        <w:br/>
      </w:r>
      <w:r>
        <w:t xml:space="preserve">    (a) not provided with investment funds</w:t>
      </w:r>
      <w:r>
        <w:br/>
      </w:r>
      <w:r>
        <w:t xml:space="preserve">    (b) restricted; or lacking spontaneity</w:t>
      </w:r>
      <w:r>
        <w:br/>
      </w:r>
      <w:r>
        <w:t xml:space="preserve">    (c) stopped (something from happening)</w:t>
      </w:r>
    </w:p>
    <w:p>
      <w:pPr>
        <w:pStyle w:val="Compact"/>
        <w:numPr>
          <w:ilvl w:val="0"/>
          <w:numId w:val="1001"/>
        </w:numPr>
      </w:pPr>
      <w:r>
        <w:rPr>
          <w:b/>
          <w:bCs/>
        </w:rPr>
        <w:t xml:space="preserve">By the time his vision had settled, the dwarf had disappeared into a</w:t>
      </w:r>
      <w:r>
        <w:rPr>
          <w:b/>
          <w:bCs/>
        </w:rPr>
        <w:t xml:space="preserve"> </w:t>
      </w:r>
      <w:r>
        <w:rPr>
          <w:b/>
          <w:bCs/>
          <w:u w:val="single"/>
        </w:rPr>
        <w:t xml:space="preserve">maelstrom</w:t>
      </w:r>
      <w:r>
        <w:rPr>
          <w:b/>
          <w:bCs/>
        </w:rPr>
        <w:t xml:space="preserve"> </w:t>
      </w:r>
      <w:r>
        <w:rPr>
          <w:b/>
          <w:bCs/>
        </w:rPr>
        <w:t xml:space="preserve">of churning muck.</w:t>
      </w:r>
      <w:r>
        <w:br/>
      </w:r>
      <w:r>
        <w:t xml:space="preserve">    (a) a situation of wild confusion, disorder, or violent movement; or less commonly, a powerful whirlpool</w:t>
      </w:r>
      <w:r>
        <w:br/>
      </w:r>
      <w:r>
        <w:t xml:space="preserve">    (b) a powerful stimulant drug that increases activity in the brain and nervous system -- often addictive</w:t>
      </w:r>
      <w:r>
        <w:br/>
      </w:r>
      <w:r>
        <w:t xml:space="preserve">    (c) aka natural right -- a right that is naturally due because of human nature and the natural condition</w:t>
      </w:r>
    </w:p>
    <w:p>
      <w:pPr>
        <w:pStyle w:val="Compact"/>
        <w:numPr>
          <w:ilvl w:val="0"/>
          <w:numId w:val="1001"/>
        </w:numPr>
      </w:pPr>
      <w:r>
        <w:rPr>
          <w:b/>
          <w:bCs/>
        </w:rPr>
        <w:t xml:space="preserve">These were curved, with</w:t>
      </w:r>
      <w:r>
        <w:rPr>
          <w:b/>
          <w:bCs/>
        </w:rPr>
        <w:t xml:space="preserve"> </w:t>
      </w:r>
      <w:r>
        <w:rPr>
          <w:b/>
          <w:bCs/>
          <w:u w:val="single"/>
        </w:rPr>
        <w:t xml:space="preserve">serrated</w:t>
      </w:r>
      <w:r>
        <w:rPr>
          <w:b/>
          <w:bCs/>
        </w:rPr>
        <w:t xml:space="preserve"> </w:t>
      </w:r>
      <w:r>
        <w:rPr>
          <w:b/>
          <w:bCs/>
        </w:rPr>
        <w:t xml:space="preserve">edges.</w:t>
      </w:r>
      <w:r>
        <w:br/>
      </w:r>
      <w:r>
        <w:t xml:space="preserve">    (a) broke the law by telling lies after formally promising to tell the truth</w:t>
      </w:r>
      <w:r>
        <w:br/>
      </w:r>
      <w:r>
        <w:t xml:space="preserve">    (b) related such that a change in one thing helps predict a change in another</w:t>
      </w:r>
      <w:r>
        <w:br/>
      </w:r>
      <w:r>
        <w:t xml:space="preserve">    (c) having points along the edge -- like a saw, some knives, and some leaves</w:t>
      </w:r>
    </w:p>
    <w:p>
      <w:pPr>
        <w:pStyle w:val="Compact"/>
        <w:numPr>
          <w:ilvl w:val="0"/>
          <w:numId w:val="1001"/>
        </w:numPr>
      </w:pPr>
      <w:r>
        <w:rPr>
          <w:b/>
          <w:bCs/>
        </w:rPr>
        <w:t xml:space="preserve">The sparks</w:t>
      </w:r>
      <w:r>
        <w:rPr>
          <w:b/>
          <w:bCs/>
        </w:rPr>
        <w:t xml:space="preserve"> </w:t>
      </w:r>
      <w:r>
        <w:rPr>
          <w:b/>
          <w:bCs/>
          <w:u w:val="single"/>
        </w:rPr>
        <w:t xml:space="preserve">congregated</w:t>
      </w:r>
      <w:r>
        <w:rPr>
          <w:b/>
          <w:bCs/>
        </w:rPr>
        <w:t xml:space="preserve"> </w:t>
      </w:r>
      <w:r>
        <w:rPr>
          <w:b/>
          <w:bCs/>
        </w:rPr>
        <w:t xml:space="preserve">at trauma points, sinking into the skin.</w:t>
      </w:r>
      <w:r>
        <w:br/>
      </w:r>
      <w:r>
        <w:t xml:space="preserve">    (a) sat down</w:t>
      </w:r>
      <w:r>
        <w:br/>
      </w:r>
      <w:r>
        <w:t xml:space="preserve">    (b) shouted</w:t>
      </w:r>
      <w:r>
        <w:br/>
      </w:r>
      <w:r>
        <w:t xml:space="preserve">    (c) came together</w:t>
      </w:r>
    </w:p>
    <w:p>
      <w:pPr>
        <w:pStyle w:val="Compact"/>
        <w:numPr>
          <w:ilvl w:val="0"/>
          <w:numId w:val="1001"/>
        </w:numPr>
      </w:pPr>
      <w:r>
        <w:rPr>
          <w:b/>
          <w:bCs/>
        </w:rPr>
        <w:t xml:space="preserve">He twisted his head, wincing at the grate of sliding</w:t>
      </w:r>
      <w:r>
        <w:rPr>
          <w:b/>
          <w:bCs/>
        </w:rPr>
        <w:t xml:space="preserve"> </w:t>
      </w:r>
      <w:r>
        <w:rPr>
          <w:b/>
          <w:bCs/>
          <w:u w:val="single"/>
        </w:rPr>
        <w:t xml:space="preserve">vertebrae</w:t>
      </w:r>
      <w:r>
        <w:rPr>
          <w:b/>
          <w:bCs/>
        </w:rPr>
        <w:t xml:space="preserve">.</w:t>
      </w:r>
      <w:r>
        <w:br/>
      </w:r>
      <w:r>
        <w:t xml:space="preserve">    (a) a central open spaces in buildings</w:t>
      </w:r>
      <w:r>
        <w:br/>
      </w:r>
      <w:r>
        <w:t xml:space="preserve">    (b) acts of stopping a battle or fight</w:t>
      </w:r>
      <w:r>
        <w:br/>
      </w:r>
      <w:r>
        <w:t xml:space="preserve">    (c) bony segments of the spinal column</w:t>
      </w:r>
    </w:p>
    <w:p>
      <w:pPr>
        <w:pStyle w:val="Compact"/>
        <w:numPr>
          <w:ilvl w:val="0"/>
          <w:numId w:val="1001"/>
        </w:numPr>
      </w:pPr>
      <w:r>
        <w:rPr>
          <w:b/>
          <w:bCs/>
        </w:rPr>
        <w:t xml:space="preserve">Root's hesitation was</w:t>
      </w:r>
      <w:r>
        <w:rPr>
          <w:b/>
          <w:bCs/>
        </w:rPr>
        <w:t xml:space="preserve"> </w:t>
      </w:r>
      <w:r>
        <w:rPr>
          <w:b/>
          <w:bCs/>
          <w:u w:val="single"/>
        </w:rPr>
        <w:t xml:space="preserve">highlighted</w:t>
      </w:r>
      <w:r>
        <w:rPr>
          <w:b/>
          <w:bCs/>
        </w:rPr>
        <w:t xml:space="preserve"> </w:t>
      </w:r>
      <w:r>
        <w:rPr>
          <w:b/>
          <w:bCs/>
        </w:rPr>
        <w:t xml:space="preserve">by the hiss of interference.</w:t>
      </w:r>
      <w:r>
        <w:br/>
      </w:r>
      <w:r>
        <w:t xml:space="preserve">    (a) emphasized (called attention to)</w:t>
      </w:r>
      <w:r>
        <w:br/>
      </w:r>
      <w:r>
        <w:t xml:space="preserve">    (b) not vaccinated (to protect from a disease)</w:t>
      </w:r>
      <w:r>
        <w:br/>
      </w:r>
      <w:r>
        <w:t xml:space="preserve">    (c) not fit for service to humans or home life</w:t>
      </w:r>
    </w:p>
    <w:p>
      <w:pPr>
        <w:pStyle w:val="Compact"/>
        <w:numPr>
          <w:ilvl w:val="0"/>
          <w:numId w:val="1001"/>
        </w:numPr>
      </w:pPr>
      <w:r>
        <w:rPr>
          <w:b/>
          <w:bCs/>
        </w:rPr>
        <w:t xml:space="preserve">Are you willing to risk her life out of loyalty to a</w:t>
      </w:r>
      <w:r>
        <w:rPr>
          <w:b/>
          <w:bCs/>
        </w:rPr>
        <w:t xml:space="preserve"> </w:t>
      </w:r>
      <w:r>
        <w:rPr>
          <w:b/>
          <w:bCs/>
          <w:u w:val="single"/>
        </w:rPr>
        <w:t xml:space="preserve">felon</w:t>
      </w:r>
      <w:r>
        <w:rPr>
          <w:b/>
          <w:bCs/>
        </w:rPr>
        <w:t xml:space="preserve">?</w:t>
      </w:r>
      <w:r>
        <w:br/>
      </w:r>
      <w:r>
        <w:t xml:space="preserve">    (a) someone legally convicted of a felony (serious crime)</w:t>
      </w:r>
      <w:r>
        <w:br/>
      </w:r>
      <w:r>
        <w:t xml:space="preserve">    (b) a lens that limits light vibrations to a single plane</w:t>
      </w:r>
      <w:r>
        <w:br/>
      </w:r>
      <w:r>
        <w:t xml:space="preserve">    (c) an expert in the branch of geology that studies rocks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2026-07-31T16:44:58Z</dcterms:created>
  <dcterms:modified xsi:type="dcterms:W3CDTF">2026-07-31T16:44:58Z</dcterms:modified>
</cp:coreProperties>
</file>

<file path=docProps/custom.xml><?xml version="1.0" encoding="utf-8"?>
<Properties xmlns="http://schemas.openxmlformats.org/officeDocument/2006/custom-properties" xmlns:vt="http://schemas.openxmlformats.org/officeDocument/2006/docPropsVTypes"/>
</file>