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6a1390f6c93ee95ada28350c81d4ad2d75b4381"/>
    <w:p>
      <w:pPr>
        <w:pStyle w:val="Heading1"/>
      </w:pPr>
      <w:r>
        <w:rPr>
          <w:b/>
          <w:bCs/>
        </w:rPr>
        <w:t xml:space="preserve">Arrowsmith</w:t>
      </w:r>
      <w:r>
        <w:br/>
      </w:r>
      <w:r>
        <w:rPr>
          <w:i/>
          <w:iCs/>
        </w:rPr>
        <w:t xml:space="preserve">Sinclair Lewis</w:t>
      </w:r>
      <w:r>
        <w:br/>
      </w:r>
      <w:r>
        <w:rPr>
          <w:b/>
          <w:bCs/>
        </w:rPr>
        <w:t xml:space="preserve">Extra Credit 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Most religions have or have had traces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asceticism</w:t>
      </w:r>
      <w:r>
        <w:rPr>
          <w:b/>
          <w:bCs/>
        </w:rPr>
        <w:t xml:space="preserve"> </w:t>
      </w:r>
      <w:r>
        <w:rPr>
          <w:b/>
          <w:bCs/>
        </w:rPr>
        <w:t xml:space="preserve">in order to achieve a spiritual goal.</w:t>
      </w:r>
      <w:r>
        <w:br/>
      </w:r>
      <w:r>
        <w:t xml:space="preserve">    (a) sensual experience</w:t>
      </w:r>
      <w:r>
        <w:br/>
      </w:r>
      <w:r>
        <w:t xml:space="preserve">    (b) spiritual mysticism</w:t>
      </w:r>
      <w:r>
        <w:br/>
      </w:r>
      <w:r>
        <w:t xml:space="preserve">    (c) self-denial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leader’s desire for absolute power led to the establishment of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autocracy</w:t>
      </w:r>
      <w:r>
        <w:rPr>
          <w:b/>
          <w:bCs/>
        </w:rPr>
        <w:t xml:space="preserve">.</w:t>
      </w:r>
      <w:r>
        <w:br/>
      </w:r>
      <w:r>
        <w:t xml:space="preserve">    (a) a strict police force</w:t>
      </w:r>
      <w:r>
        <w:br/>
      </w:r>
      <w:r>
        <w:t xml:space="preserve">    (b) a government controlled by a small group</w:t>
      </w:r>
      <w:r>
        <w:br/>
      </w:r>
      <w:r>
        <w:t xml:space="preserve">    (c) a government controlled by one person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novel describes a night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debauchery</w:t>
      </w:r>
      <w:r>
        <w:rPr>
          <w:b/>
          <w:bCs/>
        </w:rPr>
        <w:t xml:space="preserve"> </w:t>
      </w:r>
      <w:r>
        <w:rPr>
          <w:b/>
          <w:bCs/>
        </w:rPr>
        <w:t xml:space="preserve">that leaves the guests ashamed.</w:t>
      </w:r>
      <w:r>
        <w:br/>
      </w:r>
      <w:r>
        <w:t xml:space="preserve">    (a) quiet reflection</w:t>
      </w:r>
      <w:r>
        <w:br/>
      </w:r>
      <w:r>
        <w:t xml:space="preserve">    (b) careful planning</w:t>
      </w:r>
      <w:r>
        <w:br/>
      </w:r>
      <w:r>
        <w:t xml:space="preserve">    (c) wild immoral behavior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is so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diffident</w:t>
      </w:r>
      <w:r>
        <w:rPr>
          <w:b/>
          <w:bCs/>
        </w:rPr>
        <w:t xml:space="preserve">; I can't imagine her as president of the organization.</w:t>
      </w:r>
      <w:r>
        <w:br/>
      </w:r>
      <w:r>
        <w:t xml:space="preserve">    (a) unassertive</w:t>
      </w:r>
      <w:r>
        <w:br/>
      </w:r>
      <w:r>
        <w:t xml:space="preserve">    (b) argumentative</w:t>
      </w:r>
      <w:r>
        <w:br/>
      </w:r>
      <w:r>
        <w:t xml:space="preserve">    (c) young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Children should get 5 doses of DTaP vaccine (</w:t>
      </w:r>
      <w:r>
        <w:rPr>
          <w:b/>
          <w:bCs/>
          <w:u w:val="single"/>
        </w:rPr>
        <w:t xml:space="preserve">Diphtheria</w:t>
      </w:r>
      <w:r>
        <w:rPr>
          <w:b/>
          <w:bCs/>
        </w:rPr>
        <w:t xml:space="preserve">, tetanus, and pertussis) between the ages of 2 months and six years.</w:t>
      </w:r>
      <w:r>
        <w:br/>
      </w:r>
      <w:r>
        <w:t xml:space="preserve">    (a) the state or degree of being able to be stopped from happening</w:t>
      </w:r>
      <w:r>
        <w:br/>
      </w:r>
      <w:r>
        <w:t xml:space="preserve">    (b) expresses personal artistic ideas or feelings while performing</w:t>
      </w:r>
      <w:r>
        <w:br/>
      </w:r>
      <w:r>
        <w:t xml:space="preserve">    (c) acute contagious infection that causes difficulty in breathing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has talent, but she is too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egotistical</w:t>
      </w:r>
      <w:r>
        <w:rPr>
          <w:b/>
          <w:bCs/>
        </w:rPr>
        <w:t xml:space="preserve">.</w:t>
      </w:r>
      <w:r>
        <w:br/>
      </w:r>
      <w:r>
        <w:t xml:space="preserve">    (a) nervous</w:t>
      </w:r>
      <w:r>
        <w:br/>
      </w:r>
      <w:r>
        <w:t xml:space="preserve">    (b) inexperienced</w:t>
      </w:r>
      <w:r>
        <w:br/>
      </w:r>
      <w:r>
        <w:t xml:space="preserve">    (c) conceited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enzyme</w:t>
      </w:r>
      <w:r>
        <w:rPr>
          <w:b/>
          <w:bCs/>
        </w:rPr>
        <w:t xml:space="preserve"> </w:t>
      </w:r>
      <w:r>
        <w:rPr>
          <w:b/>
          <w:bCs/>
        </w:rPr>
        <w:t xml:space="preserve">helps break down protein stains.</w:t>
      </w:r>
      <w:r>
        <w:br/>
      </w:r>
      <w:r>
        <w:t xml:space="preserve">    (a) any of various fat-based soaps</w:t>
      </w:r>
      <w:r>
        <w:br/>
      </w:r>
      <w:r>
        <w:t xml:space="preserve">    (b) substance that causes a chemical reaction</w:t>
      </w:r>
      <w:r>
        <w:br/>
      </w:r>
      <w:r>
        <w:t xml:space="preserve">    (c) microorganism that eats plant products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is too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indolent</w:t>
      </w:r>
      <w:r>
        <w:rPr>
          <w:b/>
          <w:bCs/>
        </w:rPr>
        <w:t xml:space="preserve"> </w:t>
      </w:r>
      <w:r>
        <w:rPr>
          <w:b/>
          <w:bCs/>
        </w:rPr>
        <w:t xml:space="preserve">for med school.</w:t>
      </w:r>
      <w:r>
        <w:br/>
      </w:r>
      <w:r>
        <w:t xml:space="preserve">    (a) kind</w:t>
      </w:r>
      <w:r>
        <w:br/>
      </w:r>
      <w:r>
        <w:t xml:space="preserve">    (b) calm</w:t>
      </w:r>
      <w:r>
        <w:br/>
      </w:r>
      <w:r>
        <w:t xml:space="preserve">    (c) lazy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irate</w:t>
      </w:r>
      <w:r>
        <w:rPr>
          <w:b/>
          <w:bCs/>
        </w:rPr>
        <w:t xml:space="preserve"> </w:t>
      </w:r>
      <w:r>
        <w:rPr>
          <w:b/>
          <w:bCs/>
        </w:rPr>
        <w:t xml:space="preserve">customer was yelling at the manager.</w:t>
      </w:r>
      <w:r>
        <w:br/>
      </w:r>
      <w:r>
        <w:t xml:space="preserve">    (a) extremely big</w:t>
      </w:r>
      <w:r>
        <w:br/>
      </w:r>
      <w:r>
        <w:t xml:space="preserve">    (b) extremely angry</w:t>
      </w:r>
      <w:r>
        <w:br/>
      </w:r>
      <w:r>
        <w:t xml:space="preserve">    (c) extremely loud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wants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obstetrician</w:t>
      </w:r>
      <w:r>
        <w:rPr>
          <w:b/>
          <w:bCs/>
        </w:rPr>
        <w:t xml:space="preserve"> </w:t>
      </w:r>
      <w:r>
        <w:rPr>
          <w:b/>
          <w:bCs/>
        </w:rPr>
        <w:t xml:space="preserve">who is not inclined toward caesarean operations.</w:t>
      </w:r>
      <w:r>
        <w:br/>
      </w:r>
      <w:r>
        <w:t xml:space="preserve">    (a) a doctor for heart care</w:t>
      </w:r>
      <w:r>
        <w:br/>
      </w:r>
      <w:r>
        <w:t xml:space="preserve">    (b) a doctor for childbirth</w:t>
      </w:r>
      <w:r>
        <w:br/>
      </w:r>
      <w:r>
        <w:t xml:space="preserve">    (c) a doctor for skin issues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is a story about a prince who changes places with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pauper</w:t>
      </w:r>
      <w:r>
        <w:rPr>
          <w:b/>
          <w:bCs/>
        </w:rPr>
        <w:t xml:space="preserve">.</w:t>
      </w:r>
      <w:r>
        <w:br/>
      </w:r>
      <w:r>
        <w:t xml:space="preserve">    (a) wealthy person</w:t>
      </w:r>
      <w:r>
        <w:br/>
      </w:r>
      <w:r>
        <w:t xml:space="preserve">    (b) poor person</w:t>
      </w:r>
      <w:r>
        <w:br/>
      </w:r>
      <w:r>
        <w:t xml:space="preserve">    (c) palace visitor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After hearing all the rumors, the real explanation turned out to be surprisingly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prosaic</w:t>
      </w:r>
      <w:r>
        <w:rPr>
          <w:b/>
          <w:bCs/>
        </w:rPr>
        <w:t xml:space="preserve">.</w:t>
      </w:r>
      <w:r>
        <w:br/>
      </w:r>
      <w:r>
        <w:t xml:space="preserve">    (a) ordinary and uninteresting</w:t>
      </w:r>
      <w:r>
        <w:br/>
      </w:r>
      <w:r>
        <w:t xml:space="preserve">    (b) not concerned with what others might think of oneself</w:t>
      </w:r>
      <w:r>
        <w:br/>
      </w:r>
      <w:r>
        <w:t xml:space="preserve">    (c) able to make clear with example, diagram, photo, etc.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don't want to spoil her, but I don't have the heart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reprove</w:t>
      </w:r>
      <w:r>
        <w:rPr>
          <w:b/>
          <w:bCs/>
        </w:rPr>
        <w:t xml:space="preserve"> </w:t>
      </w:r>
      <w:r>
        <w:rPr>
          <w:b/>
          <w:bCs/>
        </w:rPr>
        <w:t xml:space="preserve">her.</w:t>
      </w:r>
      <w:r>
        <w:br/>
      </w:r>
      <w:r>
        <w:t xml:space="preserve">    (a) compliment</w:t>
      </w:r>
      <w:r>
        <w:br/>
      </w:r>
      <w:r>
        <w:t xml:space="preserve">    (b) criticize</w:t>
      </w:r>
      <w:r>
        <w:br/>
      </w:r>
      <w:r>
        <w:t xml:space="preserve">    (c) instruct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About 10% of Americans between the ages of 65 and 75 suffer from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senility</w:t>
      </w:r>
      <w:r>
        <w:rPr>
          <w:b/>
          <w:bCs/>
        </w:rPr>
        <w:t xml:space="preserve">.</w:t>
      </w:r>
      <w:r>
        <w:br/>
      </w:r>
      <w:r>
        <w:t xml:space="preserve">    (a) mental weakness caused by old age</w:t>
      </w:r>
      <w:r>
        <w:br/>
      </w:r>
      <w:r>
        <w:t xml:space="preserve">    (b) loneliness most days of the week</w:t>
      </w:r>
      <w:r>
        <w:br/>
      </w:r>
      <w:r>
        <w:t xml:space="preserve">    (c) a poor sense of smell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 face showed nothing but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stolid</w:t>
      </w:r>
      <w:r>
        <w:rPr>
          <w:b/>
          <w:bCs/>
        </w:rPr>
        <w:t xml:space="preserve"> </w:t>
      </w:r>
      <w:r>
        <w:rPr>
          <w:b/>
          <w:bCs/>
        </w:rPr>
        <w:t xml:space="preserve">indifference.</w:t>
      </w:r>
      <w:r>
        <w:br/>
      </w:r>
      <w:r>
        <w:t xml:space="preserve">    (a) confused</w:t>
      </w:r>
      <w:r>
        <w:br/>
      </w:r>
      <w:r>
        <w:t xml:space="preserve">    (b) emotionless</w:t>
      </w:r>
      <w:r>
        <w:br/>
      </w:r>
      <w:r>
        <w:t xml:space="preserve">    (c) bitter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He's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suave</w:t>
      </w:r>
      <w:r>
        <w:rPr>
          <w:b/>
          <w:bCs/>
        </w:rPr>
        <w:t xml:space="preserve"> </w:t>
      </w:r>
      <w:r>
        <w:rPr>
          <w:b/>
          <w:bCs/>
        </w:rPr>
        <w:t xml:space="preserve">operator, but completely insincere.</w:t>
      </w:r>
      <w:r>
        <w:br/>
      </w:r>
      <w:r>
        <w:t xml:space="preserve">    (a) smart</w:t>
      </w:r>
      <w:r>
        <w:br/>
      </w:r>
      <w:r>
        <w:t xml:space="preserve">    (b) adorable</w:t>
      </w:r>
      <w:r>
        <w:br/>
      </w:r>
      <w:r>
        <w:t xml:space="preserve">    (c) sophisticated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Speaker of the House is second in the line of the U.S. presidential line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succession</w:t>
      </w:r>
      <w:r>
        <w:rPr>
          <w:b/>
          <w:bCs/>
        </w:rPr>
        <w:t xml:space="preserve">.</w:t>
      </w:r>
      <w:r>
        <w:br/>
      </w:r>
      <w:r>
        <w:t xml:space="preserve">    (a) replacement</w:t>
      </w:r>
      <w:r>
        <w:br/>
      </w:r>
      <w:r>
        <w:t xml:space="preserve">    (b) formula (a mathematical expression that describe a relationship between variables)</w:t>
      </w:r>
      <w:r>
        <w:br/>
      </w:r>
      <w:r>
        <w:t xml:space="preserve">    (c) officially telling someone about something; or something that contains the message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supercilious</w:t>
      </w:r>
      <w:r>
        <w:rPr>
          <w:b/>
          <w:bCs/>
        </w:rPr>
        <w:t xml:space="preserve"> </w:t>
      </w:r>
      <w:r>
        <w:rPr>
          <w:b/>
          <w:bCs/>
        </w:rPr>
        <w:t xml:space="preserve">tone made everyone in the room feel inferior.</w:t>
      </w:r>
      <w:r>
        <w:br/>
      </w:r>
      <w:r>
        <w:t xml:space="preserve">    (a) shy and uncertain</w:t>
      </w:r>
      <w:r>
        <w:br/>
      </w:r>
      <w:r>
        <w:t xml:space="preserve">    (b) warm and welcoming</w:t>
      </w:r>
      <w:r>
        <w:br/>
      </w:r>
      <w:r>
        <w:t xml:space="preserve">    (c) haughty and disdainful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new student answered in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timorous</w:t>
      </w:r>
      <w:r>
        <w:rPr>
          <w:b/>
          <w:bCs/>
        </w:rPr>
        <w:t xml:space="preserve"> </w:t>
      </w:r>
      <w:r>
        <w:rPr>
          <w:b/>
          <w:bCs/>
        </w:rPr>
        <w:t xml:space="preserve">voice barely above a whisper.</w:t>
      </w:r>
      <w:r>
        <w:br/>
      </w:r>
      <w:r>
        <w:t xml:space="preserve">    (a) angry</w:t>
      </w:r>
      <w:r>
        <w:br/>
      </w:r>
      <w:r>
        <w:t xml:space="preserve">    (b) timid</w:t>
      </w:r>
      <w:r>
        <w:br/>
      </w:r>
      <w:r>
        <w:t xml:space="preserve">    (c) loud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snapped out of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torpor</w:t>
      </w:r>
      <w:r>
        <w:rPr>
          <w:b/>
          <w:bCs/>
        </w:rPr>
        <w:t xml:space="preserve"> </w:t>
      </w:r>
      <w:r>
        <w:rPr>
          <w:b/>
          <w:bCs/>
        </w:rPr>
        <w:t xml:space="preserve">and began living life again.</w:t>
      </w:r>
      <w:r>
        <w:br/>
      </w:r>
      <w:r>
        <w:t xml:space="preserve">    (a) a state of working all the time</w:t>
      </w:r>
      <w:r>
        <w:br/>
      </w:r>
      <w:r>
        <w:t xml:space="preserve">    (b) a state of low-energy and inactivity</w:t>
      </w:r>
      <w:r>
        <w:br/>
      </w:r>
      <w:r>
        <w:t xml:space="preserve">    (c) a state of intoxication and irrationality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2026-07-31T15:00:57Z</dcterms:created>
  <dcterms:modified xsi:type="dcterms:W3CDTF">2026-07-31T15:00:57Z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