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21fc1f0db6e4b0bed9f343b8ac86147ac56035"/>
    <w:p>
      <w:pPr>
        <w:pStyle w:val="Heading1"/>
      </w:pPr>
      <w:r>
        <w:rPr>
          <w:b/>
          <w:bCs/>
        </w:rPr>
        <w:t xml:space="preserve">Arrowsmith</w:t>
      </w:r>
      <w:r>
        <w:br/>
      </w:r>
      <w:r>
        <w:rPr>
          <w:i/>
          <w:iCs/>
        </w:rPr>
        <w:t xml:space="preserve">Sinclair Lewis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light had gone 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abruptly</w:t>
      </w:r>
      <w:r>
        <w:rPr>
          <w:b/>
          <w:bCs/>
        </w:rPr>
        <w:t xml:space="preserve">, as though an agitated watcher were trying to hide from him.</w:t>
      </w:r>
      <w:r>
        <w:br/>
      </w:r>
      <w:r>
        <w:t xml:space="preserve">    (a) not exactly or accurately</w:t>
      </w:r>
      <w:r>
        <w:br/>
      </w:r>
      <w:r>
        <w:t xml:space="preserve">    (b) suddenly</w:t>
      </w:r>
      <w:r>
        <w:br/>
      </w:r>
      <w:r>
        <w:t xml:space="preserve">    (c) in a manner like a "monk"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 if you'll just get over some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abruptness</w:t>
      </w:r>
      <w:r>
        <w:rPr>
          <w:b/>
          <w:bCs/>
        </w:rPr>
        <w:t xml:space="preserve"> </w:t>
      </w:r>
      <w:r>
        <w:rPr>
          <w:b/>
          <w:bCs/>
        </w:rPr>
        <w:t xml:space="preserve">and your unwillingness to appreciate big executives and charming women ... you and I can become the dictators of science throughout the whole country!</w:t>
      </w:r>
      <w:r>
        <w:br/>
      </w:r>
      <w:r>
        <w:t xml:space="preserve">    (a) rudeness or unfriendliness caused by using too few words or moving too quickly</w:t>
      </w:r>
      <w:r>
        <w:br/>
      </w:r>
      <w:r>
        <w:t xml:space="preserve">    (b) acceptance of what happens without trying to take control or reacting strongly</w:t>
      </w:r>
      <w:r>
        <w:br/>
      </w:r>
      <w:r>
        <w:t xml:space="preserve">    (c) the state of being a concept or idea not associated with any specific instance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calculations were delicate,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, exquisitely clear; and delicate were the scientist's thin hands among the papers.</w:t>
      </w:r>
      <w:r>
        <w:br/>
      </w:r>
      <w:r>
        <w:t xml:space="preserve">    (a) the quality of holding something back or holding others down through oppression</w:t>
      </w:r>
      <w:r>
        <w:br/>
      </w:r>
      <w:r>
        <w:t xml:space="preserve">    (b) done with great care</w:t>
      </w:r>
      <w:r>
        <w:br/>
      </w:r>
      <w:r>
        <w:t xml:space="preserve">    (c)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he had closed the door and let his spirit flow out and fill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apartment with his own essence, he felt secure.</w:t>
      </w:r>
      <w:r>
        <w:br/>
      </w:r>
      <w:r>
        <w:t xml:space="preserve">    (a) exact</w:t>
      </w:r>
      <w:r>
        <w:br/>
      </w:r>
      <w:r>
        <w:t xml:space="preserve">    (b) awake</w:t>
      </w:r>
      <w:r>
        <w:br/>
      </w:r>
      <w:r>
        <w:t xml:space="preserve">    (c) small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Digamma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</w:t>
      </w:r>
      <w:r>
        <w:rPr>
          <w:b/>
          <w:bCs/>
        </w:rPr>
        <w:t xml:space="preserve"> </w:t>
      </w:r>
      <w:r>
        <w:rPr>
          <w:b/>
          <w:bCs/>
        </w:rPr>
        <w:t xml:space="preserve">was a lively boarding-house with a billiard table and low prices.</w:t>
      </w:r>
      <w:r>
        <w:br/>
      </w:r>
      <w:r>
        <w:t xml:space="preserve">    (a) drugs that causes temporary loss of bodily sensations in a limited region of the body while maintaining consciousness</w:t>
      </w:r>
      <w:r>
        <w:br/>
      </w:r>
      <w:r>
        <w:t xml:space="preserve">    (b) mathematics:  an important constant representing the circumference of any circle divided by its diameter (about 3.14)</w:t>
      </w:r>
      <w:r>
        <w:br/>
      </w:r>
      <w:r>
        <w:t xml:space="preserve">    (c) radically new and experimental; or people who practice radically new and experimental ideas -- especially in the arts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Martin, in ... his distaste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amiable</w:t>
      </w:r>
      <w:r>
        <w:rPr>
          <w:b/>
          <w:bCs/>
        </w:rPr>
        <w:t xml:space="preserve"> </w:t>
      </w:r>
      <w:r>
        <w:rPr>
          <w:b/>
          <w:bCs/>
        </w:rPr>
        <w:t xml:space="preserve">dullness of Irving Watters, turned to the roaring Clif as to something living and experimenting.</w:t>
      </w:r>
      <w:r>
        <w:br/>
      </w:r>
      <w:r>
        <w:t xml:space="preserve">    (a) not clear or easily identifiable</w:t>
      </w:r>
      <w:r>
        <w:br/>
      </w:r>
      <w:r>
        <w:t xml:space="preserve">    (b) important, serious, or dangerous</w:t>
      </w:r>
      <w:r>
        <w:br/>
      </w:r>
      <w:r>
        <w:t xml:space="preserve">    (c) friendly, agreeable, and likable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came out at a medical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in Philadelphia</w:t>
      </w:r>
      <w:r>
        <w:br/>
      </w:r>
      <w:r>
        <w:t xml:space="preserve">    (a) a long uninterrupted speech</w:t>
      </w:r>
      <w:r>
        <w:br/>
      </w:r>
      <w:r>
        <w:t xml:space="preserve">    (b) large conference or meeting</w:t>
      </w:r>
      <w:r>
        <w:br/>
      </w:r>
      <w:r>
        <w:t xml:space="preserve">    (c) result or predictable value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 so hate 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conventional</w:t>
      </w:r>
      <w:r>
        <w:rPr>
          <w:b/>
          <w:bCs/>
        </w:rPr>
        <w:t xml:space="preserve"> </w:t>
      </w:r>
      <w:r>
        <w:rPr>
          <w:b/>
          <w:bCs/>
        </w:rPr>
        <w:t xml:space="preserve">phrases that everybody uses, don't you?</w:t>
      </w:r>
      <w:r>
        <w:br/>
      </w:r>
      <w:r>
        <w:t xml:space="preserve">    (a) something regarded as typical</w:t>
      </w:r>
      <w:r>
        <w:br/>
      </w:r>
      <w:r>
        <w:t xml:space="preserve">    (b) able to challenge</w:t>
      </w:r>
      <w:r>
        <w:br/>
      </w:r>
      <w:r>
        <w:t xml:space="preserve">    (c) complete or total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wanted—like most poor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ardent</w:t>
      </w:r>
      <w:r>
        <w:rPr>
          <w:b/>
          <w:bCs/>
        </w:rPr>
        <w:t xml:space="preserve"> </w:t>
      </w:r>
      <w:r>
        <w:rPr>
          <w:b/>
          <w:bCs/>
        </w:rPr>
        <w:t xml:space="preserve">young men in such a case, he wanted all he could get.</w:t>
      </w:r>
      <w:r>
        <w:br/>
      </w:r>
      <w:r>
        <w:t xml:space="preserve">    (a) aka analytic -- relating to a theory of psychiatry</w:t>
      </w:r>
      <w:r>
        <w:br/>
      </w:r>
      <w:r>
        <w:t xml:space="preserve">    (b) feeling intense emotion (often enthusiasm or love)</w:t>
      </w:r>
      <w:r>
        <w:br/>
      </w:r>
      <w:r>
        <w:t xml:space="preserve">    (c) the trait of being difficult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before him, provocative,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enduring</w:t>
      </w:r>
      <w:r>
        <w:rPr>
          <w:b/>
          <w:bCs/>
        </w:rPr>
        <w:t xml:space="preserve">.</w:t>
      </w:r>
      <w:r>
        <w:br/>
      </w:r>
      <w:r>
        <w:t xml:space="preserve">    (a) lying or misleading</w:t>
      </w:r>
      <w:r>
        <w:br/>
      </w:r>
      <w:r>
        <w:t xml:space="preserve">    (b) continuing to exist</w:t>
      </w:r>
      <w:r>
        <w:br/>
      </w:r>
      <w:r>
        <w:t xml:space="preserve">    (c) influencing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persuade the shopkeeping lords of St. Hubert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a test in which half of them might die, so that all plague might--perhaps--be ended forever, was impossible.</w:t>
      </w:r>
      <w:r>
        <w:br/>
      </w:r>
      <w:r>
        <w:t xml:space="preserve">    (a) suffer through (or put up with something difficult or unpleasant)</w:t>
      </w:r>
      <w:r>
        <w:br/>
      </w:r>
      <w:r>
        <w:t xml:space="preserve">    (b) communication through gestures and body movements (without words)</w:t>
      </w:r>
      <w:r>
        <w:br/>
      </w:r>
      <w:r>
        <w:t xml:space="preserve">    (c) call -- typically to come nearer by using a hand gesture or a nod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Clif waited, leering,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placidly</w:t>
      </w:r>
      <w:r>
        <w:rPr>
          <w:b/>
          <w:bCs/>
        </w:rPr>
        <w:t xml:space="preserve"> </w:t>
      </w:r>
      <w:r>
        <w:rPr>
          <w:b/>
          <w:bCs/>
        </w:rPr>
        <w:t xml:space="preserve">investigated the inside of a chicken sandwich and assented, "Um-huh."</w:t>
      </w:r>
      <w:r>
        <w:br/>
      </w:r>
      <w:r>
        <w:t xml:space="preserve">    (a) calmly</w:t>
      </w:r>
      <w:r>
        <w:br/>
      </w:r>
      <w:r>
        <w:t xml:space="preserve">    (b) really</w:t>
      </w:r>
      <w:r>
        <w:br/>
      </w:r>
      <w:r>
        <w:t xml:space="preserve">    (c) mainly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 with</w:t>
      </w:r>
      <w:r>
        <w:rPr>
          <w:b/>
          <w:bCs/>
        </w:rPr>
        <w:t xml:space="preserve"> </w:t>
      </w:r>
      <w:r>
        <w:rPr>
          <w:b/>
          <w:bCs/>
        </w:rPr>
        <w:t xml:space="preserve">the drug of research was risky.</w:t>
      </w:r>
      <w:r>
        <w:br/>
      </w:r>
      <w:r>
        <w:t xml:space="preserve">    (a) to spoil something so it is not desirable</w:t>
      </w:r>
      <w:r>
        <w:br/>
      </w:r>
      <w:r>
        <w:t xml:space="preserve">    (b) treating thoughtlessly or without respect</w:t>
      </w:r>
      <w:r>
        <w:br/>
      </w:r>
      <w:r>
        <w:t xml:space="preserve">    (c) stop interacting; or stop having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concentrated on Leora, but his talk was of Martin: "Your husband must be an Artist Healer, not a picker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trifles</w:t>
      </w:r>
      <w:r>
        <w:rPr>
          <w:b/>
          <w:bCs/>
        </w:rPr>
        <w:t xml:space="preserve"> </w:t>
      </w:r>
      <w:r>
        <w:rPr>
          <w:b/>
          <w:bCs/>
        </w:rPr>
        <w:t xml:space="preserve">like these laboratory men."</w:t>
      </w:r>
      <w:r>
        <w:br/>
      </w:r>
      <w:r>
        <w:t xml:space="preserve">    (a) is attractive or desirable</w:t>
      </w:r>
      <w:r>
        <w:br/>
      </w:r>
      <w:r>
        <w:t xml:space="preserve">    (b) things of small importance</w:t>
      </w:r>
      <w:r>
        <w:br/>
      </w:r>
      <w:r>
        <w:t xml:space="preserve">    (c) struggles or disagreements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Gottlieb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asserted</w:t>
      </w:r>
      <w:r>
        <w:rPr>
          <w:b/>
          <w:bCs/>
        </w:rPr>
        <w:t xml:space="preserve"> </w:t>
      </w:r>
      <w:r>
        <w:rPr>
          <w:b/>
          <w:bCs/>
        </w:rPr>
        <w:t xml:space="preserve">that they produced doubtful vaccines,</w:t>
      </w:r>
      <w:r>
        <w:br/>
      </w:r>
      <w:r>
        <w:t xml:space="preserve">    (a) encouraged growth or excitement, or caused something to happen</w:t>
      </w:r>
      <w:r>
        <w:br/>
      </w:r>
      <w:r>
        <w:t xml:space="preserve">    (b) said (something is true -- especially something disputed)</w:t>
      </w:r>
      <w:r>
        <w:br/>
      </w:r>
      <w:r>
        <w:t xml:space="preserve">    (c) ignored someone's wishes or caused inconvenience or discomfort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 patent your method of synthesizing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antibodies</w:t>
      </w:r>
      <w:r>
        <w:rPr>
          <w:b/>
          <w:bCs/>
        </w:rPr>
        <w:t xml:space="preserve"> </w:t>
      </w:r>
      <w:r>
        <w:rPr>
          <w:b/>
          <w:bCs/>
        </w:rPr>
        <w:t xml:space="preserve">and immediately put them on the market in large quantities, with a great big advertising campaign— you know—not circus it, of course—strictly high-class ethical advertising.</w:t>
      </w:r>
      <w:r>
        <w:br/>
      </w:r>
      <w:r>
        <w:t xml:space="preserve">    (a) various proteins the body uses to fight infections</w:t>
      </w:r>
      <w:r>
        <w:br/>
      </w:r>
      <w:r>
        <w:t xml:space="preserve">    (b) inexperience, innocence, or lack of sophistication</w:t>
      </w:r>
      <w:r>
        <w:br/>
      </w:r>
      <w:r>
        <w:t xml:space="preserve">    (c) light seen after bouncing off a surface to another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"Umph!" grunted the studious audience, doubtful whether it was fitting to be amused, offended, bored,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edified</w:t>
      </w:r>
      <w:r>
        <w:rPr>
          <w:b/>
          <w:bCs/>
        </w:rPr>
        <w:t xml:space="preserve">.</w:t>
      </w:r>
      <w:r>
        <w:br/>
      </w:r>
      <w:r>
        <w:t xml:space="preserve">    (a) instructed</w:t>
      </w:r>
      <w:r>
        <w:br/>
      </w:r>
      <w:r>
        <w:t xml:space="preserve">    (b) subtracted</w:t>
      </w:r>
      <w:r>
        <w:br/>
      </w:r>
      <w:r>
        <w:t xml:space="preserve">    (c)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Martin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perceived</w:t>
      </w:r>
      <w:r>
        <w:rPr>
          <w:b/>
          <w:bCs/>
        </w:rPr>
        <w:t xml:space="preserve"> </w:t>
      </w:r>
      <w:r>
        <w:rPr>
          <w:b/>
          <w:bCs/>
        </w:rPr>
        <w:t xml:space="preserve">new avenues of exciting research;</w:t>
      </w:r>
      <w:r>
        <w:br/>
      </w:r>
      <w:r>
        <w:t xml:space="preserve">    (a) saw (became aware of or viewed things in a certain way so as to believe)</w:t>
      </w:r>
      <w:r>
        <w:br/>
      </w:r>
      <w:r>
        <w:t xml:space="preserve">    (b) said indirectly</w:t>
      </w:r>
      <w:r>
        <w:br/>
      </w:r>
      <w:r>
        <w:t xml:space="preserve">    (c) greatly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may have hit on the supreme way to kill pathogenic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bacteria</w:t>
      </w:r>
      <w:r>
        <w:rPr>
          <w:b/>
          <w:bCs/>
        </w:rPr>
        <w:t xml:space="preserve">.</w:t>
      </w:r>
      <w:r>
        <w:br/>
      </w:r>
      <w:r>
        <w:t xml:space="preserve">    (a) the smallest part of any material that cannot be broken up by chemical means</w:t>
      </w:r>
      <w:r>
        <w:br/>
      </w:r>
      <w:r>
        <w:t xml:space="preserve">    (b) psychoanalysis:  that part of the unconscious mind that acts as a conscience</w:t>
      </w:r>
      <w:r>
        <w:br/>
      </w:r>
      <w:r>
        <w:t xml:space="preserve">    (c) microorganisms (living creatures so small it takes a microscope to see them)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Martin hastened to Terry, declaring that he would resign--would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denounce</w:t>
      </w:r>
      <w:r>
        <w:rPr>
          <w:b/>
          <w:bCs/>
        </w:rPr>
        <w:t xml:space="preserve">-- would expose-- Yes!</w:t>
      </w:r>
      <w:r>
        <w:br/>
      </w:r>
      <w:r>
        <w:t xml:space="preserve">    (a) to corrupt or seduce from virtue, duty, or allegiance  OR  excessive drinking, casual sex, and/or drug abuse while partying</w:t>
      </w:r>
      <w:r>
        <w:br/>
      </w:r>
      <w:r>
        <w:t xml:space="preserve">    (b) remove or suppress anything considered obscene, immoral, or politically unacceptable  OR  a person who does such suppression</w:t>
      </w:r>
      <w:r>
        <w:br/>
      </w:r>
      <w:r>
        <w:t xml:space="preserve">    (c) accuse publicly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2026-07-31T15:00:56Z</dcterms:created>
  <dcterms:modified xsi:type="dcterms:W3CDTF">2026-07-31T15:00:56Z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