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7b9647727eeb632f994e4aa9c0fde15057889e"/>
    <w:p>
      <w:pPr>
        <w:pStyle w:val="Heading1"/>
      </w:pPr>
      <w:r>
        <w:rPr>
          <w:b/>
          <w:bCs/>
        </w:rPr>
        <w:t xml:space="preserve">Arrowsmith</w:t>
      </w:r>
      <w:r>
        <w:br/>
      </w:r>
      <w:r>
        <w:rPr>
          <w:i/>
          <w:iCs/>
        </w:rPr>
        <w:t xml:space="preserve">Sinclair Lewis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preachers spoke morally of the effect of alcohol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paupers</w:t>
      </w:r>
      <w:r>
        <w:rPr>
          <w:b/>
          <w:bCs/>
        </w:rPr>
        <w:t xml:space="preserve">, and the bankers of the disrespect for savingsaccounts which is always to be seen in the kind of men who insist on becoming cadavers.</w:t>
      </w:r>
      <w:r>
        <w:br/>
      </w:r>
      <w:r>
        <w:t xml:space="preserve">    (a) rejections or criticisms</w:t>
      </w:r>
      <w:r>
        <w:br/>
      </w:r>
      <w:r>
        <w:t xml:space="preserve">    (b) people who are very poor</w:t>
      </w:r>
      <w:r>
        <w:br/>
      </w:r>
      <w:r>
        <w:t xml:space="preserve">    (c) things that don't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 was depressed by a wonder as to why he was here, listening to a Professor Robertshaw, repeating verses about fat-eared Germans, learning the trade of medicine like Fatty Pfaff or Irving Watters, then Martin had relief in what he considered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debauches</w:t>
      </w:r>
      <w:r>
        <w:rPr>
          <w:b/>
          <w:bCs/>
        </w:rPr>
        <w:t xml:space="preserve">.</w:t>
      </w:r>
      <w:r>
        <w:br/>
      </w:r>
      <w:r>
        <w:t xml:space="preserve">    (a) a means of control -- most commonly the straps attached to a bit in a horse's mouth that are used to control it  OR  restrains or controls</w:t>
      </w:r>
      <w:r>
        <w:br/>
      </w:r>
      <w:r>
        <w:t xml:space="preserve">    (b) extreme indulgence in pleasures -- especially those considered immoral or harmful, such as drinking, partying, or other reckless behavior</w:t>
      </w:r>
      <w:r>
        <w:br/>
      </w:r>
      <w:r>
        <w:t xml:space="preserve">    (c) injures the ligaments of a joint by stretching them too far (ligaments are the tough, fibrous bands that connect bones across joints)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he lay in his narrow upper bunk at midnight, he saw her eyes, now impertinent,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reproving</w:t>
      </w:r>
      <w:r>
        <w:rPr>
          <w:b/>
          <w:bCs/>
        </w:rPr>
        <w:t xml:space="preserve">, now warm with trust in him.</w:t>
      </w:r>
      <w:r>
        <w:br/>
      </w:r>
      <w:r>
        <w:t xml:space="preserve">    (a) predicting or revealing</w:t>
      </w:r>
      <w:r>
        <w:br/>
      </w:r>
      <w:r>
        <w:t xml:space="preserve">    (b) criticizing or critical</w:t>
      </w:r>
      <w:r>
        <w:br/>
      </w:r>
      <w:r>
        <w:t xml:space="preserve">    (c)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Diffidently</w:t>
      </w:r>
      <w:r>
        <w:rPr>
          <w:b/>
          <w:bCs/>
        </w:rPr>
        <w:t xml:space="preserve">, Martin crossed the hall to Gottlieb's immaculate laboratory at midnight.</w:t>
      </w:r>
      <w:r>
        <w:br/>
      </w:r>
      <w:r>
        <w:t xml:space="preserve">    (a) indiscriminately (non-selectively)</w:t>
      </w:r>
      <w:r>
        <w:br/>
      </w:r>
      <w:r>
        <w:t xml:space="preserve">    (b) following as a result of something</w:t>
      </w:r>
      <w:r>
        <w:br/>
      </w:r>
      <w:r>
        <w:t xml:space="preserve">    (c) with hesitancy and unassertiveness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seemed impossible that Mrs. Fox should endure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persistence.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having or revealing little emotion -- sometimes indicating qualities of not changing or being dependable</w:t>
      </w:r>
      <w:r>
        <w:br/>
      </w:r>
      <w:r>
        <w:br/>
      </w:r>
      <w:r>
        <w:t xml:space="preserve">or (much more rarely):</w:t>
      </w:r>
      <w:r>
        <w:br/>
      </w:r>
      <w:r>
        <w:br/>
      </w:r>
      <w:r>
        <w:t xml:space="preserve">of an object:  not interesting -- often large and unmoving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spoke with scorn of the other inhabitants of the apartment-house, who were "so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prosaic</w:t>
      </w:r>
      <w:r>
        <w:rPr>
          <w:b/>
          <w:bCs/>
        </w:rPr>
        <w:t xml:space="preserve">, so conventional..."</w:t>
      </w:r>
      <w:r>
        <w:br/>
      </w:r>
      <w:r>
        <w:t xml:space="preserve">    (a) not concerned with what others might think of oneself</w:t>
      </w:r>
      <w:r>
        <w:br/>
      </w:r>
      <w:r>
        <w:t xml:space="preserve">    (b) able to make clear with example, diagram, photo, etc.</w:t>
      </w:r>
      <w:r>
        <w:br/>
      </w:r>
      <w:r>
        <w:t xml:space="preserve">    (c) lacking anything unusual, interesting, or challenging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Gottlieb had twice to ask him whether he had prepared the new batch of medium, and Gottlieb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autocrat</w:t>
      </w:r>
      <w:r>
        <w:rPr>
          <w:b/>
          <w:bCs/>
        </w:rPr>
        <w:t xml:space="preserve">, sterner with his favorites than with the ruck of students.</w:t>
      </w:r>
      <w:r>
        <w:br/>
      </w:r>
      <w:r>
        <w:t xml:space="preserve">    (a) to constrain in some way -- such as tie up, require, or obligate</w:t>
      </w:r>
      <w:r>
        <w:br/>
      </w:r>
      <w:r>
        <w:t xml:space="preserve">    (b) a political or managerial system governed by a single individual</w:t>
      </w:r>
      <w:r>
        <w:br/>
      </w:r>
      <w:r>
        <w:t xml:space="preserve">    (c) a group formed to discuss or offer insight on a particular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 arrived at the Armory, with Leora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timorously</w:t>
      </w:r>
      <w:r>
        <w:rPr>
          <w:b/>
          <w:bCs/>
        </w:rPr>
        <w:t xml:space="preserve"> </w:t>
      </w:r>
      <w:r>
        <w:rPr>
          <w:b/>
          <w:bCs/>
        </w:rPr>
        <w:t xml:space="preserve">brave in a blue crepe de chine made in no recognized style, he did not care whether he had a single two-step, though he did achingly desire to have the men crowd in and ask Leora, admire her and make her welcome.</w:t>
      </w:r>
      <w:r>
        <w:br/>
      </w:r>
      <w:r>
        <w:t xml:space="preserve">    (a) not sad</w:t>
      </w:r>
      <w:r>
        <w:br/>
      </w:r>
      <w:r>
        <w:t xml:space="preserve">    (b) timidly</w:t>
      </w:r>
      <w:r>
        <w:br/>
      </w:r>
      <w:r>
        <w:t xml:space="preserve">    (c) mainly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going to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obstetrician</w:t>
      </w:r>
      <w:r>
        <w:rPr>
          <w:b/>
          <w:bCs/>
        </w:rPr>
        <w:t xml:space="preserve">—or, as the medical students called it technically, a "baby-snatcher."</w:t>
      </w:r>
      <w:r>
        <w:br/>
      </w:r>
      <w:r>
        <w:t xml:space="preserve">    (a) a physician specializing in childbirth</w:t>
      </w:r>
      <w:r>
        <w:br/>
      </w:r>
      <w:r>
        <w:t xml:space="preserve">    (b) something that imitates something else</w:t>
      </w:r>
      <w:r>
        <w:br/>
      </w:r>
      <w:r>
        <w:t xml:space="preserve">    (c) someone who strongly desires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 not forget the cool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</w:t>
      </w:r>
      <w:r>
        <w:rPr>
          <w:b/>
          <w:bCs/>
        </w:rPr>
        <w:t xml:space="preserve"> </w:t>
      </w:r>
      <w:r>
        <w:rPr>
          <w:b/>
          <w:bCs/>
        </w:rPr>
        <w:t xml:space="preserve">hours in the laboratory</w:t>
      </w:r>
      <w:r>
        <w:br/>
      </w:r>
      <w:r>
        <w:t xml:space="preserve">    (a) relating to self-denial (of comfort and luxury)</w:t>
      </w:r>
      <w:r>
        <w:br/>
      </w:r>
      <w:r>
        <w:t xml:space="preserve">    (b) the reason for doing something; or the level of desire to do something</w:t>
      </w:r>
      <w:r>
        <w:br/>
      </w:r>
      <w:r>
        <w:t xml:space="preserve">    (c) a drug that calms or puts to sleep; or describing something as calming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Back in 1881 he was confirming Pasteur's results in chicken cholera immunity and, for relief and pastime, trying to separate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enzyme</w:t>
      </w:r>
      <w:r>
        <w:rPr>
          <w:b/>
          <w:bCs/>
        </w:rPr>
        <w:t xml:space="preserve"> </w:t>
      </w:r>
      <w:r>
        <w:rPr>
          <w:b/>
          <w:bCs/>
        </w:rPr>
        <w:t xml:space="preserve">from yeast.</w:t>
      </w:r>
      <w:r>
        <w:br/>
      </w:r>
      <w:r>
        <w:t xml:space="preserve">    (a) meticulousness (care about small details)</w:t>
      </w:r>
      <w:r>
        <w:br/>
      </w:r>
      <w:r>
        <w:t xml:space="preserve">    (b) substance that causes a chemical reaction</w:t>
      </w:r>
      <w:r>
        <w:br/>
      </w:r>
      <w:r>
        <w:t xml:space="preserve">    (c) a particular understanding or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Martin really desired his help (Gottlieb could be as modest personally as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egotistic</w:t>
      </w:r>
      <w:r>
        <w:rPr>
          <w:b/>
          <w:bCs/>
        </w:rPr>
        <w:t xml:space="preserve"> </w:t>
      </w:r>
      <w:r>
        <w:rPr>
          <w:b/>
          <w:bCs/>
        </w:rPr>
        <w:t xml:space="preserve">and swaggering in competitive science), he would make the boy's career his own.</w:t>
      </w:r>
      <w:r>
        <w:br/>
      </w:r>
      <w:r>
        <w:t xml:space="preserve">    (a) conceited and self-centered</w:t>
      </w:r>
      <w:r>
        <w:br/>
      </w:r>
      <w:r>
        <w:t xml:space="preserve">    (b) not attractive or desirable</w:t>
      </w:r>
      <w:r>
        <w:br/>
      </w:r>
      <w:r>
        <w:t xml:space="preserve">    (c) orbiting Earth once per day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president was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suave</w:t>
      </w:r>
      <w:r>
        <w:rPr>
          <w:b/>
          <w:bCs/>
        </w:rPr>
        <w:t xml:space="preserve">, for so large and strong and hearty a man.</w:t>
      </w:r>
      <w:r>
        <w:br/>
      </w:r>
      <w:r>
        <w:t xml:space="preserve">    (a) able to meet and talk with</w:t>
      </w:r>
      <w:r>
        <w:br/>
      </w:r>
      <w:r>
        <w:t xml:space="preserve">    (b) the quality of disagreeing</w:t>
      </w:r>
      <w:r>
        <w:br/>
      </w:r>
      <w:r>
        <w:t xml:space="preserve">    (c) sophisticated and charming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 went from that place Max Gottlieb walked slowly, without purpose, and in his eyes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senile</w:t>
      </w:r>
      <w:r>
        <w:rPr>
          <w:b/>
          <w:bCs/>
        </w:rPr>
        <w:t xml:space="preserve"> </w:t>
      </w:r>
      <w:r>
        <w:rPr>
          <w:b/>
          <w:bCs/>
        </w:rPr>
        <w:t xml:space="preserve">tears.</w:t>
      </w:r>
      <w:r>
        <w:br/>
      </w:r>
      <w:r>
        <w:t xml:space="preserve">    (a) relating to a government, country, or ruling family of a country ruled by a king of queen</w:t>
      </w:r>
      <w:r>
        <w:br/>
      </w:r>
      <w:r>
        <w:t xml:space="preserve">    (b) mental weakness caused by old age; or describing a medical condition as caused by old age</w:t>
      </w:r>
      <w:r>
        <w:br/>
      </w:r>
      <w:r>
        <w:t xml:space="preserve">    (c) in the dark (figuratively) due to a lack of knowledge, advantages, or moral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We'll start with anti-</w:t>
      </w:r>
      <w:r>
        <w:rPr>
          <w:b/>
          <w:bCs/>
          <w:u w:val="single"/>
        </w:rPr>
        <w:t xml:space="preserve">diphtheria</w:t>
      </w:r>
      <w:r>
        <w:rPr>
          <w:b/>
          <w:bCs/>
        </w:rPr>
        <w:t xml:space="preserve"> </w:t>
      </w:r>
      <w:r>
        <w:rPr>
          <w:b/>
          <w:bCs/>
        </w:rPr>
        <w:t xml:space="preserve">serum.</w:t>
      </w:r>
      <w:r>
        <w:br/>
      </w:r>
      <w:r>
        <w:t xml:space="preserve">    (a) acute contagious infection that causes difficulty in breathing</w:t>
      </w:r>
      <w:r>
        <w:br/>
      </w:r>
      <w:r>
        <w:t xml:space="preserve">    (b) the state or degree of being able to be stopped from happening</w:t>
      </w:r>
      <w:r>
        <w:br/>
      </w:r>
      <w:r>
        <w:t xml:space="preserve">    (c) expresses personal artistic ideas or feelings while performing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Robert was a square-rigged, swart, tempestuous boy, arrogant where there seemed to be no reason for arrogance, longed for by the anemic, milky sort of girls, yet 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supercilious</w:t>
      </w:r>
      <w:r>
        <w:rPr>
          <w:b/>
          <w:bCs/>
        </w:rPr>
        <w:t xml:space="preserve"> </w:t>
      </w:r>
      <w:r>
        <w:rPr>
          <w:b/>
          <w:bCs/>
        </w:rPr>
        <w:t xml:space="preserve">to them.</w:t>
      </w:r>
      <w:r>
        <w:br/>
      </w:r>
      <w:r>
        <w:t xml:space="preserve">    (a) arrogant</w:t>
      </w:r>
      <w:r>
        <w:br/>
      </w:r>
      <w:r>
        <w:t xml:space="preserve">    (b) absolute</w:t>
      </w:r>
      <w:r>
        <w:br/>
      </w:r>
      <w:r>
        <w:t xml:space="preserve">    (c)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soggily sleepy, after two country drives on muddy roads, and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torpor</w:t>
      </w:r>
      <w:r>
        <w:rPr>
          <w:b/>
          <w:bCs/>
        </w:rPr>
        <w:t xml:space="preserve"> </w:t>
      </w:r>
      <w:r>
        <w:rPr>
          <w:b/>
          <w:bCs/>
        </w:rPr>
        <w:t xml:space="preserve">he gave her an overdose of strychnin, which so shocked and stimulated her that she decided to be well.</w:t>
      </w:r>
      <w:r>
        <w:br/>
      </w:r>
      <w:r>
        <w:t xml:space="preserve">    (a) a state of low-energy</w:t>
      </w:r>
      <w:r>
        <w:br/>
      </w:r>
      <w:r>
        <w:t xml:space="preserve">    (b) a technique of showing events faster than they happen by taking a series of pictures, one after each passing of some time period, and then combing the pictures into a quick video</w:t>
      </w:r>
      <w:r>
        <w:br/>
      </w:r>
      <w:r>
        <w:t xml:space="preserve">    (c) forces into an undesired activity or situation -- such as legally sentencing someone to punishment  OR  finds guilty -- especially in court  OR  provides the means of finding guilty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liked her, the more because she was a heretic whose vices, her smoking,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indolence</w:t>
      </w:r>
      <w:r>
        <w:rPr>
          <w:b/>
          <w:bCs/>
        </w:rPr>
        <w:t xml:space="preserve">, her relish of competent profanity, disturbed Mrs. Pickerbaugh and Mrs. Irving Watters.</w:t>
      </w:r>
      <w:r>
        <w:br/>
      </w:r>
      <w:r>
        <w:t xml:space="preserve">    (a) not real</w:t>
      </w:r>
      <w:r>
        <w:br/>
      </w:r>
      <w:r>
        <w:t xml:space="preserve">    (b) allowing</w:t>
      </w:r>
      <w:r>
        <w:br/>
      </w:r>
      <w:r>
        <w:t xml:space="preserve">    (c) laziness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Martin's belligerency was weakened by shame, for he never had enough money to meet his bills, and he was not used to dodging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irate</w:t>
      </w:r>
      <w:r>
        <w:rPr>
          <w:b/>
          <w:bCs/>
        </w:rPr>
        <w:t xml:space="preserve"> </w:t>
      </w:r>
      <w:r>
        <w:rPr>
          <w:b/>
          <w:bCs/>
        </w:rPr>
        <w:t xml:space="preserve">grocers, receiving dunning letters, standing at the door arguing with impertinent bill-collectors.</w:t>
      </w:r>
      <w:r>
        <w:br/>
      </w:r>
      <w:r>
        <w:t xml:space="preserve">    (a) extremely angry</w:t>
      </w:r>
      <w:r>
        <w:br/>
      </w:r>
      <w:r>
        <w:t xml:space="preserve">    (b) strongly biased</w:t>
      </w:r>
      <w:r>
        <w:br/>
      </w:r>
      <w:r>
        <w:t xml:space="preserve">    (c) material wealth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Rippleton Holabird was elected full Director now,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succession</w:t>
      </w:r>
      <w:r>
        <w:rPr>
          <w:b/>
          <w:bCs/>
        </w:rPr>
        <w:t xml:space="preserve"> </w:t>
      </w:r>
      <w:r>
        <w:rPr>
          <w:b/>
          <w:bCs/>
        </w:rPr>
        <w:t xml:space="preserve">to Gottlieb, and he sought to use Martin as the prize exhibit of the Institute.</w:t>
      </w:r>
      <w:r>
        <w:br/>
      </w:r>
      <w:r>
        <w:t xml:space="preserve">    (a) officially telling someone about something; or something that contains the message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replacement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2026-07-31T15:00:57Z</dcterms:created>
  <dcterms:modified xsi:type="dcterms:W3CDTF">2026-07-31T15:00:57Z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