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37ed63ca00a747e325ef8040efdb12ab47c80c"/>
    <w:p>
      <w:pPr>
        <w:pStyle w:val="Heading1"/>
      </w:pPr>
      <w:r>
        <w:rPr>
          <w:b/>
          <w:bCs/>
        </w:rPr>
        <w:t xml:space="preserve">Around the World in 80 Days</w:t>
      </w:r>
      <w:r>
        <w:br/>
      </w:r>
      <w:r>
        <w:rPr>
          <w:i/>
          <w:iCs/>
        </w:rPr>
        <w:t xml:space="preserve">Jules Verne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maintain," said Stuart, "that the chances are in favour of the thief, who must be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shrewd</w:t>
      </w:r>
      <w:r>
        <w:rPr>
          <w:b/>
          <w:bCs/>
        </w:rPr>
        <w:t xml:space="preserve"> </w:t>
      </w:r>
      <w:r>
        <w:rPr>
          <w:b/>
          <w:bCs/>
        </w:rPr>
        <w:t xml:space="preserve">fellow."</w:t>
      </w:r>
      <w:r>
        <w:br/>
      </w:r>
      <w:r>
        <w:t xml:space="preserve">    (a) exact</w:t>
      </w:r>
      <w:r>
        <w:br/>
      </w:r>
      <w:r>
        <w:t xml:space="preserve">    (b) awake</w:t>
      </w:r>
      <w:r>
        <w:br/>
      </w:r>
      <w:r>
        <w:t xml:space="preserve">    (c) smart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Only eighty days, now that the section between Rothal and Allahabad, on the Great Indian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Peninsula</w:t>
      </w:r>
      <w:r>
        <w:rPr>
          <w:b/>
          <w:bCs/>
        </w:rPr>
        <w:t xml:space="preserve"> </w:t>
      </w:r>
      <w:r>
        <w:rPr>
          <w:b/>
          <w:bCs/>
        </w:rPr>
        <w:t xml:space="preserve">Railway, has been opened.</w:t>
      </w:r>
      <w:r>
        <w:br/>
      </w:r>
      <w:r>
        <w:t xml:space="preserve">    (a) a line of elevated terrain from which a continent's rivers flow in two different directions</w:t>
      </w:r>
      <w:r>
        <w:br/>
      </w:r>
      <w:r>
        <w:t xml:space="preserve">    (b) geological area where a river divides before entering a larger body of water</w:t>
      </w:r>
      <w:r>
        <w:br/>
      </w:r>
      <w:r>
        <w:t xml:space="preserve">    (c) a large mass of land projecting into a body of water -- especially if connected to the larger land mass by an isthmus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for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antagonists</w:t>
      </w:r>
      <w:r>
        <w:rPr>
          <w:b/>
          <w:bCs/>
        </w:rPr>
        <w:t xml:space="preserve">, they seemed much agitated; not so much by the value of their stake, as because they had some scruples about betting under conditions so difficult to their friend.</w:t>
      </w:r>
      <w:r>
        <w:br/>
      </w:r>
      <w:r>
        <w:t xml:space="preserve">    (a) people who trick others for financial gain</w:t>
      </w:r>
      <w:r>
        <w:br/>
      </w:r>
      <w:r>
        <w:t xml:space="preserve">    (b) relating to properties of sound or hearing</w:t>
      </w:r>
      <w:r>
        <w:br/>
      </w:r>
      <w:r>
        <w:t xml:space="preserve">    (c) people who offer opposition or are hostile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Passepartout opened wide his eyes, raised his eyebrows, held up his hands, and seemed about to collapse, so overcome was he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stupefied</w:t>
      </w:r>
      <w:r>
        <w:rPr>
          <w:b/>
          <w:bCs/>
        </w:rPr>
        <w:t xml:space="preserve"> </w:t>
      </w:r>
      <w:r>
        <w:rPr>
          <w:b/>
          <w:bCs/>
        </w:rPr>
        <w:t xml:space="preserve">astonishment.</w:t>
      </w:r>
      <w:r>
        <w:br/>
      </w:r>
      <w:r>
        <w:t xml:space="preserve">    (a) caused to happen or occurred as a consequence</w:t>
      </w:r>
      <w:r>
        <w:br/>
      </w:r>
      <w:r>
        <w:t xml:space="preserve">    (b) made unable to think; or completely surprised</w:t>
      </w:r>
      <w:r>
        <w:br/>
      </w:r>
      <w:r>
        <w:t xml:space="preserve">    (c) donated a portion of one's income to a church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Phileas Fogg, snugly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ensconced</w:t>
      </w:r>
      <w:r>
        <w:rPr>
          <w:b/>
          <w:bCs/>
        </w:rPr>
        <w:t xml:space="preserve"> </w:t>
      </w:r>
      <w:r>
        <w:rPr>
          <w:b/>
          <w:bCs/>
        </w:rPr>
        <w:t xml:space="preserve">in his corner, did not open his lips.</w:t>
      </w:r>
      <w:r>
        <w:br/>
      </w:r>
      <w:r>
        <w:t xml:space="preserve">    (a) settled comfortably; or hidden or safely settled in a location</w:t>
      </w:r>
      <w:r>
        <w:br/>
      </w:r>
      <w:r>
        <w:t xml:space="preserve">    (b) ignored someone's wishes or caused inconvenience or discomfort</w:t>
      </w:r>
      <w:r>
        <w:br/>
      </w:r>
      <w:r>
        <w:t xml:space="preserve">    (c) encouraged growth or excitement, or caused something to happen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he must go to the consul's in person, so as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his identity.</w:t>
      </w:r>
      <w:r>
        <w:br/>
      </w:r>
      <w:r>
        <w:t xml:space="preserve">    (a) accept as true (without proof)</w:t>
      </w:r>
      <w:r>
        <w:br/>
      </w:r>
      <w:r>
        <w:t xml:space="preserve">    (b) take (power or responsibility)</w:t>
      </w:r>
      <w:r>
        <w:br/>
      </w:r>
      <w:r>
        <w:t xml:space="preserve">    (c) prove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great crowd was collected in Pall Mall and the neighbouring streets on Saturday evening; it seemed like a multitude of brokers permanently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around the Reform Club.</w:t>
      </w:r>
      <w:r>
        <w:br/>
      </w:r>
      <w:r>
        <w:t xml:space="preserve">    (a) not having a relationship whereby a change in one thing helps predict a change in another</w:t>
      </w:r>
      <w:r>
        <w:br/>
      </w:r>
      <w:r>
        <w:t xml:space="preserve">    (b) settled</w:t>
      </w:r>
      <w:r>
        <w:br/>
      </w:r>
      <w:r>
        <w:t xml:space="preserve">    (c) persuaded someone to want something (often sex or love) by tempting with something desired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where is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consulate</w:t>
      </w:r>
      <w:r>
        <w:rPr>
          <w:b/>
          <w:bCs/>
        </w:rPr>
        <w:t xml:space="preserve">?</w:t>
      </w:r>
      <w:r>
        <w:br/>
      </w:r>
      <w:r>
        <w:t xml:space="preserve">    (a) a diplomat appointed by a country to help guests visiting that country; or the offices where such diplomats work</w:t>
      </w:r>
      <w:r>
        <w:br/>
      </w:r>
      <w:r>
        <w:t xml:space="preserve">    (b) the headquarters of troops stationed in a foreign country; or the diplomat who has civilian oversight of those troops</w:t>
      </w:r>
      <w:r>
        <w:br/>
      </w:r>
      <w:r>
        <w:t xml:space="preserve">    (c) a diplomat appointed by a government to live in a foreign country and help its citizens visiting that country; or the offices of that person and assistants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Brahmins, clad in all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sumptuousness</w:t>
      </w:r>
      <w:r>
        <w:rPr>
          <w:b/>
          <w:bCs/>
        </w:rPr>
        <w:t xml:space="preserve"> </w:t>
      </w:r>
      <w:r>
        <w:rPr>
          <w:b/>
          <w:bCs/>
        </w:rPr>
        <w:t xml:space="preserve">of Oriental apparel, and leading a woman who faltered at every step, followed.</w:t>
      </w:r>
      <w:r>
        <w:br/>
      </w:r>
      <w:r>
        <w:t xml:space="preserve">    (a) magnificent (impressively wonderful) -- often indicating something expensive</w:t>
      </w:r>
      <w:r>
        <w:br/>
      </w:r>
      <w:r>
        <w:t xml:space="preserve">    (b) the state or degree of having the ability to change for different situations</w:t>
      </w:r>
      <w:r>
        <w:br/>
      </w:r>
      <w:r>
        <w:t xml:space="preserve">    (c) the quality of behaving in an instinctive, uninhibited, and unplanned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not enough to reach the walls; an opening in them must be accomplished, and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attain</w:t>
      </w:r>
      <w:r>
        <w:rPr>
          <w:b/>
          <w:bCs/>
        </w:rPr>
        <w:t xml:space="preserve"> </w:t>
      </w:r>
      <w:r>
        <w:rPr>
          <w:b/>
          <w:bCs/>
        </w:rPr>
        <w:t xml:space="preserve">this purpose the party only had their pocket-knives.</w:t>
      </w:r>
      <w:r>
        <w:br/>
      </w:r>
      <w:r>
        <w:t xml:space="preserve">    (a) gain or reach something with effort</w:t>
      </w:r>
      <w:r>
        <w:br/>
      </w:r>
      <w:r>
        <w:t xml:space="preserve">    (b) technical:  center or concentration</w:t>
      </w:r>
      <w:r>
        <w:br/>
      </w:r>
      <w:r>
        <w:t xml:space="preserve">    (c) to be overly unhappy and unsociable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tranquil</w:t>
      </w:r>
      <w:r>
        <w:rPr>
          <w:b/>
          <w:bCs/>
        </w:rPr>
        <w:t xml:space="preserve"> </w:t>
      </w:r>
      <w:r>
        <w:rPr>
          <w:b/>
          <w:bCs/>
        </w:rPr>
        <w:t xml:space="preserve">Fogg waited, without betraying any emotion.</w:t>
      </w:r>
      <w:r>
        <w:br/>
      </w:r>
      <w:r>
        <w:t xml:space="preserve">    (a) calm</w:t>
      </w:r>
      <w:r>
        <w:br/>
      </w:r>
      <w:r>
        <w:t xml:space="preserve">    (b) patient</w:t>
      </w:r>
      <w:r>
        <w:br/>
      </w:r>
      <w:r>
        <w:t xml:space="preserve">    (c) uncomplaining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sort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tempest</w:t>
      </w:r>
      <w:r>
        <w:rPr>
          <w:b/>
          <w:bCs/>
        </w:rPr>
        <w:t xml:space="preserve"> </w:t>
      </w:r>
      <w:r>
        <w:rPr>
          <w:b/>
          <w:bCs/>
        </w:rPr>
        <w:t xml:space="preserve">arose on the 3rd of November, the squall knocking the vessel about with fury, and the waves running high.</w:t>
      </w:r>
      <w:r>
        <w:br/>
      </w:r>
      <w:r>
        <w:t xml:space="preserve">    (a) to dominate harshly and unfairly  OR  to deny equal rights to others or make them suffer</w:t>
      </w:r>
      <w:r>
        <w:br/>
      </w:r>
      <w:r>
        <w:t xml:space="preserve">    (b) a long and determined effort for a cause that is passionately believed to be important</w:t>
      </w:r>
      <w:r>
        <w:br/>
      </w:r>
      <w:r>
        <w:t xml:space="preserve">    (c) a violent commotion or disturbance -- especially a violent storm or emotional outburst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Two state-rooms in the rear were,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unoccupied—those which had been engaged by Phileas Fogg.</w:t>
      </w:r>
      <w:r>
        <w:br/>
      </w:r>
      <w:r>
        <w:t xml:space="preserve">    (a) though (used to connect contrasting ideas)</w:t>
      </w:r>
      <w:r>
        <w:br/>
      </w:r>
      <w:r>
        <w:t xml:space="preserve">    (b) therefore (for that reason)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attached to the man who,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coldly, gave her daily evidences of the most absolute devotion.</w:t>
      </w:r>
      <w:r>
        <w:br/>
      </w:r>
      <w:r>
        <w:t xml:space="preserve">    (a) regardless of how</w:t>
      </w:r>
      <w:r>
        <w:br/>
      </w:r>
      <w:r>
        <w:t xml:space="preserve">    (b) people who are good at or spend much time studying, thinking, and reasoning</w:t>
      </w:r>
      <w:r>
        <w:br/>
      </w:r>
      <w:r>
        <w:t xml:space="preserve">    (c) aka analysis -- psychiatric treatment; or a theory of psychiatric treatment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that may have been, Mr. Fogg carefully put his watch upon the table, and observed its advancing hands.</w:t>
      </w:r>
      <w:r>
        <w:br/>
      </w:r>
      <w:r>
        <w:t xml:space="preserve">    (a) in whatever way</w:t>
      </w:r>
      <w:r>
        <w:br/>
      </w:r>
      <w:r>
        <w:t xml:space="preserve">    (b) starts fighting</w:t>
      </w:r>
      <w:r>
        <w:br/>
      </w:r>
      <w:r>
        <w:t xml:space="preserve">    (c) starts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Mr. Fogg was as calm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taciturn</w:t>
      </w:r>
      <w:r>
        <w:rPr>
          <w:b/>
          <w:bCs/>
        </w:rPr>
        <w:t xml:space="preserve"> </w:t>
      </w:r>
      <w:r>
        <w:rPr>
          <w:b/>
          <w:bCs/>
        </w:rPr>
        <w:t xml:space="preserve">as ever.</w:t>
      </w:r>
      <w:r>
        <w:br/>
      </w:r>
      <w:r>
        <w:t xml:space="preserve">    (a) sleepy</w:t>
      </w:r>
      <w:r>
        <w:br/>
      </w:r>
      <w:r>
        <w:t xml:space="preserve">    (b) stubborn and unyielding</w:t>
      </w:r>
      <w:r>
        <w:br/>
      </w:r>
      <w:r>
        <w:t xml:space="preserve">    (c) reserved and uncommunicative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Fix got up in a somewhat rumpled condition, and, looking at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adversary</w:t>
      </w:r>
      <w:r>
        <w:rPr>
          <w:b/>
          <w:bCs/>
        </w:rPr>
        <w:t xml:space="preserve">, coldly said, "Have you done?"</w:t>
      </w:r>
      <w:r>
        <w:br/>
      </w:r>
      <w:r>
        <w:t xml:space="preserve">    (a) reporter</w:t>
      </w:r>
      <w:r>
        <w:br/>
      </w:r>
      <w:r>
        <w:t xml:space="preserve">    (b) disorder</w:t>
      </w:r>
      <w:r>
        <w:br/>
      </w:r>
      <w:r>
        <w:t xml:space="preserve">    (c) opponent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Dinner over, the coach which was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the passengers and their luggage to the station drew up to the door.</w:t>
      </w:r>
      <w:r>
        <w:br/>
      </w:r>
      <w:r>
        <w:t xml:space="preserve">    (a) transport</w:t>
      </w:r>
      <w:r>
        <w:br/>
      </w:r>
      <w:r>
        <w:t xml:space="preserve">    (b) translate</w:t>
      </w:r>
      <w:r>
        <w:br/>
      </w:r>
      <w:r>
        <w:t xml:space="preserve">    (c) collision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may be taken for granted that, rash as the Americans usually are, when they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prudent</w:t>
      </w:r>
      <w:r>
        <w:rPr>
          <w:b/>
          <w:bCs/>
        </w:rPr>
        <w:t xml:space="preserve"> </w:t>
      </w:r>
      <w:r>
        <w:rPr>
          <w:b/>
          <w:bCs/>
        </w:rPr>
        <w:t xml:space="preserve">there is good reason for it.</w:t>
      </w:r>
      <w:r>
        <w:br/>
      </w:r>
      <w:r>
        <w:t xml:space="preserve">    (a) careful</w:t>
      </w:r>
      <w:r>
        <w:br/>
      </w:r>
      <w:r>
        <w:t xml:space="preserve">    (b) upset</w:t>
      </w:r>
      <w:r>
        <w:br/>
      </w:r>
      <w:r>
        <w:t xml:space="preserve">    (c) excited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know that Mr. Fogg is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eccentric</w:t>
      </w:r>
      <w:r>
        <w:rPr>
          <w:b/>
          <w:bCs/>
        </w:rPr>
        <w:t xml:space="preserve">.</w:t>
      </w:r>
      <w:r>
        <w:br/>
      </w:r>
      <w:r>
        <w:t xml:space="preserve">    (a) funny looking</w:t>
      </w:r>
      <w:r>
        <w:br/>
      </w:r>
      <w:r>
        <w:t xml:space="preserve">    (b) highly successful</w:t>
      </w:r>
      <w:r>
        <w:br/>
      </w:r>
      <w:r>
        <w:t xml:space="preserve">    (c) unconventional or strange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2026-07-31T17:45:05Z</dcterms:created>
  <dcterms:modified xsi:type="dcterms:W3CDTF">2026-07-31T17:45:05Z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