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73d294db6695b5e166128b11dd534e4f036e33"/>
    <w:p>
      <w:pPr>
        <w:pStyle w:val="Heading1"/>
      </w:pPr>
      <w:r>
        <w:rPr>
          <w:b/>
          <w:bCs/>
        </w:rPr>
        <w:t xml:space="preserve">Antony and Cleopatra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waved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adieu</w:t>
      </w:r>
      <w:r>
        <w:rPr>
          <w:b/>
          <w:bCs/>
        </w:rPr>
        <w:t xml:space="preserve"> </w:t>
      </w:r>
      <w:r>
        <w:rPr>
          <w:b/>
          <w:bCs/>
        </w:rPr>
        <w:t xml:space="preserve">to our friends at the train station.</w:t>
      </w:r>
      <w:r>
        <w:br/>
      </w:r>
      <w:r>
        <w:t xml:space="preserve">    (a) goodbye</w:t>
      </w:r>
      <w:r>
        <w:br/>
      </w:r>
      <w:r>
        <w:t xml:space="preserve">    (b) hello</w:t>
      </w:r>
      <w:r>
        <w:br/>
      </w:r>
      <w:r>
        <w:t xml:space="preserve">    (c) greetings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John Adams was asked to create a "treaty of peace,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amity</w:t>
      </w:r>
      <w:r>
        <w:rPr>
          <w:b/>
          <w:bCs/>
        </w:rPr>
        <w:t xml:space="preserve"> </w:t>
      </w:r>
      <w:r>
        <w:rPr>
          <w:b/>
          <w:bCs/>
        </w:rPr>
        <w:t xml:space="preserve">and commerce."</w:t>
      </w:r>
      <w:r>
        <w:br/>
      </w:r>
      <w:r>
        <w:t xml:space="preserve">    (a) a state of friendly relations</w:t>
      </w:r>
      <w:r>
        <w:br/>
      </w:r>
      <w:r>
        <w:t xml:space="preserve">    (b) a state where those in disagreement are separated</w:t>
      </w:r>
      <w:r>
        <w:br/>
      </w:r>
      <w:r>
        <w:t xml:space="preserve">    (c) a state where everyone profits financially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doesn't think of him in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amorous</w:t>
      </w:r>
      <w:r>
        <w:rPr>
          <w:b/>
          <w:bCs/>
        </w:rPr>
        <w:t xml:space="preserve"> </w:t>
      </w:r>
      <w:r>
        <w:rPr>
          <w:b/>
          <w:bCs/>
        </w:rPr>
        <w:t xml:space="preserve">way.</w:t>
      </w:r>
      <w:r>
        <w:br/>
      </w:r>
      <w:r>
        <w:t xml:space="preserve">    (a) romantic or sexual</w:t>
      </w:r>
      <w:r>
        <w:br/>
      </w:r>
      <w:r>
        <w:t xml:space="preserve">    (b) logical or analytical</w:t>
      </w:r>
      <w:r>
        <w:br/>
      </w:r>
      <w:r>
        <w:t xml:space="preserve">    (c) light-hearted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closed the prayer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beseeching</w:t>
      </w:r>
      <w:r>
        <w:rPr>
          <w:b/>
          <w:bCs/>
        </w:rPr>
        <w:t xml:space="preserve"> </w:t>
      </w:r>
      <w:r>
        <w:rPr>
          <w:b/>
          <w:bCs/>
        </w:rPr>
        <w:t xml:space="preserve">God to grant them wisdom and patience.</w:t>
      </w:r>
      <w:r>
        <w:br/>
      </w:r>
      <w:r>
        <w:t xml:space="preserve">    (a) instructing</w:t>
      </w:r>
      <w:r>
        <w:br/>
      </w:r>
      <w:r>
        <w:t xml:space="preserve">    (b) demanding</w:t>
      </w:r>
      <w:r>
        <w:br/>
      </w:r>
      <w:r>
        <w:t xml:space="preserve">    (c) asking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worst mix -- greedy,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cunning</w:t>
      </w:r>
      <w:r>
        <w:rPr>
          <w:b/>
          <w:bCs/>
        </w:rPr>
        <w:t xml:space="preserve">, and without morals.</w:t>
      </w:r>
      <w:r>
        <w:br/>
      </w:r>
      <w:r>
        <w:t xml:space="preserve">    (a) clever and deceitful</w:t>
      </w:r>
      <w:r>
        <w:br/>
      </w:r>
      <w:r>
        <w:t xml:space="preserve">    (b) strong and cruel</w:t>
      </w:r>
      <w:r>
        <w:br/>
      </w:r>
      <w:r>
        <w:t xml:space="preserve">    (c) stupid and impatient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Russian TV is famous for inventing stories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discredit</w:t>
      </w:r>
      <w:r>
        <w:rPr>
          <w:b/>
          <w:bCs/>
        </w:rPr>
        <w:t xml:space="preserve"> </w:t>
      </w:r>
      <w:r>
        <w:rPr>
          <w:b/>
          <w:bCs/>
        </w:rPr>
        <w:t xml:space="preserve">those who disagree with Russian interests.</w:t>
      </w:r>
      <w:r>
        <w:br/>
      </w:r>
      <w:r>
        <w:t xml:space="preserve">    (a) convince</w:t>
      </w:r>
      <w:r>
        <w:br/>
      </w:r>
      <w:r>
        <w:t xml:space="preserve">    (b) anger</w:t>
      </w:r>
      <w:r>
        <w:br/>
      </w:r>
      <w:r>
        <w:t xml:space="preserve">    (c) damage the reputation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incident, support for the policy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ebbed</w:t>
      </w:r>
      <w:r>
        <w:rPr>
          <w:b/>
          <w:bCs/>
        </w:rPr>
        <w:t xml:space="preserve">.</w:t>
      </w:r>
      <w:r>
        <w:br/>
      </w:r>
      <w:r>
        <w:t xml:space="preserve">    (a) disappeared</w:t>
      </w:r>
      <w:r>
        <w:br/>
      </w:r>
      <w:r>
        <w:t xml:space="preserve">    (b) increased</w:t>
      </w:r>
      <w:r>
        <w:br/>
      </w:r>
      <w:r>
        <w:t xml:space="preserve">    (c) declined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a soldier, she was prepared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endure</w:t>
      </w:r>
      <w:r>
        <w:rPr>
          <w:b/>
          <w:bCs/>
        </w:rPr>
        <w:t xml:space="preserve"> </w:t>
      </w:r>
      <w:r>
        <w:rPr>
          <w:b/>
          <w:bCs/>
        </w:rPr>
        <w:t xml:space="preserve">hardship and even to sacrifice her life for others.</w:t>
      </w:r>
      <w:r>
        <w:br/>
      </w:r>
      <w:r>
        <w:t xml:space="preserve">    (a) cause</w:t>
      </w:r>
      <w:r>
        <w:br/>
      </w:r>
      <w:r>
        <w:t xml:space="preserve">    (b) suffer through</w:t>
      </w:r>
      <w:r>
        <w:br/>
      </w:r>
      <w:r>
        <w:t xml:space="preserve">    (c) risk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Over the years, the stories my grandmother told me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endured</w:t>
      </w:r>
      <w:r>
        <w:rPr>
          <w:b/>
          <w:bCs/>
        </w:rPr>
        <w:t xml:space="preserve"> </w:t>
      </w:r>
      <w:r>
        <w:rPr>
          <w:b/>
          <w:bCs/>
        </w:rPr>
        <w:t xml:space="preserve">as a source of wisdom in my life.</w:t>
      </w:r>
      <w:r>
        <w:br/>
      </w:r>
      <w:r>
        <w:t xml:space="preserve">    (a) continued to exist</w:t>
      </w:r>
      <w:r>
        <w:br/>
      </w:r>
      <w:r>
        <w:t xml:space="preserve">    (b) brought suffering</w:t>
      </w:r>
      <w:r>
        <w:br/>
      </w:r>
      <w:r>
        <w:t xml:space="preserve">    (c) stopped acting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students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entreated</w:t>
      </w:r>
      <w:r>
        <w:rPr>
          <w:b/>
          <w:bCs/>
        </w:rPr>
        <w:t xml:space="preserve"> </w:t>
      </w:r>
      <w:r>
        <w:rPr>
          <w:b/>
          <w:bCs/>
        </w:rPr>
        <w:t xml:space="preserve">the Chinese troops not to use force against peaceful demonstrations.</w:t>
      </w:r>
      <w:r>
        <w:br/>
      </w:r>
      <w:r>
        <w:t xml:space="preserve">    (a) asked earnestly</w:t>
      </w:r>
      <w:r>
        <w:br/>
      </w:r>
      <w:r>
        <w:t xml:space="preserve">    (b) threatened</w:t>
      </w:r>
      <w:r>
        <w:br/>
      </w:r>
      <w:r>
        <w:t xml:space="preserve">    (c) bribed (with gifts)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family concerns</w:t>
      </w:r>
      <w:r>
        <w:br/>
      </w:r>
      <w:r>
        <w:t xml:space="preserve">    (b) financial loan</w:t>
      </w:r>
      <w:r>
        <w:br/>
      </w:r>
      <w:r>
        <w:t xml:space="preserve">    (c) patience or tolerance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didn’t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heed</w:t>
      </w:r>
      <w:r>
        <w:rPr>
          <w:b/>
          <w:bCs/>
        </w:rPr>
        <w:t xml:space="preserve"> </w:t>
      </w:r>
      <w:r>
        <w:rPr>
          <w:b/>
          <w:bCs/>
        </w:rPr>
        <w:t xml:space="preserve">the storm warnings and got caught in the heavy rain.</w:t>
      </w:r>
      <w:r>
        <w:br/>
      </w:r>
      <w:r>
        <w:t xml:space="preserve">    (a) pass through</w:t>
      </w:r>
      <w:r>
        <w:br/>
      </w:r>
      <w:r>
        <w:t xml:space="preserve">    (b) pay attention to</w:t>
      </w:r>
      <w:r>
        <w:br/>
      </w:r>
      <w:r>
        <w:t xml:space="preserve">    (c) tell others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lamented</w:t>
      </w:r>
      <w:r>
        <w:rPr>
          <w:b/>
          <w:bCs/>
        </w:rPr>
        <w:t xml:space="preserve"> </w:t>
      </w:r>
      <w:r>
        <w:rPr>
          <w:b/>
          <w:bCs/>
        </w:rPr>
        <w:t xml:space="preserve">our sad circumstances.</w:t>
      </w:r>
      <w:r>
        <w:br/>
      </w:r>
      <w:r>
        <w:t xml:space="preserve">    (a) made worse</w:t>
      </w:r>
      <w:r>
        <w:br/>
      </w:r>
      <w:r>
        <w:t xml:space="preserve">    (b) improved</w:t>
      </w:r>
      <w:r>
        <w:br/>
      </w:r>
      <w:r>
        <w:t xml:space="preserve">    (c) expressed grief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Words can be like baseball bats when used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maliciously</w:t>
      </w:r>
      <w:r>
        <w:rPr>
          <w:b/>
          <w:bCs/>
        </w:rPr>
        <w:t xml:space="preserve"> </w:t>
      </w:r>
      <w:r>
        <w:rPr>
          <w:b/>
          <w:bCs/>
        </w:rPr>
        <w:t xml:space="preserve">against someone who is sensitive.</w:t>
      </w:r>
      <w:r>
        <w:br/>
      </w:r>
      <w:r>
        <w:t xml:space="preserve">    (a) carelessly</w:t>
      </w:r>
      <w:r>
        <w:br/>
      </w:r>
      <w:r>
        <w:t xml:space="preserve">    (b) mockingly</w:t>
      </w:r>
      <w:r>
        <w:br/>
      </w:r>
      <w:r>
        <w:t xml:space="preserve">    (c) evilly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journalist's investigation put her in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peril</w:t>
      </w:r>
      <w:r>
        <w:rPr>
          <w:b/>
          <w:bCs/>
        </w:rPr>
        <w:t xml:space="preserve">.</w:t>
      </w:r>
      <w:r>
        <w:br/>
      </w:r>
      <w:r>
        <w:t xml:space="preserve">    (a) fame</w:t>
      </w:r>
      <w:r>
        <w:br/>
      </w:r>
      <w:r>
        <w:t xml:space="preserve">    (b) danger</w:t>
      </w:r>
      <w:r>
        <w:br/>
      </w:r>
      <w:r>
        <w:t xml:space="preserve">    (c) weariness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can work together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</w:t>
      </w:r>
      <w:r>
        <w:rPr>
          <w:b/>
          <w:bCs/>
        </w:rPr>
        <w:t xml:space="preserve"> </w:t>
      </w:r>
      <w:r>
        <w:rPr>
          <w:b/>
          <w:bCs/>
        </w:rPr>
        <w:t xml:space="preserve">separately.</w:t>
      </w:r>
      <w:r>
        <w:br/>
      </w:r>
      <w:r>
        <w:t xml:space="preserve">    (a) work</w:t>
      </w:r>
      <w:r>
        <w:br/>
      </w:r>
      <w:r>
        <w:t xml:space="preserve">    (b) fail</w:t>
      </w:r>
      <w:r>
        <w:br/>
      </w:r>
      <w:r>
        <w:t xml:space="preserve">    (c) die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said the U.S. should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repent</w:t>
      </w:r>
      <w:r>
        <w:rPr>
          <w:b/>
          <w:bCs/>
        </w:rPr>
        <w:t xml:space="preserve"> </w:t>
      </w:r>
      <w:r>
        <w:rPr>
          <w:b/>
          <w:bCs/>
        </w:rPr>
        <w:t xml:space="preserve">for the sins of fossil fuels.</w:t>
      </w:r>
      <w:r>
        <w:br/>
      </w:r>
      <w:r>
        <w:t xml:space="preserve">    (a) suffer</w:t>
      </w:r>
      <w:r>
        <w:br/>
      </w:r>
      <w:r>
        <w:t xml:space="preserve">    (b) apologize</w:t>
      </w:r>
      <w:r>
        <w:br/>
      </w:r>
      <w:r>
        <w:t xml:space="preserve">    (c) reimburse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instruct</w:t>
      </w:r>
      <w:r>
        <w:br/>
      </w:r>
      <w:r>
        <w:t xml:space="preserve">    (b) criticize</w:t>
      </w:r>
      <w:r>
        <w:br/>
      </w:r>
      <w:r>
        <w:t xml:space="preserve">    (c) compliment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Work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scarce</w:t>
      </w:r>
      <w:r>
        <w:rPr>
          <w:b/>
          <w:bCs/>
        </w:rPr>
        <w:t xml:space="preserve"> </w:t>
      </w:r>
      <w:r>
        <w:rPr>
          <w:b/>
          <w:bCs/>
        </w:rPr>
        <w:t xml:space="preserve">in the region.</w:t>
      </w:r>
      <w:r>
        <w:br/>
      </w:r>
      <w:r>
        <w:t xml:space="preserve">    (a) in short supply</w:t>
      </w:r>
      <w:r>
        <w:br/>
      </w:r>
      <w:r>
        <w:t xml:space="preserve">    (b) easily found</w:t>
      </w:r>
      <w:r>
        <w:br/>
      </w:r>
      <w:r>
        <w:t xml:space="preserve">    (c) extremely hard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does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serpent</w:t>
      </w:r>
      <w:r>
        <w:rPr>
          <w:b/>
          <w:bCs/>
        </w:rPr>
        <w:t xml:space="preserve"> </w:t>
      </w:r>
      <w:r>
        <w:rPr>
          <w:b/>
          <w:bCs/>
        </w:rPr>
        <w:t xml:space="preserve">represent in the Garden of Eden?</w:t>
      </w:r>
      <w:r>
        <w:br/>
      </w:r>
      <w:r>
        <w:t xml:space="preserve">    (a) apple</w:t>
      </w:r>
      <w:r>
        <w:br/>
      </w:r>
      <w:r>
        <w:t xml:space="preserve">    (b) fig leaf</w:t>
      </w:r>
      <w:r>
        <w:br/>
      </w:r>
      <w:r>
        <w:t xml:space="preserve">    (c) snake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2026-07-31T14:28:59Z</dcterms:created>
  <dcterms:modified xsi:type="dcterms:W3CDTF">2026-07-31T14:28:59Z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